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E9FA91" w14:textId="7FBD57A2" w:rsidR="00EF3770" w:rsidRPr="001E6943" w:rsidRDefault="00CA5810" w:rsidP="00D76B46">
      <w:pPr>
        <w:pStyle w:val="02podtytudokumentu"/>
      </w:pPr>
      <w:r w:rsidRPr="001E6943">
        <w:t>Oświadczenie studenta i </w:t>
      </w:r>
      <w:proofErr w:type="spellStart"/>
      <w:r w:rsidRPr="001E6943">
        <w:t>checklista</w:t>
      </w:r>
      <w:proofErr w:type="spellEnd"/>
      <w:r w:rsidRPr="001E6943">
        <w:t xml:space="preserve"> dokumentacji praktyki</w:t>
      </w:r>
    </w:p>
    <w:p w14:paraId="2F8FAF06" w14:textId="6A2FB83A" w:rsidR="00D76B46" w:rsidRPr="00D76B46" w:rsidRDefault="00781129" w:rsidP="00D76B46">
      <w:pPr>
        <w:pStyle w:val="06TEKSTWACIWY"/>
        <w:spacing w:after="48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5B6131C0" wp14:editId="45BC4E10">
                <wp:simplePos x="0" y="0"/>
                <wp:positionH relativeFrom="margin">
                  <wp:posOffset>402758</wp:posOffset>
                </wp:positionH>
                <wp:positionV relativeFrom="paragraph">
                  <wp:posOffset>624775</wp:posOffset>
                </wp:positionV>
                <wp:extent cx="1086084" cy="184163"/>
                <wp:effectExtent l="0" t="0" r="6350" b="6350"/>
                <wp:wrapNone/>
                <wp:docPr id="57077128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6084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7AEB7A" w14:textId="77777777" w:rsidR="00781129" w:rsidRPr="00D40140" w:rsidRDefault="00781129" w:rsidP="00781129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6131C0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31.7pt;margin-top:49.2pt;width:85.5pt;height:14.5pt;z-index:252007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" filled="f" stroked="f" strokeweight=".5pt">
                <v:textbox inset=".1mm,.1mm,.1mm,.1mm">
                  <w:txbxContent>
                    <w:p w14:paraId="367AEB7A" w14:textId="77777777" w:rsidR="00781129" w:rsidRPr="00D40140" w:rsidRDefault="00781129" w:rsidP="00781129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76B46" w:rsidRPr="00D76B46">
        <w:t>Oświadczam, że zapoznałem(-</w:t>
      </w:r>
      <w:proofErr w:type="spellStart"/>
      <w:r w:rsidR="00D76B46" w:rsidRPr="00D76B46">
        <w:t>am</w:t>
      </w:r>
      <w:proofErr w:type="spellEnd"/>
      <w:r w:rsidR="00D76B46" w:rsidRPr="00D76B46">
        <w:t>) się z Regulaminem praktyk UKSW, procedurami wydziałowymi oraz zasadami obowiązującymi w miejscu odbywania praktyki.</w:t>
      </w:r>
    </w:p>
    <w:p w14:paraId="363A586A" w14:textId="69B1EF21" w:rsidR="00D76B46" w:rsidRPr="00D76B46" w:rsidRDefault="00D76B46" w:rsidP="00D76B46">
      <w:pPr>
        <w:pStyle w:val="06TEKSTWACIWY"/>
        <w:tabs>
          <w:tab w:val="right" w:leader="dot" w:pos="2410"/>
          <w:tab w:val="right" w:pos="3544"/>
          <w:tab w:val="right" w:leader="dot" w:pos="6521"/>
        </w:tabs>
      </w:pPr>
      <w:r w:rsidRPr="00D76B46">
        <w:t>Data:</w:t>
      </w:r>
      <w:r>
        <w:t xml:space="preserve"> </w:t>
      </w:r>
      <w:r>
        <w:tab/>
      </w:r>
      <w:r>
        <w:tab/>
      </w:r>
      <w:r w:rsidRPr="00D76B46">
        <w:t>Podpis:</w:t>
      </w:r>
      <w:r>
        <w:t xml:space="preserve"> </w:t>
      </w:r>
      <w:r>
        <w:tab/>
      </w:r>
    </w:p>
    <w:p w14:paraId="775EAF2C" w14:textId="2EB13027" w:rsidR="00D76B46" w:rsidRPr="00D76B46" w:rsidRDefault="00D76B46" w:rsidP="00D76B46">
      <w:pPr>
        <w:pStyle w:val="04nagwekpodrzdnydogwnego"/>
        <w:spacing w:after="120"/>
        <w:jc w:val="left"/>
      </w:pPr>
      <w:r w:rsidRPr="00D76B46">
        <w:t>CHECKLISTA DOKUMENTACJI</w:t>
      </w:r>
    </w:p>
    <w:p w14:paraId="067334EE" w14:textId="61F6586B" w:rsidR="00D76B46" w:rsidRPr="00D76B46" w:rsidRDefault="00F37E62" w:rsidP="00024656">
      <w:pPr>
        <w:pStyle w:val="06TEKSTWACIWY"/>
        <w:tabs>
          <w:tab w:val="left" w:pos="42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inline distT="0" distB="0" distL="0" distR="0" wp14:anchorId="17D756E7" wp14:editId="3B2DAA98">
                <wp:extent cx="203835" cy="183515"/>
                <wp:effectExtent l="0" t="0" r="12065" b="6985"/>
                <wp:docPr id="106548513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" cy="1835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D9B4214" w14:textId="1E5A86F8" w:rsidR="00F37E62" w:rsidRPr="00271202" w:rsidRDefault="00F37E62" w:rsidP="00F37E62">
                            <w:pPr>
                              <w:pStyle w:val="06TEKSTWACIWY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D756E7" id="Pole tekstowe 1" o:spid="_x0000_s1142" type="#_x0000_t202" style="width:16.05pt;height:1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" filled="f" strokecolor="white [3212]" strokeweight=".5pt">
                <v:textbox inset=".1mm,.1mm,.1mm,.1mm">
                  <w:txbxContent>
                    <w:p w14:paraId="4D9B4214" w14:textId="1E5A86F8" w:rsidR="00F37E62" w:rsidRPr="00271202" w:rsidRDefault="00F37E62" w:rsidP="00F37E62">
                      <w:pPr>
                        <w:pStyle w:val="06TEKSTWACIWY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 w:rsidR="00D76B46" w:rsidRPr="00D76B46">
        <w:t>Skierowanie na praktykę</w:t>
      </w:r>
    </w:p>
    <w:p w14:paraId="0CC25160" w14:textId="5E87FF91" w:rsidR="00D76B46" w:rsidRPr="00D76B46" w:rsidRDefault="00F37E62" w:rsidP="00024656">
      <w:pPr>
        <w:pStyle w:val="06TEKSTWACIWY"/>
        <w:tabs>
          <w:tab w:val="left" w:pos="42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inline distT="0" distB="0" distL="0" distR="0" wp14:anchorId="17300AC5" wp14:editId="2919E589">
                <wp:extent cx="203835" cy="183515"/>
                <wp:effectExtent l="0" t="0" r="12065" b="6985"/>
                <wp:docPr id="140118840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" cy="1835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12B7B79" w14:textId="7258712A" w:rsidR="00F37E62" w:rsidRPr="00271202" w:rsidRDefault="00F37E62" w:rsidP="00F37E62">
                            <w:pPr>
                              <w:pStyle w:val="06TEKSTWACIWY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300AC5" id="_x0000_s1143" type="#_x0000_t202" style="width:16.05pt;height:1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" filled="f" strokecolor="white [3212]" strokeweight=".5pt">
                <v:textbox inset=".1mm,.1mm,.1mm,.1mm">
                  <w:txbxContent>
                    <w:p w14:paraId="612B7B79" w14:textId="7258712A" w:rsidR="00F37E62" w:rsidRPr="00271202" w:rsidRDefault="00F37E62" w:rsidP="00F37E62">
                      <w:pPr>
                        <w:pStyle w:val="06TEKSTWACIWY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 w:rsidR="00D76B46" w:rsidRPr="00D76B46">
        <w:t>Karta kompetencji</w:t>
      </w:r>
    </w:p>
    <w:p w14:paraId="15B88B39" w14:textId="226440F5" w:rsidR="00D76B46" w:rsidRPr="00D76B46" w:rsidRDefault="00F37E62" w:rsidP="00024656">
      <w:pPr>
        <w:pStyle w:val="06TEKSTWACIWY"/>
        <w:tabs>
          <w:tab w:val="left" w:pos="42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inline distT="0" distB="0" distL="0" distR="0" wp14:anchorId="5B6D8FEC" wp14:editId="15374420">
                <wp:extent cx="203835" cy="183515"/>
                <wp:effectExtent l="0" t="0" r="12065" b="6985"/>
                <wp:docPr id="22512964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" cy="1835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EF64180" w14:textId="45FA5131" w:rsidR="00F37E62" w:rsidRPr="00271202" w:rsidRDefault="00F37E62" w:rsidP="00F37E62">
                            <w:pPr>
                              <w:pStyle w:val="06TEKSTWACIWY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6D8FEC" id="_x0000_s1144" type="#_x0000_t202" style="width:16.05pt;height:1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" filled="f" strokecolor="white [3212]" strokeweight=".5pt">
                <v:textbox inset=".1mm,.1mm,.1mm,.1mm">
                  <w:txbxContent>
                    <w:p w14:paraId="0EF64180" w14:textId="45FA5131" w:rsidR="00F37E62" w:rsidRPr="00271202" w:rsidRDefault="00F37E62" w:rsidP="00F37E62">
                      <w:pPr>
                        <w:pStyle w:val="06TEKSTWACIWY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 w:rsidR="00D76B46" w:rsidRPr="00D76B46">
        <w:t>Sprawozdanie z praktyki</w:t>
      </w:r>
    </w:p>
    <w:p w14:paraId="63C1B7C9" w14:textId="7B1CC454" w:rsidR="00D76B46" w:rsidRPr="00D76B46" w:rsidRDefault="00F37E62" w:rsidP="00024656">
      <w:pPr>
        <w:pStyle w:val="06TEKSTWACIWY"/>
        <w:tabs>
          <w:tab w:val="left" w:pos="42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inline distT="0" distB="0" distL="0" distR="0" wp14:anchorId="648FEB29" wp14:editId="003D78B6">
                <wp:extent cx="203835" cy="183515"/>
                <wp:effectExtent l="0" t="0" r="12065" b="6985"/>
                <wp:docPr id="7635460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" cy="1835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9538536" w14:textId="2F09A516" w:rsidR="00F37E62" w:rsidRPr="00271202" w:rsidRDefault="00F37E62" w:rsidP="00F37E62">
                            <w:pPr>
                              <w:pStyle w:val="06TEKSTWACIWY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8FEB29" id="_x0000_s1145" type="#_x0000_t202" style="width:16.05pt;height:1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" filled="f" strokecolor="white [3212]" strokeweight=".5pt">
                <v:textbox inset=".1mm,.1mm,.1mm,.1mm">
                  <w:txbxContent>
                    <w:p w14:paraId="79538536" w14:textId="2F09A516" w:rsidR="00F37E62" w:rsidRPr="00271202" w:rsidRDefault="00F37E62" w:rsidP="00F37E62">
                      <w:pPr>
                        <w:pStyle w:val="06TEKSTWACIWY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 w:rsidR="00D76B46" w:rsidRPr="00D76B46">
        <w:t>Ankieta studenta</w:t>
      </w:r>
    </w:p>
    <w:p w14:paraId="19B48F0F" w14:textId="19A4B5BE" w:rsidR="00D76B46" w:rsidRPr="00D76B46" w:rsidRDefault="00F37E62" w:rsidP="00024656">
      <w:pPr>
        <w:pStyle w:val="06TEKSTWACIWY"/>
        <w:tabs>
          <w:tab w:val="left" w:pos="42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inline distT="0" distB="0" distL="0" distR="0" wp14:anchorId="648E9EDB" wp14:editId="4E712C12">
                <wp:extent cx="203835" cy="183515"/>
                <wp:effectExtent l="0" t="0" r="12065" b="6985"/>
                <wp:docPr id="22492579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" cy="1835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D812027" w14:textId="200F0021" w:rsidR="00F37E62" w:rsidRPr="00271202" w:rsidRDefault="00F37E62" w:rsidP="00F37E62">
                            <w:pPr>
                              <w:pStyle w:val="06TEKSTWACIWY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8E9EDB" id="_x0000_s1146" type="#_x0000_t202" style="width:16.05pt;height:1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" filled="f" strokecolor="white [3212]" strokeweight=".5pt">
                <v:textbox inset=".1mm,.1mm,.1mm,.1mm">
                  <w:txbxContent>
                    <w:p w14:paraId="3D812027" w14:textId="200F0021" w:rsidR="00F37E62" w:rsidRPr="00271202" w:rsidRDefault="00F37E62" w:rsidP="00F37E62">
                      <w:pPr>
                        <w:pStyle w:val="06TEKSTWACIWY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 w:rsidR="00D76B46" w:rsidRPr="00D76B46">
        <w:t>Wniosek / podanie (jeżeli dotyczy)</w:t>
      </w:r>
    </w:p>
    <w:p w14:paraId="5077D3C7" w14:textId="0E42075C" w:rsidR="00D76B46" w:rsidRDefault="00F37E62" w:rsidP="00132E6F">
      <w:pPr>
        <w:pStyle w:val="06TEKSTWACIWY"/>
        <w:tabs>
          <w:tab w:val="left" w:pos="42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inline distT="0" distB="0" distL="0" distR="0" wp14:anchorId="2EFFD9D6" wp14:editId="2854A41C">
                <wp:extent cx="203835" cy="183515"/>
                <wp:effectExtent l="0" t="0" r="12065" b="6985"/>
                <wp:docPr id="59777859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" cy="1835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C71FC3F" w14:textId="7A84C23C" w:rsidR="00F37E62" w:rsidRPr="00271202" w:rsidRDefault="00F37E62" w:rsidP="00F37E62">
                            <w:pPr>
                              <w:pStyle w:val="06TEKSTWACIWY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FFD9D6" id="_x0000_s1147" type="#_x0000_t202" style="width:16.05pt;height:1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" filled="f" strokecolor="white [3212]" strokeweight=".5pt">
                <v:textbox inset=".1mm,.1mm,.1mm,.1mm">
                  <w:txbxContent>
                    <w:p w14:paraId="2C71FC3F" w14:textId="7A84C23C" w:rsidR="00F37E62" w:rsidRPr="00271202" w:rsidRDefault="00F37E62" w:rsidP="00F37E62">
                      <w:pPr>
                        <w:pStyle w:val="06TEKSTWACIWY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 w:rsidR="00D76B46" w:rsidRPr="00D76B46">
        <w:t>Pozostałe wymagane dokumenty</w:t>
      </w:r>
    </w:p>
    <w:sectPr w:rsidR="00D76B46" w:rsidSect="000E1E1B">
      <w:headerReference w:type="default" r:id="rId8"/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857F39" w14:textId="77777777" w:rsidR="001179F4" w:rsidRDefault="001179F4" w:rsidP="00132E6F">
      <w:pPr>
        <w:spacing w:after="0" w:line="240" w:lineRule="auto"/>
      </w:pPr>
      <w:r>
        <w:separator/>
      </w:r>
    </w:p>
  </w:endnote>
  <w:endnote w:type="continuationSeparator" w:id="0">
    <w:p w14:paraId="74278DF5" w14:textId="77777777" w:rsidR="001179F4" w:rsidRDefault="001179F4" w:rsidP="00132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ECF76" w14:textId="77777777" w:rsidR="00132E6F" w:rsidRDefault="00132E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59DD38" w14:textId="77777777" w:rsidR="001179F4" w:rsidRDefault="001179F4" w:rsidP="00132E6F">
      <w:pPr>
        <w:spacing w:after="0" w:line="240" w:lineRule="auto"/>
      </w:pPr>
      <w:r>
        <w:separator/>
      </w:r>
    </w:p>
  </w:footnote>
  <w:footnote w:type="continuationSeparator" w:id="0">
    <w:p w14:paraId="462422D5" w14:textId="77777777" w:rsidR="001179F4" w:rsidRDefault="001179F4" w:rsidP="00132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B738EC" w14:textId="77777777" w:rsidR="00132E6F" w:rsidRDefault="00132E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1E0BAE"/>
    <w:multiLevelType w:val="multilevel"/>
    <w:tmpl w:val="72186C1E"/>
    <w:lvl w:ilvl="0">
      <w:start w:val="1"/>
      <w:numFmt w:val="decimal"/>
      <w:pStyle w:val="07b-listaalfabetyczn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2FDC5A67"/>
    <w:multiLevelType w:val="multilevel"/>
    <w:tmpl w:val="D108D996"/>
    <w:lvl w:ilvl="0">
      <w:start w:val="1"/>
      <w:numFmt w:val="bullet"/>
      <w:pStyle w:val="07listawypunktowan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C90E11"/>
    <w:multiLevelType w:val="multilevel"/>
    <w:tmpl w:val="98BC121C"/>
    <w:lvl w:ilvl="0">
      <w:start w:val="1"/>
      <w:numFmt w:val="decimal"/>
      <w:pStyle w:val="08-listanumerowan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FB10772"/>
    <w:multiLevelType w:val="multilevel"/>
    <w:tmpl w:val="717C2E08"/>
    <w:lvl w:ilvl="0">
      <w:start w:val="1"/>
      <w:numFmt w:val="decimal"/>
      <w:pStyle w:val="07a-listanumerowan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5A850B5"/>
    <w:multiLevelType w:val="hybridMultilevel"/>
    <w:tmpl w:val="284EBC9A"/>
    <w:lvl w:ilvl="0" w:tplc="E2CC595C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9568FA"/>
    <w:multiLevelType w:val="multilevel"/>
    <w:tmpl w:val="2A045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C941E2"/>
    <w:multiLevelType w:val="multilevel"/>
    <w:tmpl w:val="7590A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9010028">
    <w:abstractNumId w:val="8"/>
  </w:num>
  <w:num w:numId="2" w16cid:durableId="1413701948">
    <w:abstractNumId w:val="6"/>
  </w:num>
  <w:num w:numId="3" w16cid:durableId="473446926">
    <w:abstractNumId w:val="5"/>
  </w:num>
  <w:num w:numId="4" w16cid:durableId="1477186803">
    <w:abstractNumId w:val="4"/>
  </w:num>
  <w:num w:numId="5" w16cid:durableId="597719877">
    <w:abstractNumId w:val="7"/>
  </w:num>
  <w:num w:numId="6" w16cid:durableId="724448100">
    <w:abstractNumId w:val="3"/>
  </w:num>
  <w:num w:numId="7" w16cid:durableId="2052263251">
    <w:abstractNumId w:val="2"/>
  </w:num>
  <w:num w:numId="8" w16cid:durableId="886995076">
    <w:abstractNumId w:val="1"/>
  </w:num>
  <w:num w:numId="9" w16cid:durableId="1851335285">
    <w:abstractNumId w:val="0"/>
  </w:num>
  <w:num w:numId="10" w16cid:durableId="1558740377">
    <w:abstractNumId w:val="10"/>
  </w:num>
  <w:num w:numId="11" w16cid:durableId="512261236">
    <w:abstractNumId w:val="14"/>
  </w:num>
  <w:num w:numId="12" w16cid:durableId="388916352">
    <w:abstractNumId w:val="15"/>
  </w:num>
  <w:num w:numId="13" w16cid:durableId="1705908167">
    <w:abstractNumId w:val="12"/>
  </w:num>
  <w:num w:numId="14" w16cid:durableId="578907128">
    <w:abstractNumId w:val="13"/>
  </w:num>
  <w:num w:numId="15" w16cid:durableId="177472466">
    <w:abstractNumId w:val="11"/>
  </w:num>
  <w:num w:numId="16" w16cid:durableId="20356182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823945">
    <w:abstractNumId w:val="9"/>
  </w:num>
  <w:num w:numId="18" w16cid:durableId="2342480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514382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03746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131921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512309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3655767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79466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5FD"/>
    <w:rsid w:val="00010FE3"/>
    <w:rsid w:val="000241B8"/>
    <w:rsid w:val="00024656"/>
    <w:rsid w:val="00034616"/>
    <w:rsid w:val="00051AB2"/>
    <w:rsid w:val="0006063C"/>
    <w:rsid w:val="0006096C"/>
    <w:rsid w:val="000625BC"/>
    <w:rsid w:val="0008021E"/>
    <w:rsid w:val="000850AF"/>
    <w:rsid w:val="000A03BF"/>
    <w:rsid w:val="000A547D"/>
    <w:rsid w:val="000A7057"/>
    <w:rsid w:val="000A7AF7"/>
    <w:rsid w:val="000B3865"/>
    <w:rsid w:val="000C14D2"/>
    <w:rsid w:val="000C1A5E"/>
    <w:rsid w:val="000C7C3C"/>
    <w:rsid w:val="000E1E1B"/>
    <w:rsid w:val="000E3028"/>
    <w:rsid w:val="000E3058"/>
    <w:rsid w:val="000E672E"/>
    <w:rsid w:val="000E70BE"/>
    <w:rsid w:val="001161B5"/>
    <w:rsid w:val="001179F4"/>
    <w:rsid w:val="00123511"/>
    <w:rsid w:val="00127CE0"/>
    <w:rsid w:val="00132E6F"/>
    <w:rsid w:val="00137359"/>
    <w:rsid w:val="0015074B"/>
    <w:rsid w:val="00156F8F"/>
    <w:rsid w:val="00164A37"/>
    <w:rsid w:val="00166F38"/>
    <w:rsid w:val="00171CFC"/>
    <w:rsid w:val="001866C8"/>
    <w:rsid w:val="001D0AF3"/>
    <w:rsid w:val="001E6943"/>
    <w:rsid w:val="00213F86"/>
    <w:rsid w:val="00223B28"/>
    <w:rsid w:val="00226BC9"/>
    <w:rsid w:val="002428C9"/>
    <w:rsid w:val="002439E0"/>
    <w:rsid w:val="0024540A"/>
    <w:rsid w:val="0025026A"/>
    <w:rsid w:val="0026428F"/>
    <w:rsid w:val="00265FC1"/>
    <w:rsid w:val="00271202"/>
    <w:rsid w:val="002744DA"/>
    <w:rsid w:val="002869A7"/>
    <w:rsid w:val="00291218"/>
    <w:rsid w:val="0029275D"/>
    <w:rsid w:val="002962FC"/>
    <w:rsid w:val="0029639D"/>
    <w:rsid w:val="002A23AC"/>
    <w:rsid w:val="002B0D37"/>
    <w:rsid w:val="002B3704"/>
    <w:rsid w:val="002B43B2"/>
    <w:rsid w:val="002B63D9"/>
    <w:rsid w:val="002D345F"/>
    <w:rsid w:val="00300678"/>
    <w:rsid w:val="00302D27"/>
    <w:rsid w:val="00306C18"/>
    <w:rsid w:val="00326F90"/>
    <w:rsid w:val="00352E29"/>
    <w:rsid w:val="0037033D"/>
    <w:rsid w:val="003E4A43"/>
    <w:rsid w:val="003F07B3"/>
    <w:rsid w:val="00411799"/>
    <w:rsid w:val="0041262C"/>
    <w:rsid w:val="004176AB"/>
    <w:rsid w:val="00425B73"/>
    <w:rsid w:val="00432237"/>
    <w:rsid w:val="00443B07"/>
    <w:rsid w:val="00446961"/>
    <w:rsid w:val="00450C60"/>
    <w:rsid w:val="0045574A"/>
    <w:rsid w:val="00466F10"/>
    <w:rsid w:val="00483190"/>
    <w:rsid w:val="00487F63"/>
    <w:rsid w:val="00493893"/>
    <w:rsid w:val="004A09D1"/>
    <w:rsid w:val="004B4486"/>
    <w:rsid w:val="004E6E64"/>
    <w:rsid w:val="004F23D4"/>
    <w:rsid w:val="004F5AE6"/>
    <w:rsid w:val="005051B8"/>
    <w:rsid w:val="00520A95"/>
    <w:rsid w:val="0053732F"/>
    <w:rsid w:val="005422A0"/>
    <w:rsid w:val="00547302"/>
    <w:rsid w:val="005B61FF"/>
    <w:rsid w:val="005E40AC"/>
    <w:rsid w:val="005F1CD6"/>
    <w:rsid w:val="005F28D8"/>
    <w:rsid w:val="005F5F90"/>
    <w:rsid w:val="006252E6"/>
    <w:rsid w:val="006255A4"/>
    <w:rsid w:val="00626040"/>
    <w:rsid w:val="00632009"/>
    <w:rsid w:val="00647FA1"/>
    <w:rsid w:val="006601C1"/>
    <w:rsid w:val="00660758"/>
    <w:rsid w:val="00672D78"/>
    <w:rsid w:val="006749AD"/>
    <w:rsid w:val="00685D54"/>
    <w:rsid w:val="00693EFB"/>
    <w:rsid w:val="006A1DB3"/>
    <w:rsid w:val="006A2B52"/>
    <w:rsid w:val="006A31C6"/>
    <w:rsid w:val="006B5738"/>
    <w:rsid w:val="006B613A"/>
    <w:rsid w:val="006C49D7"/>
    <w:rsid w:val="006E6253"/>
    <w:rsid w:val="006E6E79"/>
    <w:rsid w:val="006F0ABE"/>
    <w:rsid w:val="007004A0"/>
    <w:rsid w:val="00704C1B"/>
    <w:rsid w:val="00720556"/>
    <w:rsid w:val="00763D2C"/>
    <w:rsid w:val="0076474C"/>
    <w:rsid w:val="00775FB8"/>
    <w:rsid w:val="00777549"/>
    <w:rsid w:val="00781129"/>
    <w:rsid w:val="007921CE"/>
    <w:rsid w:val="00792954"/>
    <w:rsid w:val="007D36D1"/>
    <w:rsid w:val="007D4480"/>
    <w:rsid w:val="007D4B6F"/>
    <w:rsid w:val="008033A6"/>
    <w:rsid w:val="00806F7B"/>
    <w:rsid w:val="00824C4B"/>
    <w:rsid w:val="00824C57"/>
    <w:rsid w:val="0084709A"/>
    <w:rsid w:val="00847652"/>
    <w:rsid w:val="008854CA"/>
    <w:rsid w:val="008A7103"/>
    <w:rsid w:val="008C11ED"/>
    <w:rsid w:val="008F4E92"/>
    <w:rsid w:val="00904C7C"/>
    <w:rsid w:val="00906037"/>
    <w:rsid w:val="00911307"/>
    <w:rsid w:val="0091308F"/>
    <w:rsid w:val="00914EE2"/>
    <w:rsid w:val="00916FEA"/>
    <w:rsid w:val="00921D84"/>
    <w:rsid w:val="0093255B"/>
    <w:rsid w:val="009361E3"/>
    <w:rsid w:val="009361EC"/>
    <w:rsid w:val="0096302F"/>
    <w:rsid w:val="00973378"/>
    <w:rsid w:val="00992542"/>
    <w:rsid w:val="009935BB"/>
    <w:rsid w:val="009A2B5B"/>
    <w:rsid w:val="009D6356"/>
    <w:rsid w:val="009D71F7"/>
    <w:rsid w:val="009F12E7"/>
    <w:rsid w:val="00A01893"/>
    <w:rsid w:val="00A12FEA"/>
    <w:rsid w:val="00A30530"/>
    <w:rsid w:val="00A45840"/>
    <w:rsid w:val="00A57FE4"/>
    <w:rsid w:val="00A61F26"/>
    <w:rsid w:val="00A65B6E"/>
    <w:rsid w:val="00A834BE"/>
    <w:rsid w:val="00A83532"/>
    <w:rsid w:val="00A86A76"/>
    <w:rsid w:val="00A9765F"/>
    <w:rsid w:val="00AA1D8D"/>
    <w:rsid w:val="00AA2E59"/>
    <w:rsid w:val="00AA3BE6"/>
    <w:rsid w:val="00AB43C9"/>
    <w:rsid w:val="00AF2CAB"/>
    <w:rsid w:val="00B029C9"/>
    <w:rsid w:val="00B066E6"/>
    <w:rsid w:val="00B0783F"/>
    <w:rsid w:val="00B20652"/>
    <w:rsid w:val="00B25369"/>
    <w:rsid w:val="00B321E8"/>
    <w:rsid w:val="00B37189"/>
    <w:rsid w:val="00B47730"/>
    <w:rsid w:val="00B54269"/>
    <w:rsid w:val="00B54DC1"/>
    <w:rsid w:val="00B6769D"/>
    <w:rsid w:val="00BD3569"/>
    <w:rsid w:val="00C13FC6"/>
    <w:rsid w:val="00C42AB5"/>
    <w:rsid w:val="00C510C4"/>
    <w:rsid w:val="00C5331D"/>
    <w:rsid w:val="00C55B08"/>
    <w:rsid w:val="00C81286"/>
    <w:rsid w:val="00C948AA"/>
    <w:rsid w:val="00C9739E"/>
    <w:rsid w:val="00CA0780"/>
    <w:rsid w:val="00CA5810"/>
    <w:rsid w:val="00CA6926"/>
    <w:rsid w:val="00CB0664"/>
    <w:rsid w:val="00CB5068"/>
    <w:rsid w:val="00CB7CBC"/>
    <w:rsid w:val="00CE3D1B"/>
    <w:rsid w:val="00CE618E"/>
    <w:rsid w:val="00D25D99"/>
    <w:rsid w:val="00D40140"/>
    <w:rsid w:val="00D61736"/>
    <w:rsid w:val="00D67016"/>
    <w:rsid w:val="00D76B46"/>
    <w:rsid w:val="00D77C71"/>
    <w:rsid w:val="00D93927"/>
    <w:rsid w:val="00D93EB0"/>
    <w:rsid w:val="00D944A3"/>
    <w:rsid w:val="00DA3F3D"/>
    <w:rsid w:val="00DC03A0"/>
    <w:rsid w:val="00DC09E5"/>
    <w:rsid w:val="00DE4714"/>
    <w:rsid w:val="00E10679"/>
    <w:rsid w:val="00E3788C"/>
    <w:rsid w:val="00E530C3"/>
    <w:rsid w:val="00E73809"/>
    <w:rsid w:val="00E80F5E"/>
    <w:rsid w:val="00EA624B"/>
    <w:rsid w:val="00EA6C6D"/>
    <w:rsid w:val="00EA7A07"/>
    <w:rsid w:val="00EC44D1"/>
    <w:rsid w:val="00ED7741"/>
    <w:rsid w:val="00EF3770"/>
    <w:rsid w:val="00EF3FBA"/>
    <w:rsid w:val="00F12053"/>
    <w:rsid w:val="00F14129"/>
    <w:rsid w:val="00F37E62"/>
    <w:rsid w:val="00F4004E"/>
    <w:rsid w:val="00F44857"/>
    <w:rsid w:val="00F57A52"/>
    <w:rsid w:val="00F722DD"/>
    <w:rsid w:val="00F72781"/>
    <w:rsid w:val="00F75315"/>
    <w:rsid w:val="00F75880"/>
    <w:rsid w:val="00F83721"/>
    <w:rsid w:val="00F8427C"/>
    <w:rsid w:val="00FA3E31"/>
    <w:rsid w:val="00FA5CAE"/>
    <w:rsid w:val="00FC2F46"/>
    <w:rsid w:val="00FC693F"/>
    <w:rsid w:val="00FD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F49BED"/>
  <w14:defaultImageDpi w14:val="300"/>
  <w15:docId w15:val="{86C33F1D-7E18-D44A-8A43-99B8CD0BA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01tytugwnydokumentu">
    <w:name w:val="*01. tytuł główny dokumentu"/>
    <w:basedOn w:val="Normalny"/>
    <w:link w:val="01tytugwnydokumentuZnak"/>
    <w:qFormat/>
    <w:rsid w:val="00265FC1"/>
    <w:pPr>
      <w:keepNext/>
      <w:keepLines/>
      <w:spacing w:before="360" w:after="0" w:line="240" w:lineRule="auto"/>
      <w:jc w:val="center"/>
    </w:pPr>
    <w:rPr>
      <w:rFonts w:ascii="Times New Roman" w:eastAsiaTheme="minorHAnsi" w:hAnsi="Times New Roman" w:cs="Times New Roman"/>
      <w:b/>
      <w:bCs/>
      <w:caps/>
      <w:kern w:val="2"/>
      <w:sz w:val="36"/>
      <w:szCs w:val="28"/>
      <w:lang w:val="pl-PL"/>
      <w14:ligatures w14:val="standardContextual"/>
    </w:rPr>
  </w:style>
  <w:style w:type="character" w:customStyle="1" w:styleId="01tytugwnydokumentuZnak">
    <w:name w:val="*01. tytuł główny dokumentu Znak"/>
    <w:basedOn w:val="Domylnaczcionkaakapitu"/>
    <w:link w:val="01tytugwnydokumentu"/>
    <w:rsid w:val="00265FC1"/>
    <w:rPr>
      <w:rFonts w:ascii="Times New Roman" w:eastAsiaTheme="minorHAnsi" w:hAnsi="Times New Roman" w:cs="Times New Roman"/>
      <w:b/>
      <w:bCs/>
      <w:caps/>
      <w:kern w:val="2"/>
      <w:sz w:val="36"/>
      <w:szCs w:val="28"/>
      <w:lang w:val="pl-PL"/>
      <w14:ligatures w14:val="standardContextual"/>
    </w:rPr>
  </w:style>
  <w:style w:type="paragraph" w:customStyle="1" w:styleId="06TEKSTWACIWY">
    <w:name w:val="*06. TEKST WŁAŚCIWY"/>
    <w:basedOn w:val="Normalny"/>
    <w:link w:val="06TEKSTWACIWYZnak"/>
    <w:qFormat/>
    <w:rsid w:val="0076474C"/>
    <w:pPr>
      <w:spacing w:after="0" w:line="240" w:lineRule="auto"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6TEKSTWACIWYZnak">
    <w:name w:val="*06. TEKST WŁAŚCIWY Znak"/>
    <w:basedOn w:val="Domylnaczcionkaakapitu"/>
    <w:link w:val="06TEKSTWACIWY"/>
    <w:rsid w:val="0076474C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02podtytudokumentu">
    <w:name w:val="*02. podtytuł dokumentu"/>
    <w:basedOn w:val="Normalny"/>
    <w:link w:val="02podtytudokumentuZnak"/>
    <w:qFormat/>
    <w:rsid w:val="00265FC1"/>
    <w:pPr>
      <w:keepNext/>
      <w:keepLines/>
      <w:spacing w:before="60" w:after="60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32"/>
      <w:szCs w:val="24"/>
      <w:lang w:val="pl-PL"/>
      <w14:ligatures w14:val="standardContextual"/>
    </w:rPr>
  </w:style>
  <w:style w:type="character" w:customStyle="1" w:styleId="02podtytudokumentuZnak">
    <w:name w:val="*02. podtytuł dokumentu Znak"/>
    <w:basedOn w:val="Domylnaczcionkaakapitu"/>
    <w:link w:val="02podtytudokumentu"/>
    <w:rsid w:val="00265FC1"/>
    <w:rPr>
      <w:rFonts w:ascii="Times New Roman" w:eastAsiaTheme="minorHAnsi" w:hAnsi="Times New Roman" w:cs="Times New Roman"/>
      <w:b/>
      <w:bCs/>
      <w:kern w:val="2"/>
      <w:sz w:val="32"/>
      <w:szCs w:val="24"/>
      <w:lang w:val="pl-PL"/>
      <w14:ligatures w14:val="standardContextual"/>
    </w:rPr>
  </w:style>
  <w:style w:type="paragraph" w:customStyle="1" w:styleId="10podpis">
    <w:name w:val="*10. podpis"/>
    <w:basedOn w:val="Normalny"/>
    <w:link w:val="10podpisZnak"/>
    <w:qFormat/>
    <w:rsid w:val="00265FC1"/>
    <w:pPr>
      <w:keepNext/>
      <w:keepLines/>
      <w:tabs>
        <w:tab w:val="center" w:pos="6804"/>
      </w:tabs>
      <w:spacing w:before="720" w:after="0" w:line="240" w:lineRule="auto"/>
    </w:pPr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character" w:customStyle="1" w:styleId="10podpisZnak">
    <w:name w:val="*10. podpis Znak"/>
    <w:basedOn w:val="Domylnaczcionkaakapitu"/>
    <w:link w:val="10podpis"/>
    <w:rsid w:val="00265FC1"/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paragraph" w:customStyle="1" w:styleId="03nagwekgwnywdokumencie">
    <w:name w:val="*03. nagłówek główny w dokumencie"/>
    <w:basedOn w:val="Normalny"/>
    <w:link w:val="03nagwekgwnywdokumencieZnak"/>
    <w:qFormat/>
    <w:rsid w:val="00265FC1"/>
    <w:pPr>
      <w:keepNext/>
      <w:keepLines/>
      <w:spacing w:before="360" w:after="24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32"/>
      <w:szCs w:val="28"/>
      <w:lang w:val="pl-PL"/>
      <w14:ligatures w14:val="standardContextual"/>
    </w:rPr>
  </w:style>
  <w:style w:type="character" w:customStyle="1" w:styleId="03nagwekgwnywdokumencieZnak">
    <w:name w:val="*03. nagłówek główny w dokumencie Znak"/>
    <w:basedOn w:val="Domylnaczcionkaakapitu"/>
    <w:link w:val="03nagwekgwnywdokumencie"/>
    <w:rsid w:val="00265FC1"/>
    <w:rPr>
      <w:rFonts w:ascii="Times New Roman" w:eastAsiaTheme="minorHAnsi" w:hAnsi="Times New Roman" w:cs="Times New Roman"/>
      <w:b/>
      <w:bCs/>
      <w:kern w:val="2"/>
      <w:sz w:val="32"/>
      <w:szCs w:val="28"/>
      <w:lang w:val="pl-PL"/>
      <w14:ligatures w14:val="standardContextual"/>
    </w:rPr>
  </w:style>
  <w:style w:type="paragraph" w:customStyle="1" w:styleId="09tabela-tekst">
    <w:name w:val="*09 tabela - tekst"/>
    <w:basedOn w:val="08tabel-nagwek"/>
    <w:link w:val="09tabela-tekstZnak"/>
    <w:qFormat/>
    <w:rsid w:val="00265FC1"/>
    <w:pPr>
      <w:jc w:val="left"/>
    </w:pPr>
    <w:rPr>
      <w:b w:val="0"/>
      <w:bCs w:val="0"/>
      <w:sz w:val="24"/>
      <w:szCs w:val="24"/>
    </w:rPr>
  </w:style>
  <w:style w:type="paragraph" w:customStyle="1" w:styleId="07listawypunktowana">
    <w:name w:val="*07. lista wypunktowana"/>
    <w:basedOn w:val="Normalny"/>
    <w:link w:val="07listawypunktowanaZnak"/>
    <w:qFormat/>
    <w:rsid w:val="00265FC1"/>
    <w:pPr>
      <w:numPr>
        <w:numId w:val="10"/>
      </w:numPr>
      <w:spacing w:after="120" w:line="240" w:lineRule="auto"/>
      <w:ind w:left="714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7listawypunktowanaZnak">
    <w:name w:val="*07. lista wypunktowana Znak"/>
    <w:basedOn w:val="Domylnaczcionkaakapitu"/>
    <w:link w:val="07listawypunktowana"/>
    <w:rsid w:val="00265FC1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9tabela-tekstZnak">
    <w:name w:val="*09 tabela - tekst Znak"/>
    <w:basedOn w:val="08tabel-nagwekZnak"/>
    <w:link w:val="09tabela-tekst"/>
    <w:rsid w:val="00265FC1"/>
    <w:rPr>
      <w:rFonts w:ascii="Times New Roman" w:eastAsiaTheme="minorHAnsi" w:hAnsi="Times New Roman" w:cs="Times New Roman"/>
      <w:b w:val="0"/>
      <w:bCs w:val="0"/>
      <w:kern w:val="2"/>
      <w:sz w:val="24"/>
      <w:szCs w:val="24"/>
      <w:lang w:val="pl-PL"/>
      <w14:ligatures w14:val="standardContextual"/>
    </w:rPr>
  </w:style>
  <w:style w:type="paragraph" w:customStyle="1" w:styleId="04nagwekpodrzdnydogwnego">
    <w:name w:val="*04. nagłówek podrzędny do głównego"/>
    <w:basedOn w:val="Normalny"/>
    <w:link w:val="04nagwekpodrzdnydogwnegoZnak"/>
    <w:qFormat/>
    <w:rsid w:val="00265FC1"/>
    <w:pPr>
      <w:keepNext/>
      <w:keepLines/>
      <w:spacing w:before="360" w:after="24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28"/>
      <w:szCs w:val="24"/>
      <w:lang w:val="pl-PL"/>
      <w14:ligatures w14:val="standardContextual"/>
    </w:rPr>
  </w:style>
  <w:style w:type="character" w:customStyle="1" w:styleId="04nagwekpodrzdnydogwnegoZnak">
    <w:name w:val="*04. nagłówek podrzędny do głównego Znak"/>
    <w:basedOn w:val="Domylnaczcionkaakapitu"/>
    <w:link w:val="04nagwekpodrzdnydogwnego"/>
    <w:rsid w:val="00265FC1"/>
    <w:rPr>
      <w:rFonts w:ascii="Times New Roman" w:eastAsiaTheme="minorHAnsi" w:hAnsi="Times New Roman" w:cs="Times New Roman"/>
      <w:b/>
      <w:bCs/>
      <w:kern w:val="2"/>
      <w:sz w:val="28"/>
      <w:szCs w:val="24"/>
      <w:lang w:val="pl-PL"/>
      <w14:ligatures w14:val="standardContextual"/>
    </w:rPr>
  </w:style>
  <w:style w:type="paragraph" w:customStyle="1" w:styleId="05nagwekpodpodrzdnydopodrzdnego">
    <w:name w:val="*05. nagłówek podpodrzędny do podrzędnego"/>
    <w:link w:val="05nagwekpodpodrzdnydopodrzdnegoZnak"/>
    <w:qFormat/>
    <w:rsid w:val="00265FC1"/>
    <w:pPr>
      <w:keepNext/>
      <w:keepLines/>
      <w:spacing w:before="240" w:after="120" w:line="240" w:lineRule="auto"/>
      <w:contextualSpacing/>
      <w:jc w:val="center"/>
    </w:pPr>
    <w:rPr>
      <w:rFonts w:ascii="Times New Roman" w:eastAsiaTheme="minorHAnsi" w:hAnsi="Times New Roman" w:cs="Times New Roman"/>
      <w:b/>
      <w:bCs/>
      <w:kern w:val="2"/>
      <w:sz w:val="24"/>
      <w:szCs w:val="24"/>
      <w:lang w:val="pl-PL"/>
      <w14:ligatures w14:val="standardContextual"/>
    </w:rPr>
  </w:style>
  <w:style w:type="character" w:customStyle="1" w:styleId="05nagwekpodpodrzdnydopodrzdnegoZnak">
    <w:name w:val="*05. nagłówek podpodrzędny do podrzędnego Znak"/>
    <w:basedOn w:val="04nagwekpodrzdnydogwnegoZnak"/>
    <w:link w:val="05nagwekpodpodrzdnydopodrzdnego"/>
    <w:rsid w:val="00265FC1"/>
    <w:rPr>
      <w:rFonts w:ascii="Times New Roman" w:eastAsiaTheme="minorHAnsi" w:hAnsi="Times New Roman" w:cs="Times New Roman"/>
      <w:b/>
      <w:bCs/>
      <w:kern w:val="2"/>
      <w:sz w:val="24"/>
      <w:szCs w:val="24"/>
      <w:lang w:val="pl-PL"/>
      <w14:ligatures w14:val="standardContextual"/>
    </w:rPr>
  </w:style>
  <w:style w:type="paragraph" w:customStyle="1" w:styleId="08tabel-nagwek">
    <w:name w:val="*08. tabel - nagłówek"/>
    <w:basedOn w:val="Normalny"/>
    <w:link w:val="08tabel-nagwekZnak"/>
    <w:qFormat/>
    <w:rsid w:val="00265FC1"/>
    <w:pPr>
      <w:spacing w:after="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character" w:customStyle="1" w:styleId="08tabel-nagwekZnak">
    <w:name w:val="*08. tabel - nagłówek Znak"/>
    <w:basedOn w:val="Domylnaczcionkaakapitu"/>
    <w:link w:val="08tabel-nagwek"/>
    <w:rsid w:val="00265FC1"/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paragraph" w:customStyle="1" w:styleId="07a-listanumerowana">
    <w:name w:val="*07a - lista numerowana"/>
    <w:link w:val="07a-listanumerowanaZnak"/>
    <w:qFormat/>
    <w:rsid w:val="00265FC1"/>
    <w:pPr>
      <w:numPr>
        <w:numId w:val="13"/>
      </w:numPr>
      <w:spacing w:after="0" w:line="240" w:lineRule="auto"/>
      <w:ind w:left="357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7a-listanumerowanaZnak">
    <w:name w:val="*07a - lista numerowana Znak"/>
    <w:basedOn w:val="Domylnaczcionkaakapitu"/>
    <w:link w:val="07a-listanumerowana"/>
    <w:rsid w:val="00265FC1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07b-listaalfabetyczna">
    <w:name w:val="*07b - lista alfabetyczna"/>
    <w:qFormat/>
    <w:rsid w:val="00265FC1"/>
    <w:pPr>
      <w:numPr>
        <w:numId w:val="17"/>
      </w:numPr>
      <w:spacing w:after="0" w:line="240" w:lineRule="auto"/>
      <w:ind w:left="714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12podpis">
    <w:name w:val="*12. podpis"/>
    <w:basedOn w:val="Normalny"/>
    <w:link w:val="12podpisZnak"/>
    <w:qFormat/>
    <w:rsid w:val="00265FC1"/>
    <w:pPr>
      <w:keepNext/>
      <w:keepLines/>
      <w:tabs>
        <w:tab w:val="center" w:pos="6804"/>
      </w:tabs>
      <w:spacing w:before="720" w:after="0" w:line="240" w:lineRule="auto"/>
    </w:pPr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character" w:customStyle="1" w:styleId="12podpisZnak">
    <w:name w:val="*12. podpis Znak"/>
    <w:basedOn w:val="Domylnaczcionkaakapitu"/>
    <w:link w:val="12podpis"/>
    <w:rsid w:val="00265FC1"/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paragraph" w:customStyle="1" w:styleId="11tabela-tekst">
    <w:name w:val="*11 tabela - tekst"/>
    <w:basedOn w:val="10tabel-nagwek"/>
    <w:link w:val="11tabela-tekstZnak"/>
    <w:qFormat/>
    <w:rsid w:val="00265FC1"/>
    <w:pPr>
      <w:jc w:val="left"/>
    </w:pPr>
    <w:rPr>
      <w:b w:val="0"/>
      <w:bCs w:val="0"/>
      <w:sz w:val="24"/>
      <w:szCs w:val="24"/>
    </w:rPr>
  </w:style>
  <w:style w:type="character" w:customStyle="1" w:styleId="11tabela-tekstZnak">
    <w:name w:val="*11 tabela - tekst Znak"/>
    <w:basedOn w:val="10tabel-nagwekZnak"/>
    <w:link w:val="11tabela-tekst"/>
    <w:rsid w:val="00265FC1"/>
    <w:rPr>
      <w:rFonts w:ascii="Times New Roman" w:eastAsiaTheme="minorHAnsi" w:hAnsi="Times New Roman" w:cs="Times New Roman"/>
      <w:b w:val="0"/>
      <w:bCs w:val="0"/>
      <w:kern w:val="2"/>
      <w:sz w:val="24"/>
      <w:szCs w:val="24"/>
      <w:lang w:val="pl-PL"/>
      <w14:ligatures w14:val="standardContextual"/>
    </w:rPr>
  </w:style>
  <w:style w:type="paragraph" w:customStyle="1" w:styleId="10tabel-nagwek">
    <w:name w:val="*10. tabel - nagłówek"/>
    <w:basedOn w:val="Normalny"/>
    <w:link w:val="10tabel-nagwekZnak"/>
    <w:qFormat/>
    <w:rsid w:val="00265FC1"/>
    <w:pPr>
      <w:spacing w:after="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character" w:customStyle="1" w:styleId="10tabel-nagwekZnak">
    <w:name w:val="*10. tabel - nagłówek Znak"/>
    <w:basedOn w:val="Domylnaczcionkaakapitu"/>
    <w:link w:val="10tabel-nagwek"/>
    <w:rsid w:val="00265FC1"/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paragraph" w:customStyle="1" w:styleId="08-listanumerowana">
    <w:name w:val="*08 - lista numerowana"/>
    <w:link w:val="08-listanumerowanaZnak"/>
    <w:qFormat/>
    <w:rsid w:val="00265FC1"/>
    <w:pPr>
      <w:numPr>
        <w:numId w:val="15"/>
      </w:numPr>
      <w:spacing w:after="0" w:line="240" w:lineRule="auto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8-listanumerowanaZnak">
    <w:name w:val="*08 - lista numerowana Znak"/>
    <w:basedOn w:val="Domylnaczcionkaakapitu"/>
    <w:link w:val="08-listanumerowana"/>
    <w:rsid w:val="00265FC1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09-listaalfabetyczna">
    <w:name w:val="*09 - lista alfabetyczna"/>
    <w:qFormat/>
    <w:rsid w:val="00265FC1"/>
    <w:pPr>
      <w:tabs>
        <w:tab w:val="num" w:pos="720"/>
      </w:tabs>
      <w:spacing w:after="0" w:line="240" w:lineRule="auto"/>
      <w:ind w:left="714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41179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17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1</Pages>
  <Words>53</Words>
  <Characters>353</Characters>
  <Application>Microsoft Office Word</Application>
  <DocSecurity>0</DocSecurity>
  <Lines>25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UWAGA</cp:lastModifiedBy>
  <cp:revision>217</cp:revision>
  <cp:lastPrinted>2026-09-03T19:35:00Z</cp:lastPrinted>
  <dcterms:created xsi:type="dcterms:W3CDTF">2013-12-23T23:15:00Z</dcterms:created>
  <dcterms:modified xsi:type="dcterms:W3CDTF">2026-09-08T19:56:00Z</dcterms:modified>
  <cp:category/>
</cp:coreProperties>
</file>