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FEAF1A3" w14:textId="65C040A9" w:rsidR="000E1E1B" w:rsidRPr="001E6943" w:rsidRDefault="00ED7741" w:rsidP="006749AD">
      <w:pPr>
        <w:pStyle w:val="02podtytudokumentu"/>
        <w:spacing w:before="0" w:line="276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ECDF37" wp14:editId="6506C493">
                <wp:simplePos x="0" y="0"/>
                <wp:positionH relativeFrom="margin">
                  <wp:posOffset>1593397</wp:posOffset>
                </wp:positionH>
                <wp:positionV relativeFrom="paragraph">
                  <wp:posOffset>1171212</wp:posOffset>
                </wp:positionV>
                <wp:extent cx="4404995" cy="154904"/>
                <wp:effectExtent l="0" t="0" r="1905" b="0"/>
                <wp:wrapNone/>
                <wp:docPr id="1562950145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04995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25B7AD" w14:textId="580A4159" w:rsidR="00D40140" w:rsidRPr="00D40140" w:rsidRDefault="00D40140" w:rsidP="004F5AE6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ECDF37"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left:0;text-align:left;margin-left:125.45pt;margin-top:92.2pt;width:346.85pt;height:12.2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" filled="f" stroked="f" strokeweight=".5pt">
                <v:textbox inset=".1mm,.1mm,.1mm,.1mm">
                  <w:txbxContent>
                    <w:p w14:paraId="3225B7AD" w14:textId="580A4159" w:rsidR="00D40140" w:rsidRPr="00D40140" w:rsidRDefault="00D40140" w:rsidP="004F5AE6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92542" w:rsidRPr="001E6943">
        <w:t xml:space="preserve">Karta kompetencji praktykanta – studenta (blok praktyk </w:t>
      </w:r>
      <w:r w:rsidR="007004A0">
        <w:t>nr 1</w:t>
      </w:r>
      <w:r w:rsidR="00992542" w:rsidRPr="001E6943">
        <w:t>)</w:t>
      </w:r>
      <w:r w:rsidR="00992542" w:rsidRPr="001E6943">
        <w:br/>
        <w:t>na kierunku Dziennikarstwo i Komunikacja Społeczna</w:t>
      </w:r>
      <w:r w:rsidR="00992542" w:rsidRPr="001E6943">
        <w:br/>
        <w:t>UKSW w Warszawie</w:t>
      </w:r>
    </w:p>
    <w:p w14:paraId="031A882B" w14:textId="11CE18AA" w:rsidR="00992542" w:rsidRPr="001E6943" w:rsidRDefault="004F5AE6" w:rsidP="00672D78">
      <w:pPr>
        <w:pStyle w:val="06TEKSTWACIWY"/>
        <w:tabs>
          <w:tab w:val="right" w:leader="dot" w:pos="940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457AC3B" wp14:editId="2803EE05">
                <wp:simplePos x="0" y="0"/>
                <wp:positionH relativeFrom="margin">
                  <wp:posOffset>5082994</wp:posOffset>
                </wp:positionH>
                <wp:positionV relativeFrom="paragraph">
                  <wp:posOffset>238778</wp:posOffset>
                </wp:positionV>
                <wp:extent cx="898561" cy="154904"/>
                <wp:effectExtent l="0" t="0" r="3175" b="0"/>
                <wp:wrapNone/>
                <wp:docPr id="475963889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8561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3C73D4" w14:textId="51080BA9" w:rsidR="004F5AE6" w:rsidRPr="00D40140" w:rsidRDefault="004F5AE6" w:rsidP="00164A37">
                            <w:pPr>
                              <w:pStyle w:val="06TEKSTWACIWY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57AC3B" id="_x0000_s1027" type="#_x0000_t202" style="position:absolute;left:0;text-align:left;margin-left:400.25pt;margin-top:18.8pt;width:70.75pt;height:12.2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" filled="f" stroked="f" strokeweight=".5pt">
                <v:textbox inset=".1mm,.1mm,.1mm,.1mm">
                  <w:txbxContent>
                    <w:p w14:paraId="023C73D4" w14:textId="51080BA9" w:rsidR="004F5AE6" w:rsidRPr="00D40140" w:rsidRDefault="004F5AE6" w:rsidP="00164A37">
                      <w:pPr>
                        <w:pStyle w:val="06TEKSTWACIWY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A5C9F4D" wp14:editId="3CBD06D4">
                <wp:simplePos x="0" y="0"/>
                <wp:positionH relativeFrom="margin">
                  <wp:posOffset>2951135</wp:posOffset>
                </wp:positionH>
                <wp:positionV relativeFrom="paragraph">
                  <wp:posOffset>254454</wp:posOffset>
                </wp:positionV>
                <wp:extent cx="1400339" cy="154904"/>
                <wp:effectExtent l="0" t="0" r="0" b="0"/>
                <wp:wrapNone/>
                <wp:docPr id="87392697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0339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708A0C" w14:textId="1C79D38B" w:rsidR="004F5AE6" w:rsidRPr="00D40140" w:rsidRDefault="004F5AE6" w:rsidP="00164A37">
                            <w:pPr>
                              <w:pStyle w:val="06TEKSTWACIWY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5C9F4D" id="_x0000_s1028" type="#_x0000_t202" style="position:absolute;left:0;text-align:left;margin-left:232.35pt;margin-top:20.05pt;width:110.25pt;height:12.2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" filled="f" stroked="f" strokeweight=".5pt">
                <v:textbox inset=".1mm,.1mm,.1mm,.1mm">
                  <w:txbxContent>
                    <w:p w14:paraId="28708A0C" w14:textId="1C79D38B" w:rsidR="004F5AE6" w:rsidRPr="00D40140" w:rsidRDefault="004F5AE6" w:rsidP="00164A37">
                      <w:pPr>
                        <w:pStyle w:val="06TEKSTWACIWY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8E65F47" wp14:editId="03CD8D53">
                <wp:simplePos x="0" y="0"/>
                <wp:positionH relativeFrom="margin">
                  <wp:posOffset>855852</wp:posOffset>
                </wp:positionH>
                <wp:positionV relativeFrom="paragraph">
                  <wp:posOffset>238778</wp:posOffset>
                </wp:positionV>
                <wp:extent cx="987189" cy="154904"/>
                <wp:effectExtent l="0" t="0" r="3810" b="0"/>
                <wp:wrapNone/>
                <wp:docPr id="762130779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7189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E19803" w14:textId="77777777" w:rsidR="004F5AE6" w:rsidRPr="00D40140" w:rsidRDefault="004F5AE6" w:rsidP="00164A37">
                            <w:pPr>
                              <w:pStyle w:val="06TEKSTWACIWY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E65F47" id="_x0000_s1029" type="#_x0000_t202" style="position:absolute;left:0;text-align:left;margin-left:67.4pt;margin-top:18.8pt;width:77.75pt;height:12.2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" filled="f" stroked="f" strokeweight=".5pt">
                <v:textbox inset=".1mm,.1mm,.1mm,.1mm">
                  <w:txbxContent>
                    <w:p w14:paraId="6BE19803" w14:textId="77777777" w:rsidR="004F5AE6" w:rsidRPr="00D40140" w:rsidRDefault="004F5AE6" w:rsidP="00164A37">
                      <w:pPr>
                        <w:pStyle w:val="06TEKSTWACIWY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92542" w:rsidRPr="001E6943">
        <w:t xml:space="preserve">Imię i nazwisko studenta </w:t>
      </w:r>
      <w:r w:rsidR="00992542" w:rsidRPr="001E6943">
        <w:tab/>
      </w:r>
    </w:p>
    <w:p w14:paraId="4C9AC177" w14:textId="479F891D" w:rsidR="00992542" w:rsidRPr="001E6943" w:rsidRDefault="00D61736" w:rsidP="00672D78">
      <w:pPr>
        <w:pStyle w:val="06TEKSTWACIWY"/>
        <w:tabs>
          <w:tab w:val="right" w:leader="dot" w:pos="4536"/>
          <w:tab w:val="right" w:leader="dot" w:pos="7938"/>
          <w:tab w:val="right" w:leader="dot" w:pos="940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F21F38E" wp14:editId="38E332E9">
                <wp:simplePos x="0" y="0"/>
                <wp:positionH relativeFrom="margin">
                  <wp:posOffset>3102664</wp:posOffset>
                </wp:positionH>
                <wp:positionV relativeFrom="paragraph">
                  <wp:posOffset>247596</wp:posOffset>
                </wp:positionV>
                <wp:extent cx="2879254" cy="154904"/>
                <wp:effectExtent l="0" t="0" r="3810" b="0"/>
                <wp:wrapNone/>
                <wp:docPr id="730534384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9254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EB2F08" w14:textId="788D9EEE" w:rsidR="00D61736" w:rsidRPr="00D40140" w:rsidRDefault="00D61736" w:rsidP="00D61736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21F38E" id="_x0000_s1030" type="#_x0000_t202" style="position:absolute;left:0;text-align:left;margin-left:244.3pt;margin-top:19.5pt;width:226.7pt;height:12.2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" filled="f" stroked="f" strokeweight=".5pt">
                <v:textbox inset=".1mm,.1mm,.1mm,.1mm">
                  <w:txbxContent>
                    <w:p w14:paraId="2BEB2F08" w14:textId="788D9EEE" w:rsidR="00D61736" w:rsidRPr="00D40140" w:rsidRDefault="00D61736" w:rsidP="00D61736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92542" w:rsidRPr="001E6943">
        <w:t xml:space="preserve">Rok studiów </w:t>
      </w:r>
      <w:r w:rsidR="00992542" w:rsidRPr="001E6943">
        <w:tab/>
        <w:t xml:space="preserve"> Stopień studiów </w:t>
      </w:r>
      <w:r w:rsidR="00992542" w:rsidRPr="001E6943">
        <w:tab/>
        <w:t xml:space="preserve"> Nr albumu</w:t>
      </w:r>
      <w:r w:rsidR="00992542" w:rsidRPr="001E6943">
        <w:tab/>
      </w:r>
    </w:p>
    <w:p w14:paraId="5ABEA206" w14:textId="3D6210C2" w:rsidR="00992542" w:rsidRPr="001E6943" w:rsidRDefault="00DE4714" w:rsidP="00672D78">
      <w:pPr>
        <w:pStyle w:val="06TEKSTWACIWY"/>
        <w:tabs>
          <w:tab w:val="right" w:leader="dot" w:pos="940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21561D1" wp14:editId="1918AA50">
                <wp:simplePos x="0" y="0"/>
                <wp:positionH relativeFrom="margin">
                  <wp:posOffset>1028283</wp:posOffset>
                </wp:positionH>
                <wp:positionV relativeFrom="paragraph">
                  <wp:posOffset>245963</wp:posOffset>
                </wp:positionV>
                <wp:extent cx="4953236" cy="154904"/>
                <wp:effectExtent l="0" t="0" r="0" b="0"/>
                <wp:wrapNone/>
                <wp:docPr id="1774231279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3236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8C5EA7" w14:textId="77777777" w:rsidR="00DE4714" w:rsidRPr="00D40140" w:rsidRDefault="00DE4714" w:rsidP="00DE4714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1561D1" id="_x0000_s1031" type="#_x0000_t202" style="position:absolute;left:0;text-align:left;margin-left:80.95pt;margin-top:19.35pt;width:390pt;height:12.2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" filled="f" stroked="f" strokeweight=".5pt">
                <v:textbox inset=".1mm,.1mm,.1mm,.1mm">
                  <w:txbxContent>
                    <w:p w14:paraId="158C5EA7" w14:textId="77777777" w:rsidR="00DE4714" w:rsidRPr="00D40140" w:rsidRDefault="00DE4714" w:rsidP="00DE4714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92542" w:rsidRPr="001E6943">
        <w:t xml:space="preserve">Nazwa instytucji, w której zrealizowano praktykę </w:t>
      </w:r>
      <w:r w:rsidR="00992542" w:rsidRPr="001E6943">
        <w:tab/>
      </w:r>
    </w:p>
    <w:p w14:paraId="5787F2BB" w14:textId="7159ED3D" w:rsidR="00992542" w:rsidRPr="001E6943" w:rsidRDefault="00483190" w:rsidP="00672D78">
      <w:pPr>
        <w:pStyle w:val="06TEKSTWACIWY"/>
        <w:tabs>
          <w:tab w:val="right" w:leader="dot" w:pos="940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C0B8CF8" wp14:editId="72BB82D3">
                <wp:simplePos x="0" y="0"/>
                <wp:positionH relativeFrom="margin">
                  <wp:posOffset>1179812</wp:posOffset>
                </wp:positionH>
                <wp:positionV relativeFrom="paragraph">
                  <wp:posOffset>244330</wp:posOffset>
                </wp:positionV>
                <wp:extent cx="370749" cy="154305"/>
                <wp:effectExtent l="0" t="0" r="0" b="0"/>
                <wp:wrapNone/>
                <wp:docPr id="185224106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749" cy="1543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F4C29A" w14:textId="7A83851E" w:rsidR="00137359" w:rsidRPr="00D40140" w:rsidRDefault="00137359" w:rsidP="00483190">
                            <w:pPr>
                              <w:pStyle w:val="06TEKSTWACIWY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0B8CF8" id="_x0000_s1032" type="#_x0000_t202" style="position:absolute;left:0;text-align:left;margin-left:92.9pt;margin-top:19.25pt;width:29.2pt;height:12.1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" filled="f" stroked="f" strokeweight=".5pt">
                <v:textbox inset=".1mm,.1mm,.1mm,.1mm">
                  <w:txbxContent>
                    <w:p w14:paraId="4EF4C29A" w14:textId="7A83851E" w:rsidR="00137359" w:rsidRPr="00D40140" w:rsidRDefault="00137359" w:rsidP="00483190">
                      <w:pPr>
                        <w:pStyle w:val="06TEKSTWACIWY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4FA322A" wp14:editId="21916D16">
                <wp:simplePos x="0" y="0"/>
                <wp:positionH relativeFrom="margin">
                  <wp:posOffset>2679427</wp:posOffset>
                </wp:positionH>
                <wp:positionV relativeFrom="paragraph">
                  <wp:posOffset>244330</wp:posOffset>
                </wp:positionV>
                <wp:extent cx="323959" cy="154305"/>
                <wp:effectExtent l="0" t="0" r="6350" b="0"/>
                <wp:wrapNone/>
                <wp:docPr id="91595630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959" cy="1543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95A396F" w14:textId="7C21137E" w:rsidR="00137359" w:rsidRPr="00D40140" w:rsidRDefault="00137359" w:rsidP="00483190">
                            <w:pPr>
                              <w:pStyle w:val="06TEKSTWACIWY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FA322A" id="_x0000_s1033" type="#_x0000_t202" style="position:absolute;left:0;text-align:left;margin-left:211pt;margin-top:19.25pt;width:25.5pt;height:12.1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" filled="f" stroked="f" strokeweight=".5pt">
                <v:textbox inset=".1mm,.1mm,.1mm,.1mm">
                  <w:txbxContent>
                    <w:p w14:paraId="495A396F" w14:textId="7C21137E" w:rsidR="00137359" w:rsidRPr="00D40140" w:rsidRDefault="00137359" w:rsidP="00483190">
                      <w:pPr>
                        <w:pStyle w:val="06TEKSTWACIWY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B983F4D" wp14:editId="4103E811">
                <wp:simplePos x="0" y="0"/>
                <wp:positionH relativeFrom="margin">
                  <wp:posOffset>3102664</wp:posOffset>
                </wp:positionH>
                <wp:positionV relativeFrom="paragraph">
                  <wp:posOffset>244330</wp:posOffset>
                </wp:positionV>
                <wp:extent cx="318734" cy="154305"/>
                <wp:effectExtent l="0" t="0" r="0" b="0"/>
                <wp:wrapNone/>
                <wp:docPr id="631003937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734" cy="1543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4B2FAD" w14:textId="1BF5C049" w:rsidR="00137359" w:rsidRPr="00D40140" w:rsidRDefault="00137359" w:rsidP="00483190">
                            <w:pPr>
                              <w:pStyle w:val="06TEKSTWACIWY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983F4D" id="_x0000_s1034" type="#_x0000_t202" style="position:absolute;left:0;text-align:left;margin-left:244.3pt;margin-top:19.25pt;width:25.1pt;height:12.1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" filled="f" stroked="f" strokeweight=".5pt">
                <v:textbox inset=".1mm,.1mm,.1mm,.1mm">
                  <w:txbxContent>
                    <w:p w14:paraId="744B2FAD" w14:textId="1BF5C049" w:rsidR="00137359" w:rsidRPr="00D40140" w:rsidRDefault="00137359" w:rsidP="00483190">
                      <w:pPr>
                        <w:pStyle w:val="06TEKSTWACIWY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37359"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10B6786" wp14:editId="5941099D">
                <wp:simplePos x="0" y="0"/>
                <wp:positionH relativeFrom="margin">
                  <wp:posOffset>3520676</wp:posOffset>
                </wp:positionH>
                <wp:positionV relativeFrom="paragraph">
                  <wp:posOffset>244330</wp:posOffset>
                </wp:positionV>
                <wp:extent cx="329184" cy="154305"/>
                <wp:effectExtent l="0" t="0" r="1270" b="0"/>
                <wp:wrapNone/>
                <wp:docPr id="1856903123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184" cy="1543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915742" w14:textId="3DDE7F92" w:rsidR="00137359" w:rsidRPr="00D40140" w:rsidRDefault="00137359" w:rsidP="00483190">
                            <w:pPr>
                              <w:pStyle w:val="06TEKSTWACIWY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0B6786" id="_x0000_s1035" type="#_x0000_t202" style="position:absolute;left:0;text-align:left;margin-left:277.2pt;margin-top:19.25pt;width:25.9pt;height:12.1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" filled="f" stroked="f" strokeweight=".5pt">
                <v:textbox inset=".1mm,.1mm,.1mm,.1mm">
                  <w:txbxContent>
                    <w:p w14:paraId="31915742" w14:textId="3DDE7F92" w:rsidR="00137359" w:rsidRPr="00D40140" w:rsidRDefault="00137359" w:rsidP="00483190">
                      <w:pPr>
                        <w:pStyle w:val="06TEKSTWACIWY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37359"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0A3055C" wp14:editId="3FB9E07C">
                <wp:simplePos x="0" y="0"/>
                <wp:positionH relativeFrom="margin">
                  <wp:posOffset>2063333</wp:posOffset>
                </wp:positionH>
                <wp:positionV relativeFrom="paragraph">
                  <wp:posOffset>244711</wp:posOffset>
                </wp:positionV>
                <wp:extent cx="397111" cy="154904"/>
                <wp:effectExtent l="0" t="0" r="0" b="0"/>
                <wp:wrapNone/>
                <wp:docPr id="550285599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7111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B6335A" w14:textId="0CA39F40" w:rsidR="00137359" w:rsidRPr="00D40140" w:rsidRDefault="00137359" w:rsidP="00483190">
                            <w:pPr>
                              <w:pStyle w:val="06TEKSTWACIWY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A3055C" id="_x0000_s1036" type="#_x0000_t202" style="position:absolute;left:0;text-align:left;margin-left:162.45pt;margin-top:19.25pt;width:31.25pt;height:12.2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" filled="f" stroked="f" strokeweight=".5pt">
                <v:textbox inset=".1mm,.1mm,.1mm,.1mm">
                  <w:txbxContent>
                    <w:p w14:paraId="4AB6335A" w14:textId="0CA39F40" w:rsidR="00137359" w:rsidRPr="00D40140" w:rsidRDefault="00137359" w:rsidP="00483190">
                      <w:pPr>
                        <w:pStyle w:val="06TEKSTWACIWY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37359"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E63CA0A" wp14:editId="4E884105">
                <wp:simplePos x="0" y="0"/>
                <wp:positionH relativeFrom="margin">
                  <wp:posOffset>1629428</wp:posOffset>
                </wp:positionH>
                <wp:positionV relativeFrom="paragraph">
                  <wp:posOffset>244711</wp:posOffset>
                </wp:positionV>
                <wp:extent cx="397111" cy="154904"/>
                <wp:effectExtent l="0" t="0" r="0" b="0"/>
                <wp:wrapNone/>
                <wp:docPr id="2090576662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7111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FD1E6D" w14:textId="2296C22B" w:rsidR="00137359" w:rsidRPr="00D40140" w:rsidRDefault="00137359" w:rsidP="00483190">
                            <w:pPr>
                              <w:pStyle w:val="06TEKSTWACIWY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63CA0A" id="_x0000_s1037" type="#_x0000_t202" style="position:absolute;left:0;text-align:left;margin-left:128.3pt;margin-top:19.25pt;width:31.25pt;height:12.2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" filled="f" stroked="f" strokeweight=".5pt">
                <v:textbox inset=".1mm,.1mm,.1mm,.1mm">
                  <w:txbxContent>
                    <w:p w14:paraId="6AFD1E6D" w14:textId="2296C22B" w:rsidR="00137359" w:rsidRPr="00D40140" w:rsidRDefault="00137359" w:rsidP="00483190">
                      <w:pPr>
                        <w:pStyle w:val="06TEKSTWACIWY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92542" w:rsidRPr="001E6943">
        <w:t xml:space="preserve">Adres instytucji </w:t>
      </w:r>
      <w:r w:rsidR="00992542" w:rsidRPr="001E6943">
        <w:tab/>
      </w:r>
    </w:p>
    <w:p w14:paraId="74562E64" w14:textId="1B53B38F" w:rsidR="00992542" w:rsidRPr="001E6943" w:rsidRDefault="009361EC" w:rsidP="00672D78">
      <w:pPr>
        <w:pStyle w:val="06TEKSTWACIWY"/>
        <w:tabs>
          <w:tab w:val="right" w:leader="dot" w:pos="2552"/>
          <w:tab w:val="right" w:leader="dot" w:pos="3261"/>
          <w:tab w:val="right" w:leader="dot" w:pos="4111"/>
          <w:tab w:val="right" w:leader="dot" w:pos="4820"/>
          <w:tab w:val="right" w:leader="dot" w:pos="5529"/>
          <w:tab w:val="right" w:leader="dot" w:pos="609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E037050" wp14:editId="1CBC2739">
                <wp:simplePos x="0" y="0"/>
                <wp:positionH relativeFrom="margin">
                  <wp:posOffset>1738901</wp:posOffset>
                </wp:positionH>
                <wp:positionV relativeFrom="paragraph">
                  <wp:posOffset>247922</wp:posOffset>
                </wp:positionV>
                <wp:extent cx="4242381" cy="154904"/>
                <wp:effectExtent l="0" t="0" r="0" b="0"/>
                <wp:wrapNone/>
                <wp:docPr id="1910620486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42381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B1BD93" w14:textId="44611AD4" w:rsidR="009361EC" w:rsidRPr="00D40140" w:rsidRDefault="009361EC" w:rsidP="009361EC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037050" id="_x0000_s1038" type="#_x0000_t202" style="position:absolute;left:0;text-align:left;margin-left:136.9pt;margin-top:19.5pt;width:334.05pt;height:12.2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" filled="f" stroked="f" strokeweight=".5pt">
                <v:textbox inset=".1mm,.1mm,.1mm,.1mm">
                  <w:txbxContent>
                    <w:p w14:paraId="0AB1BD93" w14:textId="44611AD4" w:rsidR="009361EC" w:rsidRPr="00D40140" w:rsidRDefault="009361EC" w:rsidP="009361EC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92542" w:rsidRPr="001E6943">
        <w:t xml:space="preserve">Termin praktyk od </w:t>
      </w:r>
      <w:r w:rsidR="00992542" w:rsidRPr="001E6943">
        <w:tab/>
        <w:t>/</w:t>
      </w:r>
      <w:r w:rsidR="00992542" w:rsidRPr="001E6943">
        <w:tab/>
        <w:t>/</w:t>
      </w:r>
      <w:r w:rsidR="00992542" w:rsidRPr="001E6943">
        <w:tab/>
        <w:t xml:space="preserve"> do </w:t>
      </w:r>
      <w:r w:rsidR="00992542" w:rsidRPr="001E6943">
        <w:tab/>
        <w:t>/</w:t>
      </w:r>
      <w:r w:rsidR="00992542" w:rsidRPr="001E6943">
        <w:tab/>
        <w:t>/</w:t>
      </w:r>
      <w:r w:rsidR="00992542" w:rsidRPr="001E6943">
        <w:tab/>
      </w:r>
    </w:p>
    <w:p w14:paraId="37B6217E" w14:textId="00BC80EE" w:rsidR="00992542" w:rsidRPr="001E6943" w:rsidRDefault="00992542" w:rsidP="00672D78">
      <w:pPr>
        <w:pStyle w:val="06TEKSTWACIWY"/>
        <w:tabs>
          <w:tab w:val="right" w:leader="dot" w:pos="9406"/>
        </w:tabs>
        <w:spacing w:line="360" w:lineRule="auto"/>
      </w:pPr>
      <w:r w:rsidRPr="001E6943">
        <w:t xml:space="preserve">Zrealizowana liczba godzin </w:t>
      </w:r>
      <w:r w:rsidRPr="001E6943">
        <w:tab/>
      </w:r>
    </w:p>
    <w:p w14:paraId="68A7BA66" w14:textId="7591AD0D" w:rsidR="00992542" w:rsidRPr="001E6943" w:rsidRDefault="00D93927" w:rsidP="00672D78">
      <w:pPr>
        <w:pStyle w:val="06TEKSTWACIWY"/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AB89DD9" wp14:editId="13963806">
                <wp:simplePos x="0" y="0"/>
                <wp:positionH relativeFrom="margin">
                  <wp:posOffset>239286</wp:posOffset>
                </wp:positionH>
                <wp:positionV relativeFrom="paragraph">
                  <wp:posOffset>244656</wp:posOffset>
                </wp:positionV>
                <wp:extent cx="5741416" cy="154904"/>
                <wp:effectExtent l="0" t="0" r="0" b="0"/>
                <wp:wrapNone/>
                <wp:docPr id="968551232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1416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CF1C11" w14:textId="55EE70B1" w:rsidR="00D93927" w:rsidRPr="00D40140" w:rsidRDefault="00D93927" w:rsidP="00D93927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B89DD9" id="_x0000_s1039" type="#_x0000_t202" style="position:absolute;left:0;text-align:left;margin-left:18.85pt;margin-top:19.25pt;width:452.1pt;height:12.2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" filled="f" stroked="f" strokeweight=".5pt">
                <v:textbox inset=".1mm,.1mm,.1mm,.1mm">
                  <w:txbxContent>
                    <w:p w14:paraId="3DCF1C11" w14:textId="55EE70B1" w:rsidR="00D93927" w:rsidRPr="00D40140" w:rsidRDefault="00D93927" w:rsidP="00D93927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92542" w:rsidRPr="001E6943">
        <w:t>Zakres obowiązków w trakcie wykonywania praktyki (wypełnia student):</w:t>
      </w:r>
    </w:p>
    <w:p w14:paraId="57034C53" w14:textId="2D70F0CF" w:rsidR="00992542" w:rsidRPr="001E6943" w:rsidRDefault="00D93927" w:rsidP="00672D78">
      <w:pPr>
        <w:pStyle w:val="08-listanumerowana"/>
        <w:numPr>
          <w:ilvl w:val="0"/>
          <w:numId w:val="18"/>
        </w:numPr>
        <w:tabs>
          <w:tab w:val="right" w:leader="dot" w:pos="940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6BF9CE4" wp14:editId="1AB2D2CB">
                <wp:simplePos x="0" y="0"/>
                <wp:positionH relativeFrom="margin">
                  <wp:posOffset>241228</wp:posOffset>
                </wp:positionH>
                <wp:positionV relativeFrom="paragraph">
                  <wp:posOffset>248938</wp:posOffset>
                </wp:positionV>
                <wp:extent cx="5741416" cy="154904"/>
                <wp:effectExtent l="0" t="0" r="0" b="0"/>
                <wp:wrapNone/>
                <wp:docPr id="934555380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1416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FA3C26" w14:textId="77777777" w:rsidR="00D93927" w:rsidRPr="00D40140" w:rsidRDefault="00D93927" w:rsidP="00D93927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BF9CE4" id="_x0000_s1040" type="#_x0000_t202" style="position:absolute;left:0;text-align:left;margin-left:19pt;margin-top:19.6pt;width:452.1pt;height:12.2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" filled="f" stroked="f" strokeweight=".5pt">
                <v:textbox inset=".1mm,.1mm,.1mm,.1mm">
                  <w:txbxContent>
                    <w:p w14:paraId="66FA3C26" w14:textId="77777777" w:rsidR="00D93927" w:rsidRPr="00D40140" w:rsidRDefault="00D93927" w:rsidP="00D93927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92542" w:rsidRPr="001E6943">
        <w:tab/>
      </w:r>
    </w:p>
    <w:p w14:paraId="2D1CF5DF" w14:textId="0BC58EED" w:rsidR="00992542" w:rsidRPr="001E6943" w:rsidRDefault="00D93927" w:rsidP="00672D78">
      <w:pPr>
        <w:pStyle w:val="08-listanumerowana"/>
        <w:numPr>
          <w:ilvl w:val="0"/>
          <w:numId w:val="18"/>
        </w:numPr>
        <w:tabs>
          <w:tab w:val="right" w:leader="dot" w:pos="940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61C4FD0" wp14:editId="2F4D205C">
                <wp:simplePos x="0" y="0"/>
                <wp:positionH relativeFrom="margin">
                  <wp:posOffset>256740</wp:posOffset>
                </wp:positionH>
                <wp:positionV relativeFrom="paragraph">
                  <wp:posOffset>241663</wp:posOffset>
                </wp:positionV>
                <wp:extent cx="5741416" cy="154904"/>
                <wp:effectExtent l="0" t="0" r="0" b="0"/>
                <wp:wrapNone/>
                <wp:docPr id="1818056523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1416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4B149D" w14:textId="77777777" w:rsidR="00D93927" w:rsidRPr="00D40140" w:rsidRDefault="00D93927" w:rsidP="00D93927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1C4FD0" id="_x0000_s1041" type="#_x0000_t202" style="position:absolute;left:0;text-align:left;margin-left:20.2pt;margin-top:19.05pt;width:452.1pt;height:12.2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" filled="f" stroked="f" strokeweight=".5pt">
                <v:textbox inset=".1mm,.1mm,.1mm,.1mm">
                  <w:txbxContent>
                    <w:p w14:paraId="1D4B149D" w14:textId="77777777" w:rsidR="00D93927" w:rsidRPr="00D40140" w:rsidRDefault="00D93927" w:rsidP="00D93927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92542" w:rsidRPr="001E6943">
        <w:tab/>
      </w:r>
    </w:p>
    <w:p w14:paraId="766F0915" w14:textId="503060C3" w:rsidR="00992542" w:rsidRPr="001E6943" w:rsidRDefault="00D93927" w:rsidP="00672D78">
      <w:pPr>
        <w:pStyle w:val="08-listanumerowana"/>
        <w:numPr>
          <w:ilvl w:val="0"/>
          <w:numId w:val="18"/>
        </w:numPr>
        <w:tabs>
          <w:tab w:val="right" w:leader="dot" w:pos="940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3026969" wp14:editId="04DA102E">
                <wp:simplePos x="0" y="0"/>
                <wp:positionH relativeFrom="margin">
                  <wp:posOffset>239830</wp:posOffset>
                </wp:positionH>
                <wp:positionV relativeFrom="paragraph">
                  <wp:posOffset>245764</wp:posOffset>
                </wp:positionV>
                <wp:extent cx="5741416" cy="154904"/>
                <wp:effectExtent l="0" t="0" r="0" b="0"/>
                <wp:wrapNone/>
                <wp:docPr id="1058024026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1416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47AD80" w14:textId="77777777" w:rsidR="00D93927" w:rsidRPr="00D40140" w:rsidRDefault="00D93927" w:rsidP="00D93927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026969" id="_x0000_s1042" type="#_x0000_t202" style="position:absolute;left:0;text-align:left;margin-left:18.9pt;margin-top:19.35pt;width:452.1pt;height:12.2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" filled="f" stroked="f" strokeweight=".5pt">
                <v:textbox inset=".1mm,.1mm,.1mm,.1mm">
                  <w:txbxContent>
                    <w:p w14:paraId="7E47AD80" w14:textId="77777777" w:rsidR="00D93927" w:rsidRPr="00D40140" w:rsidRDefault="00D93927" w:rsidP="00D93927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92542" w:rsidRPr="001E6943">
        <w:tab/>
      </w:r>
    </w:p>
    <w:p w14:paraId="690CEC28" w14:textId="516290C6" w:rsidR="00992542" w:rsidRPr="001E6943" w:rsidRDefault="00D93927" w:rsidP="00672D78">
      <w:pPr>
        <w:pStyle w:val="08-listanumerowana"/>
        <w:numPr>
          <w:ilvl w:val="0"/>
          <w:numId w:val="18"/>
        </w:numPr>
        <w:tabs>
          <w:tab w:val="right" w:leader="dot" w:pos="940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D2F2473" wp14:editId="63D71AB2">
                <wp:simplePos x="0" y="0"/>
                <wp:positionH relativeFrom="margin">
                  <wp:posOffset>239631</wp:posOffset>
                </wp:positionH>
                <wp:positionV relativeFrom="paragraph">
                  <wp:posOffset>243713</wp:posOffset>
                </wp:positionV>
                <wp:extent cx="5741416" cy="154904"/>
                <wp:effectExtent l="0" t="0" r="0" b="0"/>
                <wp:wrapNone/>
                <wp:docPr id="293056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1416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832811" w14:textId="77777777" w:rsidR="00D93927" w:rsidRPr="00D40140" w:rsidRDefault="00D93927" w:rsidP="00D93927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2F2473" id="_x0000_s1043" type="#_x0000_t202" style="position:absolute;left:0;text-align:left;margin-left:18.85pt;margin-top:19.2pt;width:452.1pt;height:12.2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" filled="f" stroked="f" strokeweight=".5pt">
                <v:textbox inset=".1mm,.1mm,.1mm,.1mm">
                  <w:txbxContent>
                    <w:p w14:paraId="1F832811" w14:textId="77777777" w:rsidR="00D93927" w:rsidRPr="00D40140" w:rsidRDefault="00D93927" w:rsidP="00D93927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92542" w:rsidRPr="001E6943">
        <w:tab/>
      </w:r>
    </w:p>
    <w:p w14:paraId="66D54360" w14:textId="5700519F" w:rsidR="00992542" w:rsidRPr="001E6943" w:rsidRDefault="00992542" w:rsidP="00672D78">
      <w:pPr>
        <w:pStyle w:val="08-listanumerowana"/>
        <w:numPr>
          <w:ilvl w:val="0"/>
          <w:numId w:val="18"/>
        </w:numPr>
        <w:tabs>
          <w:tab w:val="right" w:leader="dot" w:pos="9406"/>
        </w:tabs>
        <w:spacing w:line="360" w:lineRule="auto"/>
      </w:pPr>
      <w:r w:rsidRPr="001E6943">
        <w:tab/>
      </w:r>
    </w:p>
    <w:p w14:paraId="5969260B" w14:textId="751C341D" w:rsidR="00992542" w:rsidRPr="001E6943" w:rsidRDefault="00C948AA" w:rsidP="009D71F7">
      <w:pPr>
        <w:pStyle w:val="06TEKSTWACIWY"/>
        <w:tabs>
          <w:tab w:val="left" w:pos="567"/>
          <w:tab w:val="right" w:leader="dot" w:pos="3402"/>
          <w:tab w:val="left" w:pos="6005"/>
          <w:tab w:val="right" w:leader="dot" w:pos="8833"/>
        </w:tabs>
        <w:spacing w:before="960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166416D" wp14:editId="21FACDDC">
                <wp:simplePos x="0" y="0"/>
                <wp:positionH relativeFrom="margin">
                  <wp:posOffset>355981</wp:posOffset>
                </wp:positionH>
                <wp:positionV relativeFrom="paragraph">
                  <wp:posOffset>596900</wp:posOffset>
                </wp:positionV>
                <wp:extent cx="1786128" cy="154904"/>
                <wp:effectExtent l="0" t="0" r="5080" b="0"/>
                <wp:wrapNone/>
                <wp:docPr id="3139666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6128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29E8A5" w14:textId="4C5E14C8" w:rsidR="00C948AA" w:rsidRPr="00D40140" w:rsidRDefault="00C948AA" w:rsidP="00C948AA">
                            <w:pPr>
                              <w:pStyle w:val="06TEKSTWACIWY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66416D" id="_x0000_s1044" type="#_x0000_t202" style="position:absolute;left:0;text-align:left;margin-left:28.05pt;margin-top:47pt;width:140.65pt;height:12.2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" filled="f" stroked="f" strokeweight=".5pt">
                <v:textbox inset=".1mm,.1mm,.1mm,.1mm">
                  <w:txbxContent>
                    <w:p w14:paraId="6129E8A5" w14:textId="4C5E14C8" w:rsidR="00C948AA" w:rsidRPr="00D40140" w:rsidRDefault="00C948AA" w:rsidP="00C948AA">
                      <w:pPr>
                        <w:pStyle w:val="06TEKSTWACIWY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92542" w:rsidRPr="001E6943">
        <w:tab/>
      </w:r>
      <w:r w:rsidR="00992542" w:rsidRPr="001E6943">
        <w:tab/>
      </w:r>
      <w:r w:rsidR="00992542" w:rsidRPr="001E6943">
        <w:tab/>
      </w:r>
      <w:r w:rsidR="00992542" w:rsidRPr="001E6943">
        <w:tab/>
      </w:r>
    </w:p>
    <w:p w14:paraId="43DA63A2" w14:textId="7924854B" w:rsidR="00992542" w:rsidRPr="001E6943" w:rsidRDefault="000E70BE" w:rsidP="000E70BE">
      <w:pPr>
        <w:pStyle w:val="06TEKSTWACIWY"/>
        <w:tabs>
          <w:tab w:val="center" w:pos="1988"/>
          <w:tab w:val="center" w:pos="7433"/>
        </w:tabs>
        <w:spacing w:line="360" w:lineRule="auto"/>
        <w:rPr>
          <w:sz w:val="18"/>
          <w:szCs w:val="18"/>
        </w:rPr>
      </w:pPr>
      <w:r w:rsidRPr="001E6943">
        <w:rPr>
          <w:sz w:val="18"/>
          <w:szCs w:val="18"/>
        </w:rPr>
        <w:tab/>
      </w:r>
      <w:r w:rsidR="00992542" w:rsidRPr="001E6943">
        <w:rPr>
          <w:sz w:val="18"/>
          <w:szCs w:val="18"/>
        </w:rPr>
        <w:t>Miejscowość i data</w:t>
      </w:r>
      <w:r w:rsidR="00992542" w:rsidRPr="001E6943">
        <w:rPr>
          <w:sz w:val="18"/>
          <w:szCs w:val="18"/>
        </w:rPr>
        <w:tab/>
        <w:t>Podpis studenta</w:t>
      </w:r>
    </w:p>
    <w:p w14:paraId="1EFF416B" w14:textId="6D41708B" w:rsidR="00992542" w:rsidRPr="001E6943" w:rsidRDefault="00992542" w:rsidP="006749AD">
      <w:pPr>
        <w:pStyle w:val="06TEKSTWACIWY"/>
        <w:spacing w:before="720" w:after="360" w:line="360" w:lineRule="auto"/>
        <w:rPr>
          <w:b/>
          <w:bCs/>
        </w:rPr>
      </w:pPr>
      <w:r w:rsidRPr="001E6943">
        <w:rPr>
          <w:b/>
          <w:bCs/>
        </w:rPr>
        <w:t>ZALICZENIE PRAKTYKI PRZEZ PEŁNOMOCNIKA DZIEKANA ds. PRAKTYK:</w:t>
      </w:r>
    </w:p>
    <w:p w14:paraId="2143144E" w14:textId="5910161C" w:rsidR="00F8427C" w:rsidRPr="001E6943" w:rsidRDefault="00F8427C" w:rsidP="00F14129">
      <w:pPr>
        <w:pStyle w:val="06TEKSTWACIWY"/>
        <w:tabs>
          <w:tab w:val="right" w:leader="dot" w:pos="9406"/>
        </w:tabs>
        <w:spacing w:line="360" w:lineRule="auto"/>
      </w:pPr>
      <w:r w:rsidRPr="001E6943">
        <w:rPr>
          <w:i/>
          <w:iCs/>
        </w:rPr>
        <w:t xml:space="preserve">Zaliczam / nie zaliczam </w:t>
      </w:r>
      <w:r w:rsidRPr="001E6943">
        <w:t xml:space="preserve">praktykę kierunkową / praktyki kierunkowej w wymiarze </w:t>
      </w:r>
      <w:r w:rsidRPr="001E6943">
        <w:tab/>
        <w:t xml:space="preserve"> godzin.</w:t>
      </w:r>
    </w:p>
    <w:p w14:paraId="3186B403" w14:textId="61EDD113" w:rsidR="00F8427C" w:rsidRPr="001E6943" w:rsidRDefault="00F8427C" w:rsidP="00F14129">
      <w:pPr>
        <w:pStyle w:val="06TEKSTWACIWY"/>
        <w:tabs>
          <w:tab w:val="right" w:leader="dot" w:pos="9406"/>
        </w:tabs>
        <w:spacing w:line="360" w:lineRule="auto"/>
      </w:pPr>
      <w:r w:rsidRPr="001E6943">
        <w:t xml:space="preserve">Ocena: </w:t>
      </w:r>
      <w:r w:rsidRPr="001E6943">
        <w:tab/>
      </w:r>
    </w:p>
    <w:p w14:paraId="55B2066C" w14:textId="77777777" w:rsidR="005F28D8" w:rsidRPr="001E6943" w:rsidRDefault="005F28D8" w:rsidP="005F28D8">
      <w:pPr>
        <w:pStyle w:val="06TEKSTWACIWY"/>
        <w:tabs>
          <w:tab w:val="left" w:pos="567"/>
          <w:tab w:val="right" w:leader="dot" w:pos="3402"/>
          <w:tab w:val="left" w:pos="6005"/>
          <w:tab w:val="right" w:leader="dot" w:pos="8833"/>
        </w:tabs>
        <w:spacing w:before="600"/>
      </w:pPr>
      <w:r w:rsidRPr="001E6943">
        <w:tab/>
      </w:r>
      <w:r w:rsidRPr="001E6943">
        <w:tab/>
      </w:r>
      <w:r w:rsidRPr="001E6943">
        <w:tab/>
      </w:r>
      <w:r w:rsidRPr="001E6943">
        <w:tab/>
      </w:r>
    </w:p>
    <w:p w14:paraId="66FC625D" w14:textId="65D17ED7" w:rsidR="007004A0" w:rsidRDefault="00F8427C" w:rsidP="00A45840">
      <w:pPr>
        <w:pStyle w:val="06TEKSTWACIWY"/>
        <w:tabs>
          <w:tab w:val="center" w:pos="1985"/>
          <w:tab w:val="center" w:pos="7433"/>
        </w:tabs>
        <w:spacing w:line="360" w:lineRule="auto"/>
        <w:rPr>
          <w:sz w:val="18"/>
          <w:szCs w:val="18"/>
        </w:rPr>
      </w:pPr>
      <w:r w:rsidRPr="001E6943">
        <w:rPr>
          <w:sz w:val="18"/>
          <w:szCs w:val="18"/>
        </w:rPr>
        <w:tab/>
        <w:t>Data</w:t>
      </w:r>
      <w:r w:rsidRPr="001E6943">
        <w:rPr>
          <w:sz w:val="18"/>
          <w:szCs w:val="18"/>
        </w:rPr>
        <w:tab/>
        <w:t>Podpis i pieczęć pełnomocnika</w:t>
      </w:r>
      <w:r w:rsidR="007004A0">
        <w:rPr>
          <w:sz w:val="18"/>
          <w:szCs w:val="18"/>
        </w:rPr>
        <w:br w:type="page"/>
      </w:r>
    </w:p>
    <w:p w14:paraId="6B7EB293" w14:textId="1D16F759" w:rsidR="00992542" w:rsidRDefault="00685D54" w:rsidP="000045FD">
      <w:pPr>
        <w:pStyle w:val="04nagwekpodrzdnydogwnego"/>
      </w:pPr>
      <w:r w:rsidRPr="001E6943">
        <w:rPr>
          <w:rFonts w:eastAsiaTheme="minorEastAsia"/>
          <w:noProof/>
          <w14:ligatures w14:val="none"/>
        </w:rPr>
        <w:lastRenderedPageBreak/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26256966" wp14:editId="752D462D">
                <wp:simplePos x="0" y="0"/>
                <wp:positionH relativeFrom="margin">
                  <wp:posOffset>1581150</wp:posOffset>
                </wp:positionH>
                <wp:positionV relativeFrom="paragraph">
                  <wp:posOffset>338455</wp:posOffset>
                </wp:positionV>
                <wp:extent cx="4371867" cy="154904"/>
                <wp:effectExtent l="0" t="0" r="0" b="0"/>
                <wp:wrapNone/>
                <wp:docPr id="161593445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71867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ECB199" w14:textId="77777777" w:rsidR="00921D84" w:rsidRPr="00D40140" w:rsidRDefault="00921D84" w:rsidP="00685D54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256966" id="_x0000_t202" coordsize="21600,21600" o:spt="202" path="m,l,21600r21600,l21600,xe">
                <v:stroke joinstyle="miter"/>
                <v:path gradientshapeok="t" o:connecttype="rect"/>
              </v:shapetype>
              <v:shape id="_x0000_s1045" type="#_x0000_t202" style="position:absolute;left:0;text-align:left;margin-left:124.5pt;margin-top:26.65pt;width:344.25pt;height:12.2pt;z-index:251883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" filled="f" stroked="f" strokeweight=".5pt">
                <v:textbox inset=".1mm,.1mm,.1mm,.1mm">
                  <w:txbxContent>
                    <w:p w14:paraId="52ECB199" w14:textId="77777777" w:rsidR="00921D84" w:rsidRPr="00D40140" w:rsidRDefault="00921D84" w:rsidP="00685D54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045FD">
        <w:t>Ocena efektów praktykanta UKSW (wypełnia opiekun w Instytucji)</w:t>
      </w:r>
    </w:p>
    <w:p w14:paraId="594E3F70" w14:textId="744BCB9C" w:rsidR="00921D84" w:rsidRDefault="00685D54" w:rsidP="00921D84">
      <w:pPr>
        <w:pStyle w:val="06TEKSTWACIWY"/>
        <w:tabs>
          <w:tab w:val="right" w:leader="dot" w:pos="940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3CF31F18" wp14:editId="64EA0FDA">
                <wp:simplePos x="0" y="0"/>
                <wp:positionH relativeFrom="margin">
                  <wp:posOffset>520700</wp:posOffset>
                </wp:positionH>
                <wp:positionV relativeFrom="paragraph">
                  <wp:posOffset>240665</wp:posOffset>
                </wp:positionV>
                <wp:extent cx="5434330" cy="154904"/>
                <wp:effectExtent l="0" t="0" r="1270" b="0"/>
                <wp:wrapNone/>
                <wp:docPr id="1337100952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34330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 id="21">
                        <w:txbxContent>
                          <w:p w14:paraId="3D22CCF0" w14:textId="1B59A4F7" w:rsidR="00720556" w:rsidRPr="00D40140" w:rsidRDefault="00720556" w:rsidP="00685D54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F31F18" id="_x0000_s1046" type="#_x0000_t202" style="position:absolute;left:0;text-align:left;margin-left:41pt;margin-top:18.95pt;width:427.9pt;height:12.2pt;z-index:251885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" filled="f" stroked="f" strokeweight=".5pt">
                <v:textbox style="mso-next-textbox:#_x0000_s1047" inset=".1mm,.1mm,.1mm,.1mm">
                  <w:txbxContent>
                    <w:p w14:paraId="3D22CCF0" w14:textId="1B59A4F7" w:rsidR="00720556" w:rsidRPr="00D40140" w:rsidRDefault="00720556" w:rsidP="00685D54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21D84" w:rsidRPr="001E6943">
        <w:t xml:space="preserve">Imię i nazwisko studenta </w:t>
      </w:r>
      <w:r w:rsidR="00921D84" w:rsidRPr="001E6943">
        <w:tab/>
      </w:r>
    </w:p>
    <w:p w14:paraId="4FD3337E" w14:textId="7AC639F9" w:rsidR="00921D84" w:rsidRDefault="00685D54" w:rsidP="00921D84">
      <w:pPr>
        <w:pStyle w:val="06TEKSTWACIWY"/>
        <w:tabs>
          <w:tab w:val="right" w:leader="dot" w:pos="940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1E4DFF78" wp14:editId="026F006E">
                <wp:simplePos x="0" y="0"/>
                <wp:positionH relativeFrom="margin">
                  <wp:posOffset>18415</wp:posOffset>
                </wp:positionH>
                <wp:positionV relativeFrom="paragraph">
                  <wp:posOffset>240665</wp:posOffset>
                </wp:positionV>
                <wp:extent cx="5933440" cy="154904"/>
                <wp:effectExtent l="0" t="0" r="0" b="0"/>
                <wp:wrapNone/>
                <wp:docPr id="1544979395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3440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linkedTxbx id="21" seq="1"/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4DFF78" id="_x0000_s1047" type="#_x0000_t202" style="position:absolute;left:0;text-align:left;margin-left:1.45pt;margin-top:18.95pt;width:467.2pt;height:12.2pt;z-index:251887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" filled="f" stroked="f" strokeweight=".5pt">
                <v:textbox inset=".1mm,.1mm,.1mm,.1mm">
                  <w:txbxContent/>
                </v:textbox>
                <w10:wrap anchorx="margin"/>
              </v:shape>
            </w:pict>
          </mc:Fallback>
        </mc:AlternateContent>
      </w:r>
      <w:r w:rsidR="00921D84">
        <w:t xml:space="preserve">Uwagi: </w:t>
      </w:r>
      <w:r w:rsidR="00921D84">
        <w:tab/>
      </w:r>
    </w:p>
    <w:p w14:paraId="6F280F45" w14:textId="15F5D49B" w:rsidR="00921D84" w:rsidRPr="001E6943" w:rsidRDefault="00A9765F" w:rsidP="00921D84">
      <w:pPr>
        <w:pStyle w:val="06TEKSTWACIWY"/>
        <w:tabs>
          <w:tab w:val="right" w:leader="dot" w:pos="940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4136CF5F" wp14:editId="77703474">
                <wp:simplePos x="0" y="0"/>
                <wp:positionH relativeFrom="margin">
                  <wp:posOffset>1452880</wp:posOffset>
                </wp:positionH>
                <wp:positionV relativeFrom="paragraph">
                  <wp:posOffset>252730</wp:posOffset>
                </wp:positionV>
                <wp:extent cx="4499999" cy="154904"/>
                <wp:effectExtent l="0" t="0" r="0" b="0"/>
                <wp:wrapNone/>
                <wp:docPr id="77597413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99999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 id="22">
                        <w:txbxContent>
                          <w:p w14:paraId="72F58CB8" w14:textId="77777777" w:rsidR="00A9765F" w:rsidRPr="00D40140" w:rsidRDefault="00A9765F" w:rsidP="00A9765F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36CF5F" id="_x0000_s1048" type="#_x0000_t202" style="position:absolute;left:0;text-align:left;margin-left:114.4pt;margin-top:19.9pt;width:354.35pt;height:12.2pt;z-index:251889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" filled="f" stroked="f" strokeweight=".5pt">
                <v:textbox style="mso-next-textbox:#_x0000_s1049" inset=".1mm,.1mm,.1mm,.1mm">
                  <w:txbxContent>
                    <w:p w14:paraId="72F58CB8" w14:textId="77777777" w:rsidR="00A9765F" w:rsidRPr="00D40140" w:rsidRDefault="00A9765F" w:rsidP="00A9765F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21D84">
        <w:tab/>
      </w:r>
    </w:p>
    <w:p w14:paraId="1BEFC1FD" w14:textId="299BE888" w:rsidR="008033A6" w:rsidRDefault="00A9765F" w:rsidP="008033A6">
      <w:pPr>
        <w:pStyle w:val="06TEKSTWACIWY"/>
        <w:tabs>
          <w:tab w:val="right" w:leader="dot" w:pos="940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516D819A" wp14:editId="269944B3">
                <wp:simplePos x="0" y="0"/>
                <wp:positionH relativeFrom="margin">
                  <wp:posOffset>19050</wp:posOffset>
                </wp:positionH>
                <wp:positionV relativeFrom="paragraph">
                  <wp:posOffset>247015</wp:posOffset>
                </wp:positionV>
                <wp:extent cx="5933631" cy="154904"/>
                <wp:effectExtent l="0" t="0" r="0" b="0"/>
                <wp:wrapNone/>
                <wp:docPr id="160214892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3631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linkedTxbx id="22" seq="1"/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6D819A" id="_x0000_s1049" type="#_x0000_t202" style="position:absolute;left:0;text-align:left;margin-left:1.5pt;margin-top:19.45pt;width:467.2pt;height:12.2pt;z-index:251891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" filled="f" stroked="f" strokeweight=".5pt">
                <v:textbox style="mso-next-textbox:#_x0000_s1050" inset=".1mm,.1mm,.1mm,.1mm">
                  <w:txbxContent/>
                </v:textbox>
                <w10:wrap anchorx="margin"/>
              </v:shape>
            </w:pict>
          </mc:Fallback>
        </mc:AlternateContent>
      </w:r>
      <w:r w:rsidR="008033A6">
        <w:t xml:space="preserve">Opinia o praktykancie: </w:t>
      </w:r>
      <w:r w:rsidR="008033A6">
        <w:tab/>
      </w:r>
    </w:p>
    <w:p w14:paraId="57F1D0B7" w14:textId="4ACB9410" w:rsidR="008033A6" w:rsidRDefault="00A9765F" w:rsidP="008033A6">
      <w:pPr>
        <w:pStyle w:val="06TEKSTWACIWY"/>
        <w:tabs>
          <w:tab w:val="right" w:leader="dot" w:pos="940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1F96112E" wp14:editId="60ED497D">
                <wp:simplePos x="0" y="0"/>
                <wp:positionH relativeFrom="margin">
                  <wp:posOffset>19685</wp:posOffset>
                </wp:positionH>
                <wp:positionV relativeFrom="paragraph">
                  <wp:posOffset>241935</wp:posOffset>
                </wp:positionV>
                <wp:extent cx="5933631" cy="154904"/>
                <wp:effectExtent l="0" t="0" r="0" b="0"/>
                <wp:wrapNone/>
                <wp:docPr id="1123276053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3631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linkedTxbx id="22" seq="2"/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96112E" id="_x0000_s1050" type="#_x0000_t202" style="position:absolute;left:0;text-align:left;margin-left:1.55pt;margin-top:19.05pt;width:467.2pt;height:12.2pt;z-index:251893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" filled="f" stroked="f" strokeweight=".5pt">
                <v:textbox style="mso-next-textbox:#_x0000_s1051" inset=".1mm,.1mm,.1mm,.1mm">
                  <w:txbxContent/>
                </v:textbox>
                <w10:wrap anchorx="margin"/>
              </v:shape>
            </w:pict>
          </mc:Fallback>
        </mc:AlternateContent>
      </w:r>
      <w:r w:rsidR="008033A6">
        <w:tab/>
      </w:r>
    </w:p>
    <w:p w14:paraId="0B8CB7DA" w14:textId="50B1CAAB" w:rsidR="008033A6" w:rsidRDefault="00A9765F" w:rsidP="008033A6">
      <w:pPr>
        <w:pStyle w:val="06TEKSTWACIWY"/>
        <w:tabs>
          <w:tab w:val="right" w:leader="dot" w:pos="940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3379BC34" wp14:editId="0A291EAC">
                <wp:simplePos x="0" y="0"/>
                <wp:positionH relativeFrom="margin">
                  <wp:posOffset>19685</wp:posOffset>
                </wp:positionH>
                <wp:positionV relativeFrom="paragraph">
                  <wp:posOffset>241300</wp:posOffset>
                </wp:positionV>
                <wp:extent cx="5933631" cy="154904"/>
                <wp:effectExtent l="0" t="0" r="0" b="0"/>
                <wp:wrapNone/>
                <wp:docPr id="2017010125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3631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linkedTxbx id="22" seq="3"/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79BC34" id="_x0000_s1051" type="#_x0000_t202" style="position:absolute;left:0;text-align:left;margin-left:1.55pt;margin-top:19pt;width:467.2pt;height:12.2pt;z-index:251895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" filled="f" stroked="f" strokeweight=".5pt">
                <v:textbox inset=".1mm,.1mm,.1mm,.1mm">
                  <w:txbxContent/>
                </v:textbox>
                <w10:wrap anchorx="margin"/>
              </v:shape>
            </w:pict>
          </mc:Fallback>
        </mc:AlternateContent>
      </w:r>
      <w:r w:rsidR="008033A6">
        <w:tab/>
      </w:r>
    </w:p>
    <w:p w14:paraId="71DA5745" w14:textId="4FB8DFA2" w:rsidR="008033A6" w:rsidRPr="001E6943" w:rsidRDefault="00A9765F" w:rsidP="008033A6">
      <w:pPr>
        <w:pStyle w:val="06TEKSTWACIWY"/>
        <w:tabs>
          <w:tab w:val="right" w:leader="dot" w:pos="940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16DDC550" wp14:editId="668A734A">
                <wp:simplePos x="0" y="0"/>
                <wp:positionH relativeFrom="margin">
                  <wp:posOffset>1259840</wp:posOffset>
                </wp:positionH>
                <wp:positionV relativeFrom="paragraph">
                  <wp:posOffset>244475</wp:posOffset>
                </wp:positionV>
                <wp:extent cx="4692797" cy="154904"/>
                <wp:effectExtent l="0" t="0" r="6350" b="0"/>
                <wp:wrapNone/>
                <wp:docPr id="1398315058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92797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60CA19" w14:textId="77777777" w:rsidR="00A9765F" w:rsidRPr="00D40140" w:rsidRDefault="00A9765F" w:rsidP="00A9765F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DDC550" id="_x0000_s1052" type="#_x0000_t202" style="position:absolute;left:0;text-align:left;margin-left:99.2pt;margin-top:19.25pt;width:369.5pt;height:12.2pt;z-index:251897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" filled="f" stroked="f" strokeweight=".5pt">
                <v:textbox inset=".1mm,.1mm,.1mm,.1mm">
                  <w:txbxContent>
                    <w:p w14:paraId="2860CA19" w14:textId="77777777" w:rsidR="00A9765F" w:rsidRPr="00D40140" w:rsidRDefault="00A9765F" w:rsidP="00A9765F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033A6">
        <w:tab/>
      </w:r>
    </w:p>
    <w:p w14:paraId="645088B6" w14:textId="383C41E0" w:rsidR="008033A6" w:rsidRDefault="008033A6" w:rsidP="008033A6">
      <w:pPr>
        <w:pStyle w:val="06TEKSTWACIWY"/>
        <w:tabs>
          <w:tab w:val="right" w:leader="dot" w:pos="9406"/>
        </w:tabs>
      </w:pPr>
      <w:r>
        <w:t xml:space="preserve">Ocena praktykanta: </w:t>
      </w:r>
      <w:r>
        <w:tab/>
      </w:r>
    </w:p>
    <w:p w14:paraId="4E6DC1FA" w14:textId="56EDEC7F" w:rsidR="00921D84" w:rsidRPr="008033A6" w:rsidRDefault="008033A6" w:rsidP="008033A6">
      <w:pPr>
        <w:pStyle w:val="06TEKSTWACIWY"/>
        <w:tabs>
          <w:tab w:val="center" w:pos="5670"/>
        </w:tabs>
        <w:spacing w:line="360" w:lineRule="auto"/>
        <w:rPr>
          <w:sz w:val="21"/>
          <w:szCs w:val="21"/>
        </w:rPr>
      </w:pPr>
      <w:r w:rsidRPr="008033A6">
        <w:rPr>
          <w:sz w:val="21"/>
          <w:szCs w:val="21"/>
        </w:rPr>
        <w:tab/>
        <w:t>(słownie: bardzo dobry, dobry, dostateczny, niedostateczny)</w:t>
      </w:r>
    </w:p>
    <w:p w14:paraId="73232568" w14:textId="69E6143F" w:rsidR="007004A0" w:rsidRDefault="000E3058" w:rsidP="00693EFB">
      <w:pPr>
        <w:pStyle w:val="06TEKSTWACIWY"/>
        <w:spacing w:after="480"/>
        <w:rPr>
          <w:sz w:val="18"/>
          <w:szCs w:val="18"/>
        </w:rPr>
      </w:pPr>
      <w:r>
        <w:rPr>
          <w:sz w:val="18"/>
          <w:szCs w:val="18"/>
        </w:rPr>
        <w:t>Skala ocen: 5 – bardzo wysoki poziom przygotowania, 4 – wysoki poziom przygotowania, 3 – spełnia w stopniu dostatecznym oczekiwaniom instytucji, 2 – poważne zastrzeżenia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88"/>
        <w:gridCol w:w="5670"/>
        <w:gridCol w:w="567"/>
        <w:gridCol w:w="567"/>
        <w:gridCol w:w="567"/>
        <w:gridCol w:w="567"/>
      </w:tblGrid>
      <w:tr w:rsidR="000241B8" w:rsidRPr="007124D2" w14:paraId="65B850E1" w14:textId="77777777" w:rsidTr="00D67016">
        <w:trPr>
          <w:trHeight w:val="916"/>
          <w:jc w:val="center"/>
        </w:trPr>
        <w:tc>
          <w:tcPr>
            <w:tcW w:w="6658" w:type="dxa"/>
            <w:gridSpan w:val="2"/>
            <w:vMerge w:val="restart"/>
            <w:vAlign w:val="center"/>
          </w:tcPr>
          <w:p w14:paraId="4B636B1C" w14:textId="26E6DC54" w:rsidR="000241B8" w:rsidRPr="001E6943" w:rsidRDefault="000241B8" w:rsidP="00BF093D">
            <w:pPr>
              <w:pStyle w:val="06TEKSTWACIWY"/>
              <w:jc w:val="center"/>
              <w:rPr>
                <w:b/>
                <w:bCs/>
              </w:rPr>
            </w:pPr>
            <w:r w:rsidRPr="001E6943">
              <w:rPr>
                <w:b/>
                <w:bCs/>
              </w:rPr>
              <w:t>Efekty podlegające ocenie</w:t>
            </w:r>
          </w:p>
        </w:tc>
        <w:tc>
          <w:tcPr>
            <w:tcW w:w="2268" w:type="dxa"/>
            <w:gridSpan w:val="4"/>
            <w:vAlign w:val="center"/>
          </w:tcPr>
          <w:p w14:paraId="4010F5F3" w14:textId="69912103" w:rsidR="000241B8" w:rsidRPr="00D25D99" w:rsidRDefault="000241B8" w:rsidP="00BF093D">
            <w:pPr>
              <w:pStyle w:val="06TEKSTWACIWY"/>
              <w:jc w:val="center"/>
              <w:rPr>
                <w:sz w:val="21"/>
                <w:szCs w:val="21"/>
              </w:rPr>
            </w:pPr>
            <w:r w:rsidRPr="00D25D99">
              <w:rPr>
                <w:sz w:val="21"/>
                <w:szCs w:val="21"/>
              </w:rPr>
              <w:t>Ocena osiągnięcia</w:t>
            </w:r>
            <w:r w:rsidR="005051B8" w:rsidRPr="00D25D99">
              <w:rPr>
                <w:sz w:val="21"/>
                <w:szCs w:val="21"/>
              </w:rPr>
              <w:t xml:space="preserve"> </w:t>
            </w:r>
            <w:r w:rsidRPr="00D25D99">
              <w:rPr>
                <w:sz w:val="21"/>
                <w:szCs w:val="21"/>
              </w:rPr>
              <w:t>przez</w:t>
            </w:r>
            <w:r w:rsidR="005051B8" w:rsidRPr="00D25D99">
              <w:rPr>
                <w:sz w:val="21"/>
                <w:szCs w:val="21"/>
              </w:rPr>
              <w:br/>
            </w:r>
            <w:r w:rsidRPr="00D25D99">
              <w:rPr>
                <w:sz w:val="21"/>
                <w:szCs w:val="21"/>
              </w:rPr>
              <w:t>studenta założonych</w:t>
            </w:r>
            <w:r w:rsidRPr="00D25D99">
              <w:rPr>
                <w:sz w:val="21"/>
                <w:szCs w:val="21"/>
              </w:rPr>
              <w:br/>
              <w:t>efektów</w:t>
            </w:r>
          </w:p>
        </w:tc>
      </w:tr>
      <w:tr w:rsidR="000241B8" w:rsidRPr="001E6943" w14:paraId="1F4A006D" w14:textId="77777777" w:rsidTr="002D345F">
        <w:trPr>
          <w:trHeight w:val="71"/>
          <w:jc w:val="center"/>
        </w:trPr>
        <w:tc>
          <w:tcPr>
            <w:tcW w:w="6658" w:type="dxa"/>
            <w:gridSpan w:val="2"/>
            <w:vMerge/>
            <w:vAlign w:val="center"/>
          </w:tcPr>
          <w:p w14:paraId="6B03AD44" w14:textId="77777777" w:rsidR="000241B8" w:rsidRPr="001E6943" w:rsidRDefault="000241B8" w:rsidP="00BF093D">
            <w:pPr>
              <w:pStyle w:val="06TEKSTWACIWY"/>
              <w:jc w:val="center"/>
              <w:rPr>
                <w:b/>
                <w:bCs/>
              </w:rPr>
            </w:pPr>
          </w:p>
        </w:tc>
        <w:tc>
          <w:tcPr>
            <w:tcW w:w="567" w:type="dxa"/>
            <w:vAlign w:val="center"/>
          </w:tcPr>
          <w:p w14:paraId="071AE844" w14:textId="77777777" w:rsidR="000241B8" w:rsidRPr="005051B8" w:rsidRDefault="000241B8" w:rsidP="00BF093D">
            <w:pPr>
              <w:pStyle w:val="06TEKSTWACIWY"/>
              <w:jc w:val="center"/>
              <w:rPr>
                <w:b/>
                <w:bCs/>
              </w:rPr>
            </w:pPr>
            <w:r w:rsidRPr="005051B8">
              <w:rPr>
                <w:b/>
                <w:bCs/>
              </w:rPr>
              <w:t>2</w:t>
            </w:r>
          </w:p>
        </w:tc>
        <w:tc>
          <w:tcPr>
            <w:tcW w:w="567" w:type="dxa"/>
            <w:vAlign w:val="center"/>
          </w:tcPr>
          <w:p w14:paraId="2E4D3506" w14:textId="77777777" w:rsidR="000241B8" w:rsidRPr="005051B8" w:rsidRDefault="000241B8" w:rsidP="00BF093D">
            <w:pPr>
              <w:pStyle w:val="06TEKSTWACIWY"/>
              <w:jc w:val="center"/>
              <w:rPr>
                <w:b/>
                <w:bCs/>
              </w:rPr>
            </w:pPr>
            <w:r w:rsidRPr="005051B8">
              <w:rPr>
                <w:b/>
                <w:bCs/>
              </w:rPr>
              <w:t>3</w:t>
            </w:r>
          </w:p>
        </w:tc>
        <w:tc>
          <w:tcPr>
            <w:tcW w:w="567" w:type="dxa"/>
            <w:vAlign w:val="center"/>
          </w:tcPr>
          <w:p w14:paraId="62F7E31F" w14:textId="77777777" w:rsidR="000241B8" w:rsidRPr="005051B8" w:rsidRDefault="000241B8" w:rsidP="00BF093D">
            <w:pPr>
              <w:pStyle w:val="06TEKSTWACIWY"/>
              <w:jc w:val="center"/>
              <w:rPr>
                <w:b/>
                <w:bCs/>
              </w:rPr>
            </w:pPr>
            <w:r w:rsidRPr="005051B8">
              <w:rPr>
                <w:b/>
                <w:bCs/>
              </w:rPr>
              <w:t>4</w:t>
            </w:r>
          </w:p>
        </w:tc>
        <w:tc>
          <w:tcPr>
            <w:tcW w:w="567" w:type="dxa"/>
            <w:vAlign w:val="center"/>
          </w:tcPr>
          <w:p w14:paraId="5AD10217" w14:textId="77777777" w:rsidR="000241B8" w:rsidRPr="005051B8" w:rsidRDefault="000241B8" w:rsidP="00BF093D">
            <w:pPr>
              <w:pStyle w:val="06TEKSTWACIWY"/>
              <w:jc w:val="center"/>
              <w:rPr>
                <w:b/>
                <w:bCs/>
              </w:rPr>
            </w:pPr>
            <w:r w:rsidRPr="005051B8">
              <w:rPr>
                <w:b/>
                <w:bCs/>
              </w:rPr>
              <w:t>5</w:t>
            </w:r>
          </w:p>
        </w:tc>
      </w:tr>
      <w:tr w:rsidR="000241B8" w:rsidRPr="007124D2" w14:paraId="4B638986" w14:textId="77777777" w:rsidTr="002D345F">
        <w:trPr>
          <w:jc w:val="center"/>
        </w:trPr>
        <w:tc>
          <w:tcPr>
            <w:tcW w:w="988" w:type="dxa"/>
            <w:vMerge w:val="restart"/>
            <w:textDirection w:val="btLr"/>
            <w:vAlign w:val="center"/>
          </w:tcPr>
          <w:p w14:paraId="5C1466D1" w14:textId="1CFD5B44" w:rsidR="000241B8" w:rsidRPr="001E6943" w:rsidRDefault="002439E0" w:rsidP="00BF093D">
            <w:pPr>
              <w:pStyle w:val="06TEKSTWACIWY"/>
              <w:ind w:left="113" w:right="113"/>
              <w:jc w:val="center"/>
              <w:rPr>
                <w:b/>
                <w:bCs/>
                <w:sz w:val="21"/>
                <w:szCs w:val="21"/>
              </w:rPr>
            </w:pPr>
            <w:r w:rsidRPr="001E6943">
              <w:rPr>
                <w:b/>
                <w:bCs/>
                <w:sz w:val="21"/>
                <w:szCs w:val="21"/>
              </w:rPr>
              <w:t>Umiejętności</w:t>
            </w:r>
          </w:p>
        </w:tc>
        <w:tc>
          <w:tcPr>
            <w:tcW w:w="5670" w:type="dxa"/>
            <w:vAlign w:val="center"/>
          </w:tcPr>
          <w:p w14:paraId="15B934D3" w14:textId="17E5F355" w:rsidR="000241B8" w:rsidRPr="00E73809" w:rsidRDefault="002B0D37" w:rsidP="006601C1">
            <w:pPr>
              <w:pStyle w:val="06TEKSTWACIWY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Zna w stopniu ogólnym strukturę organizacyjną instytucji medialnej</w:t>
            </w:r>
            <w:r>
              <w:rPr>
                <w:sz w:val="18"/>
                <w:szCs w:val="18"/>
              </w:rPr>
              <w:br/>
              <w:t>oraz zasady jej funkcjonowania</w:t>
            </w:r>
          </w:p>
        </w:tc>
        <w:tc>
          <w:tcPr>
            <w:tcW w:w="567" w:type="dxa"/>
            <w:vAlign w:val="center"/>
          </w:tcPr>
          <w:p w14:paraId="7D2C2E68" w14:textId="77777777" w:rsidR="000241B8" w:rsidRPr="001E6943" w:rsidRDefault="000241B8" w:rsidP="00BF093D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22FD4EFC" w14:textId="77777777" w:rsidR="000241B8" w:rsidRPr="001E6943" w:rsidRDefault="000241B8" w:rsidP="00BF093D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6ACBCF1E" w14:textId="77777777" w:rsidR="000241B8" w:rsidRPr="001E6943" w:rsidRDefault="000241B8" w:rsidP="00BF093D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27D5AD3B" w14:textId="77777777" w:rsidR="000241B8" w:rsidRPr="001E6943" w:rsidRDefault="000241B8" w:rsidP="00BF093D">
            <w:pPr>
              <w:pStyle w:val="06TEKSTWACIWY"/>
              <w:jc w:val="center"/>
            </w:pPr>
          </w:p>
        </w:tc>
      </w:tr>
      <w:tr w:rsidR="000241B8" w:rsidRPr="007124D2" w14:paraId="2B295DEB" w14:textId="77777777" w:rsidTr="002D345F">
        <w:trPr>
          <w:jc w:val="center"/>
        </w:trPr>
        <w:tc>
          <w:tcPr>
            <w:tcW w:w="988" w:type="dxa"/>
            <w:vMerge/>
            <w:vAlign w:val="center"/>
          </w:tcPr>
          <w:p w14:paraId="449FB265" w14:textId="77777777" w:rsidR="000241B8" w:rsidRPr="001E6943" w:rsidRDefault="000241B8" w:rsidP="00BF093D">
            <w:pPr>
              <w:pStyle w:val="06TEKSTWACIWY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5670" w:type="dxa"/>
            <w:vAlign w:val="center"/>
          </w:tcPr>
          <w:p w14:paraId="3D8BA8EE" w14:textId="05974633" w:rsidR="000241B8" w:rsidRPr="00E73809" w:rsidRDefault="002B0D37" w:rsidP="006601C1">
            <w:pPr>
              <w:pStyle w:val="06TEKSTWACIWY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Zna w ujęciu ogólnym regulacje prawne i etyczne związane z wybranym zawodem</w:t>
            </w:r>
          </w:p>
        </w:tc>
        <w:tc>
          <w:tcPr>
            <w:tcW w:w="567" w:type="dxa"/>
            <w:vAlign w:val="center"/>
          </w:tcPr>
          <w:p w14:paraId="31DC7CF1" w14:textId="77777777" w:rsidR="000241B8" w:rsidRPr="001E6943" w:rsidRDefault="000241B8" w:rsidP="00BF093D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72B1F227" w14:textId="77777777" w:rsidR="000241B8" w:rsidRPr="001E6943" w:rsidRDefault="000241B8" w:rsidP="00BF093D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2FA3C2BF" w14:textId="77777777" w:rsidR="000241B8" w:rsidRPr="001E6943" w:rsidRDefault="000241B8" w:rsidP="00BF093D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3872E78A" w14:textId="77777777" w:rsidR="000241B8" w:rsidRPr="001E6943" w:rsidRDefault="000241B8" w:rsidP="00BF093D">
            <w:pPr>
              <w:pStyle w:val="06TEKSTWACIWY"/>
              <w:jc w:val="center"/>
            </w:pPr>
          </w:p>
        </w:tc>
      </w:tr>
      <w:tr w:rsidR="000241B8" w:rsidRPr="007124D2" w14:paraId="30F9C30D" w14:textId="77777777" w:rsidTr="002D345F">
        <w:trPr>
          <w:jc w:val="center"/>
        </w:trPr>
        <w:tc>
          <w:tcPr>
            <w:tcW w:w="988" w:type="dxa"/>
            <w:vMerge/>
            <w:vAlign w:val="center"/>
          </w:tcPr>
          <w:p w14:paraId="7188FAE3" w14:textId="77777777" w:rsidR="000241B8" w:rsidRPr="001E6943" w:rsidRDefault="000241B8" w:rsidP="00BF093D">
            <w:pPr>
              <w:pStyle w:val="06TEKSTWACIWY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5670" w:type="dxa"/>
            <w:vAlign w:val="center"/>
          </w:tcPr>
          <w:p w14:paraId="2F0DC476" w14:textId="2F2C33A6" w:rsidR="000241B8" w:rsidRPr="00E73809" w:rsidRDefault="00547302" w:rsidP="006601C1">
            <w:pPr>
              <w:pStyle w:val="06TEKSTWACIWY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Zna różne role zawodowe związane ze studiowanym kierunkiem</w:t>
            </w:r>
          </w:p>
        </w:tc>
        <w:tc>
          <w:tcPr>
            <w:tcW w:w="567" w:type="dxa"/>
            <w:vAlign w:val="center"/>
          </w:tcPr>
          <w:p w14:paraId="3E36AF38" w14:textId="77777777" w:rsidR="000241B8" w:rsidRPr="001E6943" w:rsidRDefault="000241B8" w:rsidP="00BF093D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52ECD4B4" w14:textId="77777777" w:rsidR="000241B8" w:rsidRPr="001E6943" w:rsidRDefault="000241B8" w:rsidP="00BF093D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62A8E3AA" w14:textId="77777777" w:rsidR="000241B8" w:rsidRPr="001E6943" w:rsidRDefault="000241B8" w:rsidP="00BF093D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0432EEA4" w14:textId="77777777" w:rsidR="000241B8" w:rsidRPr="001E6943" w:rsidRDefault="000241B8" w:rsidP="00BF093D">
            <w:pPr>
              <w:pStyle w:val="06TEKSTWACIWY"/>
              <w:jc w:val="center"/>
            </w:pPr>
          </w:p>
        </w:tc>
      </w:tr>
      <w:tr w:rsidR="000241B8" w:rsidRPr="007124D2" w14:paraId="4F64BD6B" w14:textId="77777777" w:rsidTr="002D345F">
        <w:trPr>
          <w:jc w:val="center"/>
        </w:trPr>
        <w:tc>
          <w:tcPr>
            <w:tcW w:w="988" w:type="dxa"/>
            <w:vMerge/>
            <w:vAlign w:val="center"/>
          </w:tcPr>
          <w:p w14:paraId="339732FA" w14:textId="77777777" w:rsidR="000241B8" w:rsidRPr="001E6943" w:rsidRDefault="000241B8" w:rsidP="00BF093D">
            <w:pPr>
              <w:pStyle w:val="06TEKSTWACIWY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5670" w:type="dxa"/>
            <w:vAlign w:val="center"/>
          </w:tcPr>
          <w:p w14:paraId="4A8B6455" w14:textId="2512E0E8" w:rsidR="000241B8" w:rsidRPr="00E73809" w:rsidRDefault="00547302" w:rsidP="006601C1">
            <w:pPr>
              <w:pStyle w:val="06TEKSTWACIWY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 nadzorem Opiekuna podejmuje próby pozyskiwania</w:t>
            </w:r>
            <w:r>
              <w:rPr>
                <w:sz w:val="18"/>
                <w:szCs w:val="18"/>
              </w:rPr>
              <w:br/>
              <w:t>i wykorzystywania informacji niezbędnych do realizacji zleconego zadania</w:t>
            </w:r>
          </w:p>
        </w:tc>
        <w:tc>
          <w:tcPr>
            <w:tcW w:w="567" w:type="dxa"/>
            <w:vAlign w:val="center"/>
          </w:tcPr>
          <w:p w14:paraId="6094DD9B" w14:textId="77777777" w:rsidR="000241B8" w:rsidRPr="001E6943" w:rsidRDefault="000241B8" w:rsidP="00BF093D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4A065D26" w14:textId="77777777" w:rsidR="000241B8" w:rsidRPr="001E6943" w:rsidRDefault="000241B8" w:rsidP="00BF093D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71304C79" w14:textId="77777777" w:rsidR="000241B8" w:rsidRPr="001E6943" w:rsidRDefault="000241B8" w:rsidP="00BF093D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64F2BDB5" w14:textId="77777777" w:rsidR="000241B8" w:rsidRPr="001E6943" w:rsidRDefault="000241B8" w:rsidP="00BF093D">
            <w:pPr>
              <w:pStyle w:val="06TEKSTWACIWY"/>
              <w:jc w:val="center"/>
            </w:pPr>
          </w:p>
        </w:tc>
      </w:tr>
      <w:tr w:rsidR="000241B8" w:rsidRPr="007124D2" w14:paraId="5B0F4F5F" w14:textId="77777777" w:rsidTr="002D345F">
        <w:trPr>
          <w:jc w:val="center"/>
        </w:trPr>
        <w:tc>
          <w:tcPr>
            <w:tcW w:w="988" w:type="dxa"/>
            <w:vMerge/>
            <w:vAlign w:val="center"/>
          </w:tcPr>
          <w:p w14:paraId="074A3E59" w14:textId="77777777" w:rsidR="000241B8" w:rsidRPr="001E6943" w:rsidRDefault="000241B8" w:rsidP="00BF093D">
            <w:pPr>
              <w:pStyle w:val="06TEKSTWACIWY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5670" w:type="dxa"/>
            <w:vAlign w:val="center"/>
          </w:tcPr>
          <w:p w14:paraId="4646A1A4" w14:textId="4A69D010" w:rsidR="000241B8" w:rsidRPr="00E73809" w:rsidRDefault="00547302" w:rsidP="006601C1">
            <w:pPr>
              <w:pStyle w:val="06TEKSTWACIWY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 kierunkiem Opiekuna podejmuje próby tworzenia przekazów</w:t>
            </w:r>
            <w:r>
              <w:rPr>
                <w:sz w:val="18"/>
                <w:szCs w:val="18"/>
              </w:rPr>
              <w:br/>
              <w:t>słownych właściwych dla określonego medium</w:t>
            </w:r>
          </w:p>
        </w:tc>
        <w:tc>
          <w:tcPr>
            <w:tcW w:w="567" w:type="dxa"/>
            <w:vAlign w:val="center"/>
          </w:tcPr>
          <w:p w14:paraId="1EB3EB18" w14:textId="77777777" w:rsidR="000241B8" w:rsidRPr="001E6943" w:rsidRDefault="000241B8" w:rsidP="00BF093D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774EBB60" w14:textId="77777777" w:rsidR="000241B8" w:rsidRPr="001E6943" w:rsidRDefault="000241B8" w:rsidP="00BF093D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227752E7" w14:textId="77777777" w:rsidR="000241B8" w:rsidRPr="001E6943" w:rsidRDefault="000241B8" w:rsidP="00BF093D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56B43984" w14:textId="77777777" w:rsidR="000241B8" w:rsidRPr="001E6943" w:rsidRDefault="000241B8" w:rsidP="00BF093D">
            <w:pPr>
              <w:pStyle w:val="06TEKSTWACIWY"/>
              <w:jc w:val="center"/>
            </w:pPr>
          </w:p>
        </w:tc>
      </w:tr>
      <w:tr w:rsidR="000241B8" w:rsidRPr="007124D2" w14:paraId="57B4298E" w14:textId="77777777" w:rsidTr="002D345F">
        <w:trPr>
          <w:jc w:val="center"/>
        </w:trPr>
        <w:tc>
          <w:tcPr>
            <w:tcW w:w="988" w:type="dxa"/>
            <w:vMerge/>
            <w:vAlign w:val="center"/>
          </w:tcPr>
          <w:p w14:paraId="6F6B11AB" w14:textId="77777777" w:rsidR="000241B8" w:rsidRPr="001E6943" w:rsidRDefault="000241B8" w:rsidP="00BF093D">
            <w:pPr>
              <w:pStyle w:val="06TEKSTWACIWY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5670" w:type="dxa"/>
            <w:vAlign w:val="center"/>
          </w:tcPr>
          <w:p w14:paraId="7991C41B" w14:textId="380A18B8" w:rsidR="000241B8" w:rsidRPr="00E73809" w:rsidRDefault="00547302" w:rsidP="006601C1">
            <w:pPr>
              <w:pStyle w:val="06TEKSTWACIWY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Zna w stopniu ogólnym nowoczesne narzędzia pracy właściwe dla</w:t>
            </w:r>
            <w:r>
              <w:rPr>
                <w:sz w:val="18"/>
                <w:szCs w:val="18"/>
              </w:rPr>
              <w:br/>
              <w:t>mediów i związanych z nimi zawodów</w:t>
            </w:r>
          </w:p>
        </w:tc>
        <w:tc>
          <w:tcPr>
            <w:tcW w:w="567" w:type="dxa"/>
            <w:vAlign w:val="center"/>
          </w:tcPr>
          <w:p w14:paraId="681D2ABB" w14:textId="77777777" w:rsidR="000241B8" w:rsidRPr="001E6943" w:rsidRDefault="000241B8" w:rsidP="00BF093D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41FD2991" w14:textId="77777777" w:rsidR="000241B8" w:rsidRPr="001E6943" w:rsidRDefault="000241B8" w:rsidP="00BF093D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28306D27" w14:textId="77777777" w:rsidR="000241B8" w:rsidRPr="001E6943" w:rsidRDefault="000241B8" w:rsidP="00BF093D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64D843F6" w14:textId="77777777" w:rsidR="000241B8" w:rsidRPr="001E6943" w:rsidRDefault="000241B8" w:rsidP="00BF093D">
            <w:pPr>
              <w:pStyle w:val="06TEKSTWACIWY"/>
              <w:jc w:val="center"/>
            </w:pPr>
          </w:p>
        </w:tc>
      </w:tr>
      <w:tr w:rsidR="000241B8" w:rsidRPr="007124D2" w14:paraId="0157F1A1" w14:textId="77777777" w:rsidTr="002D345F">
        <w:trPr>
          <w:jc w:val="center"/>
        </w:trPr>
        <w:tc>
          <w:tcPr>
            <w:tcW w:w="988" w:type="dxa"/>
            <w:vMerge w:val="restart"/>
            <w:textDirection w:val="btLr"/>
            <w:vAlign w:val="center"/>
          </w:tcPr>
          <w:p w14:paraId="7C064DF4" w14:textId="0D8E6F6B" w:rsidR="000241B8" w:rsidRPr="001E6943" w:rsidRDefault="002439E0" w:rsidP="00BF093D">
            <w:pPr>
              <w:pStyle w:val="06TEKSTWACIWY"/>
              <w:ind w:left="113" w:right="113"/>
              <w:jc w:val="center"/>
              <w:rPr>
                <w:b/>
                <w:bCs/>
                <w:sz w:val="21"/>
                <w:szCs w:val="21"/>
              </w:rPr>
            </w:pPr>
            <w:r w:rsidRPr="001E6943">
              <w:rPr>
                <w:b/>
                <w:bCs/>
                <w:sz w:val="21"/>
                <w:szCs w:val="21"/>
              </w:rPr>
              <w:t>Kompetencje</w:t>
            </w:r>
            <w:r w:rsidRPr="001E6943">
              <w:rPr>
                <w:b/>
                <w:bCs/>
                <w:sz w:val="21"/>
                <w:szCs w:val="21"/>
              </w:rPr>
              <w:br/>
              <w:t>społeczne</w:t>
            </w:r>
          </w:p>
        </w:tc>
        <w:tc>
          <w:tcPr>
            <w:tcW w:w="5670" w:type="dxa"/>
            <w:vAlign w:val="center"/>
          </w:tcPr>
          <w:p w14:paraId="18E9966F" w14:textId="4CEE76C3" w:rsidR="000241B8" w:rsidRPr="00E73809" w:rsidRDefault="0084709A" w:rsidP="006601C1">
            <w:pPr>
              <w:pStyle w:val="06TEKSTWACIWY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Wykazuje chęć bycia uczestnikiem wyspecjalizowanej</w:t>
            </w:r>
            <w:r>
              <w:rPr>
                <w:sz w:val="18"/>
                <w:szCs w:val="18"/>
              </w:rPr>
              <w:br/>
              <w:t>grupy zawodowej</w:t>
            </w:r>
          </w:p>
        </w:tc>
        <w:tc>
          <w:tcPr>
            <w:tcW w:w="567" w:type="dxa"/>
            <w:vAlign w:val="center"/>
          </w:tcPr>
          <w:p w14:paraId="543CDF7D" w14:textId="77777777" w:rsidR="000241B8" w:rsidRPr="001E6943" w:rsidRDefault="000241B8" w:rsidP="00BF093D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3E569CF8" w14:textId="77777777" w:rsidR="000241B8" w:rsidRPr="001E6943" w:rsidRDefault="000241B8" w:rsidP="00BF093D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1BD0B8C7" w14:textId="77777777" w:rsidR="000241B8" w:rsidRPr="001E6943" w:rsidRDefault="000241B8" w:rsidP="00BF093D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314D663D" w14:textId="77777777" w:rsidR="000241B8" w:rsidRPr="001E6943" w:rsidRDefault="000241B8" w:rsidP="00BF093D">
            <w:pPr>
              <w:pStyle w:val="06TEKSTWACIWY"/>
              <w:jc w:val="center"/>
            </w:pPr>
          </w:p>
        </w:tc>
      </w:tr>
      <w:tr w:rsidR="000241B8" w:rsidRPr="007124D2" w14:paraId="291FEBD4" w14:textId="77777777" w:rsidTr="002D345F">
        <w:trPr>
          <w:jc w:val="center"/>
        </w:trPr>
        <w:tc>
          <w:tcPr>
            <w:tcW w:w="988" w:type="dxa"/>
            <w:vMerge/>
          </w:tcPr>
          <w:p w14:paraId="25DD5B32" w14:textId="77777777" w:rsidR="000241B8" w:rsidRPr="001E6943" w:rsidRDefault="000241B8" w:rsidP="00BF093D">
            <w:pPr>
              <w:pStyle w:val="06TEKSTWACIWY"/>
            </w:pPr>
          </w:p>
        </w:tc>
        <w:tc>
          <w:tcPr>
            <w:tcW w:w="5670" w:type="dxa"/>
            <w:vAlign w:val="center"/>
          </w:tcPr>
          <w:p w14:paraId="38005F5D" w14:textId="411CB595" w:rsidR="000241B8" w:rsidRPr="00E73809" w:rsidRDefault="0084709A" w:rsidP="006601C1">
            <w:pPr>
              <w:pStyle w:val="06TEKSTWACIWY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 nadzorem Opiekuna podejmuje próby realizacji zadań</w:t>
            </w:r>
          </w:p>
        </w:tc>
        <w:tc>
          <w:tcPr>
            <w:tcW w:w="567" w:type="dxa"/>
            <w:vAlign w:val="center"/>
          </w:tcPr>
          <w:p w14:paraId="01573BBB" w14:textId="77777777" w:rsidR="000241B8" w:rsidRPr="001E6943" w:rsidRDefault="000241B8" w:rsidP="00BF093D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0A9B3500" w14:textId="77777777" w:rsidR="000241B8" w:rsidRPr="001E6943" w:rsidRDefault="000241B8" w:rsidP="00BF093D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7F4D0016" w14:textId="77777777" w:rsidR="000241B8" w:rsidRPr="001E6943" w:rsidRDefault="000241B8" w:rsidP="00BF093D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48095573" w14:textId="77777777" w:rsidR="000241B8" w:rsidRPr="001E6943" w:rsidRDefault="000241B8" w:rsidP="00BF093D">
            <w:pPr>
              <w:pStyle w:val="06TEKSTWACIWY"/>
              <w:jc w:val="center"/>
            </w:pPr>
          </w:p>
        </w:tc>
      </w:tr>
      <w:tr w:rsidR="000241B8" w:rsidRPr="007124D2" w14:paraId="691F4F54" w14:textId="77777777" w:rsidTr="002D345F">
        <w:trPr>
          <w:jc w:val="center"/>
        </w:trPr>
        <w:tc>
          <w:tcPr>
            <w:tcW w:w="988" w:type="dxa"/>
            <w:vMerge/>
          </w:tcPr>
          <w:p w14:paraId="48A6EFB1" w14:textId="77777777" w:rsidR="000241B8" w:rsidRPr="001E6943" w:rsidRDefault="000241B8" w:rsidP="00BF093D">
            <w:pPr>
              <w:pStyle w:val="06TEKSTWACIWY"/>
            </w:pPr>
          </w:p>
        </w:tc>
        <w:tc>
          <w:tcPr>
            <w:tcW w:w="5670" w:type="dxa"/>
            <w:vAlign w:val="center"/>
          </w:tcPr>
          <w:p w14:paraId="474644AC" w14:textId="6CAE384A" w:rsidR="000241B8" w:rsidRPr="00E73809" w:rsidRDefault="0084709A" w:rsidP="006601C1">
            <w:pPr>
              <w:pStyle w:val="06TEKSTWACIWY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Jest świadomy odpowiedzialności za powierzone zadania</w:t>
            </w:r>
          </w:p>
        </w:tc>
        <w:tc>
          <w:tcPr>
            <w:tcW w:w="567" w:type="dxa"/>
            <w:vAlign w:val="center"/>
          </w:tcPr>
          <w:p w14:paraId="6DC55F7C" w14:textId="77777777" w:rsidR="000241B8" w:rsidRPr="001E6943" w:rsidRDefault="000241B8" w:rsidP="00BF093D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47ED128E" w14:textId="77777777" w:rsidR="000241B8" w:rsidRPr="001E6943" w:rsidRDefault="000241B8" w:rsidP="00BF093D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6CEDAAD3" w14:textId="77777777" w:rsidR="000241B8" w:rsidRPr="001E6943" w:rsidRDefault="000241B8" w:rsidP="00BF093D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74BF474D" w14:textId="77777777" w:rsidR="000241B8" w:rsidRPr="001E6943" w:rsidRDefault="000241B8" w:rsidP="00BF093D">
            <w:pPr>
              <w:pStyle w:val="06TEKSTWACIWY"/>
              <w:jc w:val="center"/>
            </w:pPr>
          </w:p>
        </w:tc>
      </w:tr>
      <w:tr w:rsidR="000241B8" w:rsidRPr="007124D2" w14:paraId="53D7E468" w14:textId="77777777" w:rsidTr="002D345F">
        <w:trPr>
          <w:jc w:val="center"/>
        </w:trPr>
        <w:tc>
          <w:tcPr>
            <w:tcW w:w="988" w:type="dxa"/>
            <w:vMerge/>
          </w:tcPr>
          <w:p w14:paraId="3CC834D0" w14:textId="77777777" w:rsidR="000241B8" w:rsidRPr="001E6943" w:rsidRDefault="000241B8" w:rsidP="00BF093D">
            <w:pPr>
              <w:pStyle w:val="06TEKSTWACIWY"/>
            </w:pPr>
          </w:p>
        </w:tc>
        <w:tc>
          <w:tcPr>
            <w:tcW w:w="5670" w:type="dxa"/>
            <w:vAlign w:val="center"/>
          </w:tcPr>
          <w:p w14:paraId="679EEFC5" w14:textId="7911796B" w:rsidR="000241B8" w:rsidRPr="00E73809" w:rsidRDefault="0084709A" w:rsidP="006601C1">
            <w:pPr>
              <w:pStyle w:val="06TEKSTWACIWY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Wykazuje chęć prezentowania własnych pomysłów</w:t>
            </w:r>
          </w:p>
        </w:tc>
        <w:tc>
          <w:tcPr>
            <w:tcW w:w="567" w:type="dxa"/>
            <w:vAlign w:val="center"/>
          </w:tcPr>
          <w:p w14:paraId="57613B19" w14:textId="77777777" w:rsidR="000241B8" w:rsidRPr="001E6943" w:rsidRDefault="000241B8" w:rsidP="00BF093D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48250273" w14:textId="77777777" w:rsidR="000241B8" w:rsidRPr="001E6943" w:rsidRDefault="000241B8" w:rsidP="00BF093D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4EDBE3D9" w14:textId="77777777" w:rsidR="000241B8" w:rsidRPr="001E6943" w:rsidRDefault="000241B8" w:rsidP="00BF093D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64C0CF26" w14:textId="77777777" w:rsidR="000241B8" w:rsidRPr="001E6943" w:rsidRDefault="000241B8" w:rsidP="00BF093D">
            <w:pPr>
              <w:pStyle w:val="06TEKSTWACIWY"/>
              <w:jc w:val="center"/>
            </w:pPr>
          </w:p>
        </w:tc>
      </w:tr>
      <w:tr w:rsidR="000241B8" w:rsidRPr="007124D2" w14:paraId="113326E4" w14:textId="77777777" w:rsidTr="002D345F">
        <w:trPr>
          <w:jc w:val="center"/>
        </w:trPr>
        <w:tc>
          <w:tcPr>
            <w:tcW w:w="988" w:type="dxa"/>
            <w:vMerge/>
          </w:tcPr>
          <w:p w14:paraId="1345299F" w14:textId="77777777" w:rsidR="000241B8" w:rsidRPr="001E6943" w:rsidRDefault="000241B8" w:rsidP="00BF093D">
            <w:pPr>
              <w:pStyle w:val="06TEKSTWACIWY"/>
            </w:pPr>
          </w:p>
        </w:tc>
        <w:tc>
          <w:tcPr>
            <w:tcW w:w="5670" w:type="dxa"/>
            <w:vAlign w:val="center"/>
          </w:tcPr>
          <w:p w14:paraId="5F5A7A8D" w14:textId="7853A81C" w:rsidR="000241B8" w:rsidRPr="00E73809" w:rsidRDefault="0084709A" w:rsidP="006601C1">
            <w:pPr>
              <w:pStyle w:val="06TEKSTWACIWY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Podejmuje próby wyrażania swoich opinii w dyskusji ze</w:t>
            </w:r>
            <w:r>
              <w:rPr>
                <w:sz w:val="18"/>
                <w:szCs w:val="18"/>
              </w:rPr>
              <w:br/>
              <w:t>współpracownikami</w:t>
            </w:r>
          </w:p>
        </w:tc>
        <w:tc>
          <w:tcPr>
            <w:tcW w:w="567" w:type="dxa"/>
            <w:vAlign w:val="center"/>
          </w:tcPr>
          <w:p w14:paraId="2D1C5023" w14:textId="77777777" w:rsidR="000241B8" w:rsidRPr="001E6943" w:rsidRDefault="000241B8" w:rsidP="00BF093D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323B0B2F" w14:textId="77777777" w:rsidR="000241B8" w:rsidRPr="001E6943" w:rsidRDefault="000241B8" w:rsidP="00BF093D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1E28D3F5" w14:textId="77777777" w:rsidR="000241B8" w:rsidRPr="001E6943" w:rsidRDefault="000241B8" w:rsidP="00BF093D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1F58153A" w14:textId="77777777" w:rsidR="000241B8" w:rsidRPr="001E6943" w:rsidRDefault="000241B8" w:rsidP="00BF093D">
            <w:pPr>
              <w:pStyle w:val="06TEKSTWACIWY"/>
              <w:jc w:val="center"/>
            </w:pPr>
          </w:p>
        </w:tc>
      </w:tr>
      <w:tr w:rsidR="000241B8" w:rsidRPr="007124D2" w14:paraId="30C3195C" w14:textId="77777777" w:rsidTr="002D345F">
        <w:trPr>
          <w:jc w:val="center"/>
        </w:trPr>
        <w:tc>
          <w:tcPr>
            <w:tcW w:w="988" w:type="dxa"/>
            <w:vMerge/>
          </w:tcPr>
          <w:p w14:paraId="2E156CAC" w14:textId="77777777" w:rsidR="000241B8" w:rsidRPr="001E6943" w:rsidRDefault="000241B8" w:rsidP="00BF093D">
            <w:pPr>
              <w:pStyle w:val="06TEKSTWACIWY"/>
            </w:pPr>
          </w:p>
        </w:tc>
        <w:tc>
          <w:tcPr>
            <w:tcW w:w="5670" w:type="dxa"/>
            <w:vAlign w:val="center"/>
          </w:tcPr>
          <w:p w14:paraId="06F6D582" w14:textId="03AEFADC" w:rsidR="000241B8" w:rsidRPr="00E73809" w:rsidRDefault="001161B5" w:rsidP="006601C1">
            <w:pPr>
              <w:pStyle w:val="06TEKSTWACIWY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Chce zdobywać praktyczną wiedzę z zakresu kierunku studiów</w:t>
            </w:r>
          </w:p>
        </w:tc>
        <w:tc>
          <w:tcPr>
            <w:tcW w:w="567" w:type="dxa"/>
            <w:vAlign w:val="center"/>
          </w:tcPr>
          <w:p w14:paraId="46699998" w14:textId="77777777" w:rsidR="000241B8" w:rsidRPr="001E6943" w:rsidRDefault="000241B8" w:rsidP="00BF093D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5C362CFD" w14:textId="77777777" w:rsidR="000241B8" w:rsidRPr="001E6943" w:rsidRDefault="000241B8" w:rsidP="00BF093D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2568DEC5" w14:textId="77777777" w:rsidR="000241B8" w:rsidRPr="001E6943" w:rsidRDefault="000241B8" w:rsidP="00BF093D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433704E2" w14:textId="77777777" w:rsidR="000241B8" w:rsidRPr="001E6943" w:rsidRDefault="000241B8" w:rsidP="00BF093D">
            <w:pPr>
              <w:pStyle w:val="06TEKSTWACIWY"/>
              <w:jc w:val="center"/>
            </w:pPr>
          </w:p>
        </w:tc>
      </w:tr>
      <w:tr w:rsidR="000241B8" w:rsidRPr="007124D2" w14:paraId="67F1D90F" w14:textId="77777777" w:rsidTr="002D345F">
        <w:trPr>
          <w:jc w:val="center"/>
        </w:trPr>
        <w:tc>
          <w:tcPr>
            <w:tcW w:w="988" w:type="dxa"/>
            <w:vMerge/>
          </w:tcPr>
          <w:p w14:paraId="6ED2A23E" w14:textId="77777777" w:rsidR="000241B8" w:rsidRPr="001E6943" w:rsidRDefault="000241B8" w:rsidP="00BF093D">
            <w:pPr>
              <w:pStyle w:val="06TEKSTWACIWY"/>
            </w:pPr>
          </w:p>
        </w:tc>
        <w:tc>
          <w:tcPr>
            <w:tcW w:w="5670" w:type="dxa"/>
            <w:vAlign w:val="center"/>
          </w:tcPr>
          <w:p w14:paraId="21A72122" w14:textId="51397FD3" w:rsidR="000241B8" w:rsidRPr="00E73809" w:rsidRDefault="001161B5" w:rsidP="006601C1">
            <w:pPr>
              <w:pStyle w:val="06TEKSTWACIWY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Dostrzega możliwości podnoszenia swoich kwalifikacji zawodowych</w:t>
            </w:r>
          </w:p>
        </w:tc>
        <w:tc>
          <w:tcPr>
            <w:tcW w:w="567" w:type="dxa"/>
            <w:vAlign w:val="center"/>
          </w:tcPr>
          <w:p w14:paraId="23AECB87" w14:textId="77777777" w:rsidR="000241B8" w:rsidRPr="001E6943" w:rsidRDefault="000241B8" w:rsidP="00BF093D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03C2BA09" w14:textId="77777777" w:rsidR="000241B8" w:rsidRPr="001E6943" w:rsidRDefault="000241B8" w:rsidP="00BF093D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6067A364" w14:textId="77777777" w:rsidR="000241B8" w:rsidRPr="001E6943" w:rsidRDefault="000241B8" w:rsidP="00BF093D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02F40F0B" w14:textId="77777777" w:rsidR="000241B8" w:rsidRPr="001E6943" w:rsidRDefault="000241B8" w:rsidP="00BF093D">
            <w:pPr>
              <w:pStyle w:val="06TEKSTWACIWY"/>
              <w:jc w:val="center"/>
            </w:pPr>
          </w:p>
        </w:tc>
      </w:tr>
      <w:tr w:rsidR="000241B8" w:rsidRPr="007124D2" w14:paraId="0C9928CB" w14:textId="77777777" w:rsidTr="002D345F">
        <w:trPr>
          <w:jc w:val="center"/>
        </w:trPr>
        <w:tc>
          <w:tcPr>
            <w:tcW w:w="988" w:type="dxa"/>
            <w:vMerge/>
          </w:tcPr>
          <w:p w14:paraId="71333B2E" w14:textId="77777777" w:rsidR="000241B8" w:rsidRPr="001E6943" w:rsidRDefault="000241B8" w:rsidP="00BF093D">
            <w:pPr>
              <w:pStyle w:val="06TEKSTWACIWY"/>
            </w:pPr>
          </w:p>
        </w:tc>
        <w:tc>
          <w:tcPr>
            <w:tcW w:w="5670" w:type="dxa"/>
            <w:vAlign w:val="center"/>
          </w:tcPr>
          <w:p w14:paraId="5572429B" w14:textId="552555B7" w:rsidR="000241B8" w:rsidRPr="00E73809" w:rsidRDefault="001161B5" w:rsidP="006601C1">
            <w:pPr>
              <w:pStyle w:val="06TEKSTWACIWY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Docenia wartość kreatywności w podejmowanych działaniach</w:t>
            </w:r>
          </w:p>
        </w:tc>
        <w:tc>
          <w:tcPr>
            <w:tcW w:w="567" w:type="dxa"/>
            <w:vAlign w:val="center"/>
          </w:tcPr>
          <w:p w14:paraId="1B72078E" w14:textId="77777777" w:rsidR="000241B8" w:rsidRPr="001E6943" w:rsidRDefault="000241B8" w:rsidP="00BF093D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0098A4DD" w14:textId="77777777" w:rsidR="000241B8" w:rsidRPr="001E6943" w:rsidRDefault="000241B8" w:rsidP="00BF093D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7AF95054" w14:textId="77777777" w:rsidR="000241B8" w:rsidRPr="001E6943" w:rsidRDefault="000241B8" w:rsidP="00BF093D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498BA080" w14:textId="77777777" w:rsidR="000241B8" w:rsidRPr="001E6943" w:rsidRDefault="000241B8" w:rsidP="00BF093D">
            <w:pPr>
              <w:pStyle w:val="06TEKSTWACIWY"/>
              <w:jc w:val="center"/>
            </w:pPr>
          </w:p>
        </w:tc>
      </w:tr>
    </w:tbl>
    <w:p w14:paraId="1AF53894" w14:textId="0225B5F1" w:rsidR="00A86A76" w:rsidRPr="001E6943" w:rsidRDefault="00D67016" w:rsidP="00A86A76">
      <w:pPr>
        <w:pStyle w:val="06TEKSTWACIWY"/>
        <w:tabs>
          <w:tab w:val="left" w:pos="567"/>
          <w:tab w:val="right" w:leader="dot" w:pos="3402"/>
          <w:tab w:val="left" w:pos="6005"/>
          <w:tab w:val="right" w:leader="dot" w:pos="8833"/>
        </w:tabs>
        <w:spacing w:before="600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7BC18669" wp14:editId="320B9E57">
                <wp:simplePos x="0" y="0"/>
                <wp:positionH relativeFrom="margin">
                  <wp:posOffset>401467</wp:posOffset>
                </wp:positionH>
                <wp:positionV relativeFrom="paragraph">
                  <wp:posOffset>344156</wp:posOffset>
                </wp:positionV>
                <wp:extent cx="1733340" cy="154904"/>
                <wp:effectExtent l="0" t="0" r="0" b="0"/>
                <wp:wrapNone/>
                <wp:docPr id="764369970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3340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D7288F" w14:textId="77777777" w:rsidR="00D67016" w:rsidRPr="00D40140" w:rsidRDefault="00D67016" w:rsidP="0029275D">
                            <w:pPr>
                              <w:pStyle w:val="06TEKSTWACIWY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C18669" id="_x0000_s1053" type="#_x0000_t202" style="position:absolute;left:0;text-align:left;margin-left:31.6pt;margin-top:27.1pt;width:136.5pt;height:12.2pt;z-index:251930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" filled="f" stroked="f" strokeweight=".5pt">
                <v:textbox inset=".1mm,.1mm,.1mm,.1mm">
                  <w:txbxContent>
                    <w:p w14:paraId="5FD7288F" w14:textId="77777777" w:rsidR="00D67016" w:rsidRPr="00D40140" w:rsidRDefault="00D67016" w:rsidP="0029275D">
                      <w:pPr>
                        <w:pStyle w:val="06TEKSTWACIWY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86A76" w:rsidRPr="001E6943">
        <w:tab/>
      </w:r>
      <w:r w:rsidR="00A86A76" w:rsidRPr="001E6943">
        <w:tab/>
      </w:r>
      <w:r w:rsidR="00A86A76" w:rsidRPr="001E6943">
        <w:tab/>
      </w:r>
      <w:r w:rsidR="00A86A76" w:rsidRPr="001E6943">
        <w:tab/>
      </w:r>
    </w:p>
    <w:p w14:paraId="163F29C5" w14:textId="0B6D6576" w:rsidR="000E3058" w:rsidRPr="00C81286" w:rsidRDefault="00A86A76" w:rsidP="00A86A76">
      <w:pPr>
        <w:pStyle w:val="06TEKSTWACIWY"/>
        <w:tabs>
          <w:tab w:val="center" w:pos="1985"/>
          <w:tab w:val="center" w:pos="7461"/>
        </w:tabs>
      </w:pPr>
      <w:r w:rsidRPr="001E6943">
        <w:rPr>
          <w:sz w:val="18"/>
          <w:szCs w:val="18"/>
        </w:rPr>
        <w:tab/>
      </w:r>
      <w:r>
        <w:rPr>
          <w:sz w:val="18"/>
          <w:szCs w:val="18"/>
        </w:rPr>
        <w:t>Miejscowość i data</w:t>
      </w:r>
      <w:r w:rsidRPr="001E6943">
        <w:rPr>
          <w:sz w:val="18"/>
          <w:szCs w:val="18"/>
        </w:rPr>
        <w:tab/>
        <w:t xml:space="preserve">Podpis </w:t>
      </w:r>
      <w:r>
        <w:rPr>
          <w:sz w:val="18"/>
          <w:szCs w:val="18"/>
        </w:rPr>
        <w:t xml:space="preserve">opiekuna praktyk </w:t>
      </w:r>
      <w:r w:rsidRPr="001E6943">
        <w:rPr>
          <w:sz w:val="18"/>
          <w:szCs w:val="18"/>
        </w:rPr>
        <w:t xml:space="preserve">i pieczęć </w:t>
      </w:r>
      <w:r>
        <w:rPr>
          <w:sz w:val="18"/>
          <w:szCs w:val="18"/>
        </w:rPr>
        <w:t>instytucji</w:t>
      </w:r>
    </w:p>
    <w:p w14:paraId="5149373C" w14:textId="77777777" w:rsidR="00992542" w:rsidRPr="00C81286" w:rsidRDefault="00992542" w:rsidP="00446961">
      <w:pPr>
        <w:pStyle w:val="06TEKSTWACIWY"/>
        <w:rPr>
          <w:sz w:val="40"/>
          <w:szCs w:val="40"/>
        </w:rPr>
      </w:pPr>
    </w:p>
    <w:p w14:paraId="1F917587" w14:textId="77777777" w:rsidR="002B0D37" w:rsidRDefault="002B0D37" w:rsidP="000E1E1B">
      <w:pPr>
        <w:pStyle w:val="06TEKSTWACIWY"/>
        <w:sectPr w:rsidR="002B0D37" w:rsidSect="00411799">
          <w:headerReference w:type="default" r:id="rId8"/>
          <w:footerReference w:type="default" r:id="rId9"/>
          <w:headerReference w:type="first" r:id="rId10"/>
          <w:footerReference w:type="first" r:id="rId11"/>
          <w:pgSz w:w="12240" w:h="15840"/>
          <w:pgMar w:top="1417" w:right="1417" w:bottom="1417" w:left="1417" w:header="720" w:footer="720" w:gutter="0"/>
          <w:cols w:space="720"/>
          <w:titlePg/>
          <w:docGrid w:linePitch="360"/>
        </w:sectPr>
      </w:pPr>
    </w:p>
    <w:p w14:paraId="69247F8B" w14:textId="2A85B011" w:rsidR="002B0D37" w:rsidRDefault="006A31C6" w:rsidP="00685D54">
      <w:pPr>
        <w:pStyle w:val="02podtytudokumentu"/>
      </w:pPr>
      <w:r w:rsidRPr="001E6943">
        <w:rPr>
          <w:rFonts w:eastAsiaTheme="minorEastAsia"/>
          <w:noProof/>
          <w14:ligatures w14:val="none"/>
        </w:rPr>
        <w:lastRenderedPageBreak/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721729E3" wp14:editId="4CD30BBC">
                <wp:simplePos x="0" y="0"/>
                <wp:positionH relativeFrom="margin">
                  <wp:posOffset>1590856</wp:posOffset>
                </wp:positionH>
                <wp:positionV relativeFrom="paragraph">
                  <wp:posOffset>1102088</wp:posOffset>
                </wp:positionV>
                <wp:extent cx="4404995" cy="154305"/>
                <wp:effectExtent l="0" t="0" r="1905" b="0"/>
                <wp:wrapNone/>
                <wp:docPr id="538778769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04995" cy="1543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F9EBB0B" w14:textId="77777777" w:rsidR="006A31C6" w:rsidRPr="00D40140" w:rsidRDefault="006A31C6" w:rsidP="006A31C6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1729E3" id="_x0000_s1054" type="#_x0000_t202" style="position:absolute;left:0;text-align:left;margin-left:125.25pt;margin-top:86.8pt;width:346.85pt;height:12.15pt;z-index:251919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" filled="f" stroked="f" strokeweight=".5pt">
                <v:textbox inset=".1mm,.1mm,.1mm,.1mm">
                  <w:txbxContent>
                    <w:p w14:paraId="2F9EBB0B" w14:textId="77777777" w:rsidR="006A31C6" w:rsidRPr="00D40140" w:rsidRDefault="006A31C6" w:rsidP="006A31C6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D7741" w:rsidRPr="001E6943">
        <w:t xml:space="preserve">Karta kompetencji praktykanta – studenta (blok praktyk </w:t>
      </w:r>
      <w:r w:rsidR="00ED7741">
        <w:t xml:space="preserve">nr </w:t>
      </w:r>
      <w:r w:rsidR="00685D54">
        <w:t>2</w:t>
      </w:r>
      <w:r w:rsidR="00ED7741" w:rsidRPr="001E6943">
        <w:t>)</w:t>
      </w:r>
      <w:r w:rsidR="00ED7741" w:rsidRPr="001E6943">
        <w:br/>
        <w:t>na kierunku Dziennikarstwo i Komunikacja Społeczna</w:t>
      </w:r>
      <w:r w:rsidR="00ED7741" w:rsidRPr="001E6943">
        <w:br/>
        <w:t>UKSW w Warszawie</w:t>
      </w:r>
    </w:p>
    <w:p w14:paraId="19A302C4" w14:textId="58161AB9" w:rsidR="006A31C6" w:rsidRPr="001E6943" w:rsidRDefault="006A31C6" w:rsidP="006A31C6">
      <w:pPr>
        <w:pStyle w:val="06TEKSTWACIWY"/>
        <w:tabs>
          <w:tab w:val="right" w:leader="dot" w:pos="940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7C5FBD5D" wp14:editId="7FF09264">
                <wp:simplePos x="0" y="0"/>
                <wp:positionH relativeFrom="margin">
                  <wp:posOffset>5082994</wp:posOffset>
                </wp:positionH>
                <wp:positionV relativeFrom="paragraph">
                  <wp:posOffset>238778</wp:posOffset>
                </wp:positionV>
                <wp:extent cx="898561" cy="154904"/>
                <wp:effectExtent l="0" t="0" r="3175" b="0"/>
                <wp:wrapNone/>
                <wp:docPr id="86294246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8561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59518A" w14:textId="77777777" w:rsidR="006A31C6" w:rsidRPr="00D40140" w:rsidRDefault="006A31C6" w:rsidP="006A31C6">
                            <w:pPr>
                              <w:pStyle w:val="06TEKSTWACIWY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FBD5D" id="_x0000_s1055" type="#_x0000_t202" style="position:absolute;left:0;text-align:left;margin-left:400.25pt;margin-top:18.8pt;width:70.75pt;height:12.2pt;z-index:251901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" filled="f" stroked="f" strokeweight=".5pt">
                <v:textbox inset=".1mm,.1mm,.1mm,.1mm">
                  <w:txbxContent>
                    <w:p w14:paraId="5359518A" w14:textId="77777777" w:rsidR="006A31C6" w:rsidRPr="00D40140" w:rsidRDefault="006A31C6" w:rsidP="006A31C6">
                      <w:pPr>
                        <w:pStyle w:val="06TEKSTWACIWY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4B2CFF0A" wp14:editId="1840EE17">
                <wp:simplePos x="0" y="0"/>
                <wp:positionH relativeFrom="margin">
                  <wp:posOffset>2951135</wp:posOffset>
                </wp:positionH>
                <wp:positionV relativeFrom="paragraph">
                  <wp:posOffset>254454</wp:posOffset>
                </wp:positionV>
                <wp:extent cx="1400339" cy="154904"/>
                <wp:effectExtent l="0" t="0" r="0" b="0"/>
                <wp:wrapNone/>
                <wp:docPr id="919153358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0339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499FA25" w14:textId="77777777" w:rsidR="006A31C6" w:rsidRPr="00D40140" w:rsidRDefault="006A31C6" w:rsidP="006A31C6">
                            <w:pPr>
                              <w:pStyle w:val="06TEKSTWACIWY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2CFF0A" id="_x0000_s1056" type="#_x0000_t202" style="position:absolute;left:0;text-align:left;margin-left:232.35pt;margin-top:20.05pt;width:110.25pt;height:12.2pt;z-index:251900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" filled="f" stroked="f" strokeweight=".5pt">
                <v:textbox inset=".1mm,.1mm,.1mm,.1mm">
                  <w:txbxContent>
                    <w:p w14:paraId="2499FA25" w14:textId="77777777" w:rsidR="006A31C6" w:rsidRPr="00D40140" w:rsidRDefault="006A31C6" w:rsidP="006A31C6">
                      <w:pPr>
                        <w:pStyle w:val="06TEKSTWACIWY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0DFA9876" wp14:editId="61B7B1DE">
                <wp:simplePos x="0" y="0"/>
                <wp:positionH relativeFrom="margin">
                  <wp:posOffset>855852</wp:posOffset>
                </wp:positionH>
                <wp:positionV relativeFrom="paragraph">
                  <wp:posOffset>238778</wp:posOffset>
                </wp:positionV>
                <wp:extent cx="987189" cy="154904"/>
                <wp:effectExtent l="0" t="0" r="3810" b="0"/>
                <wp:wrapNone/>
                <wp:docPr id="1769663175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7189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1E1D35" w14:textId="77777777" w:rsidR="006A31C6" w:rsidRPr="00D40140" w:rsidRDefault="006A31C6" w:rsidP="006A31C6">
                            <w:pPr>
                              <w:pStyle w:val="06TEKSTWACIWY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FA9876" id="_x0000_s1057" type="#_x0000_t202" style="position:absolute;left:0;text-align:left;margin-left:67.4pt;margin-top:18.8pt;width:77.75pt;height:12.2pt;z-index:251899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" filled="f" stroked="f" strokeweight=".5pt">
                <v:textbox inset=".1mm,.1mm,.1mm,.1mm">
                  <w:txbxContent>
                    <w:p w14:paraId="421E1D35" w14:textId="77777777" w:rsidR="006A31C6" w:rsidRPr="00D40140" w:rsidRDefault="006A31C6" w:rsidP="006A31C6">
                      <w:pPr>
                        <w:pStyle w:val="06TEKSTWACIWY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t xml:space="preserve">Imię i nazwisko studenta </w:t>
      </w:r>
      <w:r w:rsidRPr="001E6943">
        <w:tab/>
      </w:r>
    </w:p>
    <w:p w14:paraId="1DADD333" w14:textId="77777777" w:rsidR="006A31C6" w:rsidRPr="001E6943" w:rsidRDefault="006A31C6" w:rsidP="006A31C6">
      <w:pPr>
        <w:pStyle w:val="06TEKSTWACIWY"/>
        <w:tabs>
          <w:tab w:val="right" w:leader="dot" w:pos="4536"/>
          <w:tab w:val="right" w:leader="dot" w:pos="7938"/>
          <w:tab w:val="right" w:leader="dot" w:pos="940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5F2F8B08" wp14:editId="3DF595A3">
                <wp:simplePos x="0" y="0"/>
                <wp:positionH relativeFrom="margin">
                  <wp:posOffset>3102664</wp:posOffset>
                </wp:positionH>
                <wp:positionV relativeFrom="paragraph">
                  <wp:posOffset>247596</wp:posOffset>
                </wp:positionV>
                <wp:extent cx="2879254" cy="154904"/>
                <wp:effectExtent l="0" t="0" r="3810" b="0"/>
                <wp:wrapNone/>
                <wp:docPr id="889293346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9254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85343D6" w14:textId="77777777" w:rsidR="006A31C6" w:rsidRPr="00D40140" w:rsidRDefault="006A31C6" w:rsidP="006A31C6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2F8B08" id="_x0000_s1058" type="#_x0000_t202" style="position:absolute;left:0;text-align:left;margin-left:244.3pt;margin-top:19.5pt;width:226.7pt;height:12.2pt;z-index:251902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" filled="f" stroked="f" strokeweight=".5pt">
                <v:textbox inset=".1mm,.1mm,.1mm,.1mm">
                  <w:txbxContent>
                    <w:p w14:paraId="185343D6" w14:textId="77777777" w:rsidR="006A31C6" w:rsidRPr="00D40140" w:rsidRDefault="006A31C6" w:rsidP="006A31C6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t xml:space="preserve">Rok studiów </w:t>
      </w:r>
      <w:r w:rsidRPr="001E6943">
        <w:tab/>
        <w:t xml:space="preserve"> Stopień studiów </w:t>
      </w:r>
      <w:r w:rsidRPr="001E6943">
        <w:tab/>
        <w:t xml:space="preserve"> Nr albumu</w:t>
      </w:r>
      <w:r w:rsidRPr="001E6943">
        <w:tab/>
      </w:r>
    </w:p>
    <w:p w14:paraId="308C15A2" w14:textId="77777777" w:rsidR="006A31C6" w:rsidRPr="001E6943" w:rsidRDefault="006A31C6" w:rsidP="006A31C6">
      <w:pPr>
        <w:pStyle w:val="06TEKSTWACIWY"/>
        <w:tabs>
          <w:tab w:val="right" w:leader="dot" w:pos="940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117A5EFE" wp14:editId="1E9AE269">
                <wp:simplePos x="0" y="0"/>
                <wp:positionH relativeFrom="margin">
                  <wp:posOffset>1028283</wp:posOffset>
                </wp:positionH>
                <wp:positionV relativeFrom="paragraph">
                  <wp:posOffset>245963</wp:posOffset>
                </wp:positionV>
                <wp:extent cx="4953236" cy="154904"/>
                <wp:effectExtent l="0" t="0" r="0" b="0"/>
                <wp:wrapNone/>
                <wp:docPr id="2107971976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3236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8F8972" w14:textId="77777777" w:rsidR="006A31C6" w:rsidRPr="00D40140" w:rsidRDefault="006A31C6" w:rsidP="006A31C6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7A5EFE" id="_x0000_s1059" type="#_x0000_t202" style="position:absolute;left:0;text-align:left;margin-left:80.95pt;margin-top:19.35pt;width:390pt;height:12.2pt;z-index:251904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" filled="f" stroked="f" strokeweight=".5pt">
                <v:textbox inset=".1mm,.1mm,.1mm,.1mm">
                  <w:txbxContent>
                    <w:p w14:paraId="308F8972" w14:textId="77777777" w:rsidR="006A31C6" w:rsidRPr="00D40140" w:rsidRDefault="006A31C6" w:rsidP="006A31C6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t xml:space="preserve">Nazwa instytucji, w której zrealizowano praktykę </w:t>
      </w:r>
      <w:r w:rsidRPr="001E6943">
        <w:tab/>
      </w:r>
    </w:p>
    <w:p w14:paraId="0926B3FB" w14:textId="77777777" w:rsidR="006A31C6" w:rsidRPr="001E6943" w:rsidRDefault="006A31C6" w:rsidP="006A31C6">
      <w:pPr>
        <w:pStyle w:val="06TEKSTWACIWY"/>
        <w:tabs>
          <w:tab w:val="right" w:leader="dot" w:pos="940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36EC8919" wp14:editId="2B544B57">
                <wp:simplePos x="0" y="0"/>
                <wp:positionH relativeFrom="margin">
                  <wp:posOffset>1179812</wp:posOffset>
                </wp:positionH>
                <wp:positionV relativeFrom="paragraph">
                  <wp:posOffset>244330</wp:posOffset>
                </wp:positionV>
                <wp:extent cx="370749" cy="154305"/>
                <wp:effectExtent l="0" t="0" r="0" b="0"/>
                <wp:wrapNone/>
                <wp:docPr id="1940118107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749" cy="1543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DB0F38" w14:textId="77777777" w:rsidR="006A31C6" w:rsidRPr="00D40140" w:rsidRDefault="006A31C6" w:rsidP="006A31C6">
                            <w:pPr>
                              <w:pStyle w:val="06TEKSTWACIWY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EC8919" id="_x0000_s1060" type="#_x0000_t202" style="position:absolute;left:0;text-align:left;margin-left:92.9pt;margin-top:19.25pt;width:29.2pt;height:12.15pt;z-index:251905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" filled="f" stroked="f" strokeweight=".5pt">
                <v:textbox inset=".1mm,.1mm,.1mm,.1mm">
                  <w:txbxContent>
                    <w:p w14:paraId="33DB0F38" w14:textId="77777777" w:rsidR="006A31C6" w:rsidRPr="00D40140" w:rsidRDefault="006A31C6" w:rsidP="006A31C6">
                      <w:pPr>
                        <w:pStyle w:val="06TEKSTWACIWY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5BDB187A" wp14:editId="7F46F248">
                <wp:simplePos x="0" y="0"/>
                <wp:positionH relativeFrom="margin">
                  <wp:posOffset>2679427</wp:posOffset>
                </wp:positionH>
                <wp:positionV relativeFrom="paragraph">
                  <wp:posOffset>244330</wp:posOffset>
                </wp:positionV>
                <wp:extent cx="323959" cy="154305"/>
                <wp:effectExtent l="0" t="0" r="6350" b="0"/>
                <wp:wrapNone/>
                <wp:docPr id="1631907499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959" cy="1543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2ADD13" w14:textId="77777777" w:rsidR="006A31C6" w:rsidRPr="00D40140" w:rsidRDefault="006A31C6" w:rsidP="006A31C6">
                            <w:pPr>
                              <w:pStyle w:val="06TEKSTWACIWY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DB187A" id="_x0000_s1061" type="#_x0000_t202" style="position:absolute;left:0;text-align:left;margin-left:211pt;margin-top:19.25pt;width:25.5pt;height:12.15pt;z-index:251908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" filled="f" stroked="f" strokeweight=".5pt">
                <v:textbox inset=".1mm,.1mm,.1mm,.1mm">
                  <w:txbxContent>
                    <w:p w14:paraId="3C2ADD13" w14:textId="77777777" w:rsidR="006A31C6" w:rsidRPr="00D40140" w:rsidRDefault="006A31C6" w:rsidP="006A31C6">
                      <w:pPr>
                        <w:pStyle w:val="06TEKSTWACIWY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5FC9BEEC" wp14:editId="59AE4CDC">
                <wp:simplePos x="0" y="0"/>
                <wp:positionH relativeFrom="margin">
                  <wp:posOffset>3102664</wp:posOffset>
                </wp:positionH>
                <wp:positionV relativeFrom="paragraph">
                  <wp:posOffset>244330</wp:posOffset>
                </wp:positionV>
                <wp:extent cx="318734" cy="154305"/>
                <wp:effectExtent l="0" t="0" r="0" b="0"/>
                <wp:wrapNone/>
                <wp:docPr id="132386274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734" cy="1543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001D65" w14:textId="77777777" w:rsidR="006A31C6" w:rsidRPr="00D40140" w:rsidRDefault="006A31C6" w:rsidP="006A31C6">
                            <w:pPr>
                              <w:pStyle w:val="06TEKSTWACIWY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C9BEEC" id="_x0000_s1062" type="#_x0000_t202" style="position:absolute;left:0;text-align:left;margin-left:244.3pt;margin-top:19.25pt;width:25.1pt;height:12.15pt;z-index:251909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" filled="f" stroked="f" strokeweight=".5pt">
                <v:textbox inset=".1mm,.1mm,.1mm,.1mm">
                  <w:txbxContent>
                    <w:p w14:paraId="07001D65" w14:textId="77777777" w:rsidR="006A31C6" w:rsidRPr="00D40140" w:rsidRDefault="006A31C6" w:rsidP="006A31C6">
                      <w:pPr>
                        <w:pStyle w:val="06TEKSTWACIWY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0EC767B2" wp14:editId="12E1CDFD">
                <wp:simplePos x="0" y="0"/>
                <wp:positionH relativeFrom="margin">
                  <wp:posOffset>3520676</wp:posOffset>
                </wp:positionH>
                <wp:positionV relativeFrom="paragraph">
                  <wp:posOffset>244330</wp:posOffset>
                </wp:positionV>
                <wp:extent cx="329184" cy="154305"/>
                <wp:effectExtent l="0" t="0" r="1270" b="0"/>
                <wp:wrapNone/>
                <wp:docPr id="1338202819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184" cy="1543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5D1E59" w14:textId="77777777" w:rsidR="006A31C6" w:rsidRPr="00D40140" w:rsidRDefault="006A31C6" w:rsidP="006A31C6">
                            <w:pPr>
                              <w:pStyle w:val="06TEKSTWACIWY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C767B2" id="_x0000_s1063" type="#_x0000_t202" style="position:absolute;left:0;text-align:left;margin-left:277.2pt;margin-top:19.25pt;width:25.9pt;height:12.15pt;z-index:251910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" filled="f" stroked="f" strokeweight=".5pt">
                <v:textbox inset=".1mm,.1mm,.1mm,.1mm">
                  <w:txbxContent>
                    <w:p w14:paraId="4B5D1E59" w14:textId="77777777" w:rsidR="006A31C6" w:rsidRPr="00D40140" w:rsidRDefault="006A31C6" w:rsidP="006A31C6">
                      <w:pPr>
                        <w:pStyle w:val="06TEKSTWACIWY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7BA830D5" wp14:editId="7E6657FB">
                <wp:simplePos x="0" y="0"/>
                <wp:positionH relativeFrom="margin">
                  <wp:posOffset>2063333</wp:posOffset>
                </wp:positionH>
                <wp:positionV relativeFrom="paragraph">
                  <wp:posOffset>244711</wp:posOffset>
                </wp:positionV>
                <wp:extent cx="397111" cy="154904"/>
                <wp:effectExtent l="0" t="0" r="0" b="0"/>
                <wp:wrapNone/>
                <wp:docPr id="243870805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7111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CB69BA" w14:textId="77777777" w:rsidR="006A31C6" w:rsidRPr="00D40140" w:rsidRDefault="006A31C6" w:rsidP="006A31C6">
                            <w:pPr>
                              <w:pStyle w:val="06TEKSTWACIWY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A830D5" id="_x0000_s1064" type="#_x0000_t202" style="position:absolute;left:0;text-align:left;margin-left:162.45pt;margin-top:19.25pt;width:31.25pt;height:12.2pt;z-index:251907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" filled="f" stroked="f" strokeweight=".5pt">
                <v:textbox inset=".1mm,.1mm,.1mm,.1mm">
                  <w:txbxContent>
                    <w:p w14:paraId="23CB69BA" w14:textId="77777777" w:rsidR="006A31C6" w:rsidRPr="00D40140" w:rsidRDefault="006A31C6" w:rsidP="006A31C6">
                      <w:pPr>
                        <w:pStyle w:val="06TEKSTWACIWY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374A3B16" wp14:editId="35C97B0F">
                <wp:simplePos x="0" y="0"/>
                <wp:positionH relativeFrom="margin">
                  <wp:posOffset>1629428</wp:posOffset>
                </wp:positionH>
                <wp:positionV relativeFrom="paragraph">
                  <wp:posOffset>244711</wp:posOffset>
                </wp:positionV>
                <wp:extent cx="397111" cy="154904"/>
                <wp:effectExtent l="0" t="0" r="0" b="0"/>
                <wp:wrapNone/>
                <wp:docPr id="1089106493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7111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E90738" w14:textId="77777777" w:rsidR="006A31C6" w:rsidRPr="00D40140" w:rsidRDefault="006A31C6" w:rsidP="006A31C6">
                            <w:pPr>
                              <w:pStyle w:val="06TEKSTWACIWY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4A3B16" id="_x0000_s1065" type="#_x0000_t202" style="position:absolute;left:0;text-align:left;margin-left:128.3pt;margin-top:19.25pt;width:31.25pt;height:12.2pt;z-index:251906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" filled="f" stroked="f" strokeweight=".5pt">
                <v:textbox inset=".1mm,.1mm,.1mm,.1mm">
                  <w:txbxContent>
                    <w:p w14:paraId="20E90738" w14:textId="77777777" w:rsidR="006A31C6" w:rsidRPr="00D40140" w:rsidRDefault="006A31C6" w:rsidP="006A31C6">
                      <w:pPr>
                        <w:pStyle w:val="06TEKSTWACIWY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t xml:space="preserve">Adres instytucji </w:t>
      </w:r>
      <w:r w:rsidRPr="001E6943">
        <w:tab/>
      </w:r>
    </w:p>
    <w:p w14:paraId="2CD36CA4" w14:textId="77777777" w:rsidR="006A31C6" w:rsidRPr="001E6943" w:rsidRDefault="006A31C6" w:rsidP="006A31C6">
      <w:pPr>
        <w:pStyle w:val="06TEKSTWACIWY"/>
        <w:tabs>
          <w:tab w:val="right" w:leader="dot" w:pos="2552"/>
          <w:tab w:val="right" w:leader="dot" w:pos="3261"/>
          <w:tab w:val="right" w:leader="dot" w:pos="4111"/>
          <w:tab w:val="right" w:leader="dot" w:pos="4820"/>
          <w:tab w:val="right" w:leader="dot" w:pos="5529"/>
          <w:tab w:val="right" w:leader="dot" w:pos="609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0D82AD8B" wp14:editId="69485EB9">
                <wp:simplePos x="0" y="0"/>
                <wp:positionH relativeFrom="margin">
                  <wp:posOffset>1738901</wp:posOffset>
                </wp:positionH>
                <wp:positionV relativeFrom="paragraph">
                  <wp:posOffset>247922</wp:posOffset>
                </wp:positionV>
                <wp:extent cx="4242381" cy="154904"/>
                <wp:effectExtent l="0" t="0" r="0" b="0"/>
                <wp:wrapNone/>
                <wp:docPr id="75281199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42381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F69D3D" w14:textId="77777777" w:rsidR="006A31C6" w:rsidRPr="00D40140" w:rsidRDefault="006A31C6" w:rsidP="006A31C6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82AD8B" id="_x0000_s1066" type="#_x0000_t202" style="position:absolute;left:0;text-align:left;margin-left:136.9pt;margin-top:19.5pt;width:334.05pt;height:12.2pt;z-index:251911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" filled="f" stroked="f" strokeweight=".5pt">
                <v:textbox inset=".1mm,.1mm,.1mm,.1mm">
                  <w:txbxContent>
                    <w:p w14:paraId="2DF69D3D" w14:textId="77777777" w:rsidR="006A31C6" w:rsidRPr="00D40140" w:rsidRDefault="006A31C6" w:rsidP="006A31C6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t xml:space="preserve">Termin praktyk od </w:t>
      </w:r>
      <w:r w:rsidRPr="001E6943">
        <w:tab/>
        <w:t>/</w:t>
      </w:r>
      <w:r w:rsidRPr="001E6943">
        <w:tab/>
        <w:t>/</w:t>
      </w:r>
      <w:r w:rsidRPr="001E6943">
        <w:tab/>
        <w:t xml:space="preserve"> do </w:t>
      </w:r>
      <w:r w:rsidRPr="001E6943">
        <w:tab/>
        <w:t>/</w:t>
      </w:r>
      <w:r w:rsidRPr="001E6943">
        <w:tab/>
        <w:t>/</w:t>
      </w:r>
      <w:r w:rsidRPr="001E6943">
        <w:tab/>
      </w:r>
    </w:p>
    <w:p w14:paraId="45FB9BDB" w14:textId="77777777" w:rsidR="006A31C6" w:rsidRPr="001E6943" w:rsidRDefault="006A31C6" w:rsidP="006A31C6">
      <w:pPr>
        <w:pStyle w:val="06TEKSTWACIWY"/>
        <w:tabs>
          <w:tab w:val="right" w:leader="dot" w:pos="9406"/>
        </w:tabs>
        <w:spacing w:line="360" w:lineRule="auto"/>
      </w:pPr>
      <w:r w:rsidRPr="001E6943">
        <w:t xml:space="preserve">Zrealizowana liczba godzin </w:t>
      </w:r>
      <w:r w:rsidRPr="001E6943">
        <w:tab/>
      </w:r>
    </w:p>
    <w:p w14:paraId="6096F6F3" w14:textId="7AE225DB" w:rsidR="006A31C6" w:rsidRPr="001E6943" w:rsidRDefault="006A31C6" w:rsidP="006A31C6">
      <w:pPr>
        <w:pStyle w:val="06TEKSTWACIWY"/>
        <w:spacing w:before="600"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1866C603" wp14:editId="1EBBE5C8">
                <wp:simplePos x="0" y="0"/>
                <wp:positionH relativeFrom="margin">
                  <wp:posOffset>238760</wp:posOffset>
                </wp:positionH>
                <wp:positionV relativeFrom="paragraph">
                  <wp:posOffset>610235</wp:posOffset>
                </wp:positionV>
                <wp:extent cx="5741416" cy="154904"/>
                <wp:effectExtent l="0" t="0" r="0" b="0"/>
                <wp:wrapNone/>
                <wp:docPr id="439497338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1416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D8C43E" w14:textId="77777777" w:rsidR="006A31C6" w:rsidRPr="00D40140" w:rsidRDefault="006A31C6" w:rsidP="006A31C6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66C603" id="_x0000_s1067" type="#_x0000_t202" style="position:absolute;left:0;text-align:left;margin-left:18.8pt;margin-top:48.05pt;width:452.1pt;height:12.2pt;z-index:251912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" filled="f" stroked="f" strokeweight=".5pt">
                <v:textbox inset=".1mm,.1mm,.1mm,.1mm">
                  <w:txbxContent>
                    <w:p w14:paraId="7DD8C43E" w14:textId="77777777" w:rsidR="006A31C6" w:rsidRPr="00D40140" w:rsidRDefault="006A31C6" w:rsidP="006A31C6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t>Zakres obowiązków w trakcie wykonywania praktyki (wypełnia student):</w:t>
      </w:r>
    </w:p>
    <w:p w14:paraId="1A8CB2AE" w14:textId="47E36D3A" w:rsidR="006A31C6" w:rsidRPr="001E6943" w:rsidRDefault="006A31C6" w:rsidP="006A31C6">
      <w:pPr>
        <w:pStyle w:val="08-listanumerowana"/>
        <w:numPr>
          <w:ilvl w:val="0"/>
          <w:numId w:val="22"/>
        </w:numPr>
        <w:tabs>
          <w:tab w:val="right" w:leader="dot" w:pos="940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26A34262" wp14:editId="296AE1A1">
                <wp:simplePos x="0" y="0"/>
                <wp:positionH relativeFrom="margin">
                  <wp:posOffset>240665</wp:posOffset>
                </wp:positionH>
                <wp:positionV relativeFrom="paragraph">
                  <wp:posOffset>248920</wp:posOffset>
                </wp:positionV>
                <wp:extent cx="5741416" cy="154904"/>
                <wp:effectExtent l="0" t="0" r="0" b="0"/>
                <wp:wrapNone/>
                <wp:docPr id="303028368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1416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5480A1" w14:textId="77777777" w:rsidR="006A31C6" w:rsidRPr="00D40140" w:rsidRDefault="006A31C6" w:rsidP="006A31C6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A34262" id="_x0000_s1068" type="#_x0000_t202" style="position:absolute;left:0;text-align:left;margin-left:18.95pt;margin-top:19.6pt;width:452.1pt;height:12.2pt;z-index:251913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" filled="f" stroked="f" strokeweight=".5pt">
                <v:textbox inset=".1mm,.1mm,.1mm,.1mm">
                  <w:txbxContent>
                    <w:p w14:paraId="545480A1" w14:textId="77777777" w:rsidR="006A31C6" w:rsidRPr="00D40140" w:rsidRDefault="006A31C6" w:rsidP="006A31C6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tab/>
      </w:r>
    </w:p>
    <w:p w14:paraId="22AF6DFE" w14:textId="77777777" w:rsidR="006A31C6" w:rsidRPr="001E6943" w:rsidRDefault="006A31C6" w:rsidP="006A31C6">
      <w:pPr>
        <w:pStyle w:val="08-listanumerowana"/>
        <w:numPr>
          <w:ilvl w:val="0"/>
          <w:numId w:val="18"/>
        </w:numPr>
        <w:tabs>
          <w:tab w:val="right" w:leader="dot" w:pos="940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22D6C055" wp14:editId="045EAB45">
                <wp:simplePos x="0" y="0"/>
                <wp:positionH relativeFrom="margin">
                  <wp:posOffset>239395</wp:posOffset>
                </wp:positionH>
                <wp:positionV relativeFrom="paragraph">
                  <wp:posOffset>241300</wp:posOffset>
                </wp:positionV>
                <wp:extent cx="5741416" cy="154904"/>
                <wp:effectExtent l="0" t="0" r="0" b="0"/>
                <wp:wrapNone/>
                <wp:docPr id="2135460699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1416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F2C066" w14:textId="77777777" w:rsidR="006A31C6" w:rsidRPr="00D40140" w:rsidRDefault="006A31C6" w:rsidP="006A31C6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D6C055" id="_x0000_s1069" type="#_x0000_t202" style="position:absolute;left:0;text-align:left;margin-left:18.85pt;margin-top:19pt;width:452.1pt;height:12.2pt;z-index:251914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" filled="f" stroked="f" strokeweight=".5pt">
                <v:textbox inset=".1mm,.1mm,.1mm,.1mm">
                  <w:txbxContent>
                    <w:p w14:paraId="0CF2C066" w14:textId="77777777" w:rsidR="006A31C6" w:rsidRPr="00D40140" w:rsidRDefault="006A31C6" w:rsidP="006A31C6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tab/>
      </w:r>
    </w:p>
    <w:p w14:paraId="3F1B6644" w14:textId="77777777" w:rsidR="006A31C6" w:rsidRPr="001E6943" w:rsidRDefault="006A31C6" w:rsidP="006A31C6">
      <w:pPr>
        <w:pStyle w:val="08-listanumerowana"/>
        <w:numPr>
          <w:ilvl w:val="0"/>
          <w:numId w:val="18"/>
        </w:numPr>
        <w:tabs>
          <w:tab w:val="right" w:leader="dot" w:pos="940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6476B523" wp14:editId="3EDD1802">
                <wp:simplePos x="0" y="0"/>
                <wp:positionH relativeFrom="margin">
                  <wp:posOffset>239395</wp:posOffset>
                </wp:positionH>
                <wp:positionV relativeFrom="paragraph">
                  <wp:posOffset>245745</wp:posOffset>
                </wp:positionV>
                <wp:extent cx="5741416" cy="154904"/>
                <wp:effectExtent l="0" t="0" r="0" b="0"/>
                <wp:wrapNone/>
                <wp:docPr id="1748494206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1416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E13582" w14:textId="77777777" w:rsidR="006A31C6" w:rsidRPr="00D40140" w:rsidRDefault="006A31C6" w:rsidP="006A31C6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76B523" id="_x0000_s1070" type="#_x0000_t202" style="position:absolute;left:0;text-align:left;margin-left:18.85pt;margin-top:19.35pt;width:452.1pt;height:12.2pt;z-index:251915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" filled="f" stroked="f" strokeweight=".5pt">
                <v:textbox inset=".1mm,.1mm,.1mm,.1mm">
                  <w:txbxContent>
                    <w:p w14:paraId="3EE13582" w14:textId="77777777" w:rsidR="006A31C6" w:rsidRPr="00D40140" w:rsidRDefault="006A31C6" w:rsidP="006A31C6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tab/>
      </w:r>
    </w:p>
    <w:p w14:paraId="192F1300" w14:textId="77777777" w:rsidR="006A31C6" w:rsidRPr="001E6943" w:rsidRDefault="006A31C6" w:rsidP="006A31C6">
      <w:pPr>
        <w:pStyle w:val="08-listanumerowana"/>
        <w:numPr>
          <w:ilvl w:val="0"/>
          <w:numId w:val="18"/>
        </w:numPr>
        <w:tabs>
          <w:tab w:val="right" w:leader="dot" w:pos="940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32BA8FFF" wp14:editId="42EEE96E">
                <wp:simplePos x="0" y="0"/>
                <wp:positionH relativeFrom="margin">
                  <wp:posOffset>239395</wp:posOffset>
                </wp:positionH>
                <wp:positionV relativeFrom="paragraph">
                  <wp:posOffset>243205</wp:posOffset>
                </wp:positionV>
                <wp:extent cx="5741416" cy="154904"/>
                <wp:effectExtent l="0" t="0" r="0" b="0"/>
                <wp:wrapNone/>
                <wp:docPr id="753358000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1416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995942" w14:textId="77777777" w:rsidR="006A31C6" w:rsidRPr="00D40140" w:rsidRDefault="006A31C6" w:rsidP="006A31C6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BA8FFF" id="_x0000_s1071" type="#_x0000_t202" style="position:absolute;left:0;text-align:left;margin-left:18.85pt;margin-top:19.15pt;width:452.1pt;height:12.2pt;z-index:251916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" filled="f" stroked="f" strokeweight=".5pt">
                <v:textbox inset=".1mm,.1mm,.1mm,.1mm">
                  <w:txbxContent>
                    <w:p w14:paraId="70995942" w14:textId="77777777" w:rsidR="006A31C6" w:rsidRPr="00D40140" w:rsidRDefault="006A31C6" w:rsidP="006A31C6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tab/>
      </w:r>
    </w:p>
    <w:p w14:paraId="3DF8A7BD" w14:textId="77777777" w:rsidR="006A31C6" w:rsidRPr="001E6943" w:rsidRDefault="006A31C6" w:rsidP="006A31C6">
      <w:pPr>
        <w:pStyle w:val="08-listanumerowana"/>
        <w:numPr>
          <w:ilvl w:val="0"/>
          <w:numId w:val="18"/>
        </w:numPr>
        <w:tabs>
          <w:tab w:val="right" w:leader="dot" w:pos="9406"/>
        </w:tabs>
        <w:spacing w:line="360" w:lineRule="auto"/>
      </w:pPr>
      <w:r w:rsidRPr="001E6943">
        <w:tab/>
      </w:r>
    </w:p>
    <w:p w14:paraId="0747D51B" w14:textId="77777777" w:rsidR="006A31C6" w:rsidRPr="001E6943" w:rsidRDefault="006A31C6" w:rsidP="006A31C6">
      <w:pPr>
        <w:pStyle w:val="06TEKSTWACIWY"/>
        <w:tabs>
          <w:tab w:val="left" w:pos="567"/>
          <w:tab w:val="right" w:leader="dot" w:pos="3402"/>
          <w:tab w:val="left" w:pos="6005"/>
          <w:tab w:val="right" w:leader="dot" w:pos="8833"/>
        </w:tabs>
        <w:spacing w:before="960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513EBAD2" wp14:editId="6E91E9F8">
                <wp:simplePos x="0" y="0"/>
                <wp:positionH relativeFrom="margin">
                  <wp:posOffset>355981</wp:posOffset>
                </wp:positionH>
                <wp:positionV relativeFrom="paragraph">
                  <wp:posOffset>596900</wp:posOffset>
                </wp:positionV>
                <wp:extent cx="1786128" cy="154904"/>
                <wp:effectExtent l="0" t="0" r="5080" b="0"/>
                <wp:wrapNone/>
                <wp:docPr id="1294312017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6128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6CB610" w14:textId="77777777" w:rsidR="006A31C6" w:rsidRPr="00D40140" w:rsidRDefault="006A31C6" w:rsidP="006A31C6">
                            <w:pPr>
                              <w:pStyle w:val="06TEKSTWACIWY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3EBAD2" id="_x0000_s1072" type="#_x0000_t202" style="position:absolute;left:0;text-align:left;margin-left:28.05pt;margin-top:47pt;width:140.65pt;height:12.2pt;z-index:251917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" filled="f" stroked="f" strokeweight=".5pt">
                <v:textbox inset=".1mm,.1mm,.1mm,.1mm">
                  <w:txbxContent>
                    <w:p w14:paraId="5D6CB610" w14:textId="77777777" w:rsidR="006A31C6" w:rsidRPr="00D40140" w:rsidRDefault="006A31C6" w:rsidP="006A31C6">
                      <w:pPr>
                        <w:pStyle w:val="06TEKSTWACIWY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tab/>
      </w:r>
      <w:r w:rsidRPr="001E6943">
        <w:tab/>
      </w:r>
      <w:r w:rsidRPr="001E6943">
        <w:tab/>
      </w:r>
      <w:r w:rsidRPr="001E6943">
        <w:tab/>
      </w:r>
    </w:p>
    <w:p w14:paraId="69C71F4F" w14:textId="77777777" w:rsidR="006A31C6" w:rsidRPr="001E6943" w:rsidRDefault="006A31C6" w:rsidP="006A31C6">
      <w:pPr>
        <w:pStyle w:val="06TEKSTWACIWY"/>
        <w:tabs>
          <w:tab w:val="center" w:pos="1988"/>
          <w:tab w:val="center" w:pos="7433"/>
        </w:tabs>
        <w:spacing w:line="360" w:lineRule="auto"/>
        <w:rPr>
          <w:sz w:val="18"/>
          <w:szCs w:val="18"/>
        </w:rPr>
      </w:pPr>
      <w:r w:rsidRPr="001E6943">
        <w:rPr>
          <w:sz w:val="18"/>
          <w:szCs w:val="18"/>
        </w:rPr>
        <w:tab/>
        <w:t>Miejscowość i data</w:t>
      </w:r>
      <w:r w:rsidRPr="001E6943">
        <w:rPr>
          <w:sz w:val="18"/>
          <w:szCs w:val="18"/>
        </w:rPr>
        <w:tab/>
        <w:t>Podpis studenta</w:t>
      </w:r>
    </w:p>
    <w:p w14:paraId="170903E0" w14:textId="77777777" w:rsidR="006A31C6" w:rsidRPr="001E6943" w:rsidRDefault="006A31C6" w:rsidP="006A31C6">
      <w:pPr>
        <w:pStyle w:val="06TEKSTWACIWY"/>
        <w:spacing w:before="720" w:after="360" w:line="360" w:lineRule="auto"/>
        <w:rPr>
          <w:b/>
          <w:bCs/>
        </w:rPr>
      </w:pPr>
      <w:r w:rsidRPr="001E6943">
        <w:rPr>
          <w:b/>
          <w:bCs/>
        </w:rPr>
        <w:t>ZALICZENIE PRAKTYKI PRZEZ PEŁNOMOCNIKA DZIEKANA ds. PRAKTYK:</w:t>
      </w:r>
    </w:p>
    <w:p w14:paraId="4FE66A9C" w14:textId="77777777" w:rsidR="006A31C6" w:rsidRPr="001E6943" w:rsidRDefault="006A31C6" w:rsidP="006A31C6">
      <w:pPr>
        <w:pStyle w:val="06TEKSTWACIWY"/>
        <w:tabs>
          <w:tab w:val="right" w:leader="dot" w:pos="9406"/>
        </w:tabs>
        <w:spacing w:line="360" w:lineRule="auto"/>
      </w:pPr>
      <w:r w:rsidRPr="001E6943">
        <w:rPr>
          <w:i/>
          <w:iCs/>
        </w:rPr>
        <w:t xml:space="preserve">Zaliczam / nie zaliczam </w:t>
      </w:r>
      <w:r w:rsidRPr="001E6943">
        <w:t xml:space="preserve">praktykę kierunkową / praktyki kierunkowej w wymiarze </w:t>
      </w:r>
      <w:r w:rsidRPr="001E6943">
        <w:tab/>
        <w:t xml:space="preserve"> godzin.</w:t>
      </w:r>
    </w:p>
    <w:p w14:paraId="5594D264" w14:textId="77777777" w:rsidR="006A31C6" w:rsidRPr="001E6943" w:rsidRDefault="006A31C6" w:rsidP="006A31C6">
      <w:pPr>
        <w:pStyle w:val="06TEKSTWACIWY"/>
        <w:tabs>
          <w:tab w:val="right" w:leader="dot" w:pos="9406"/>
        </w:tabs>
        <w:spacing w:line="360" w:lineRule="auto"/>
      </w:pPr>
      <w:r w:rsidRPr="001E6943">
        <w:t xml:space="preserve">Ocena: </w:t>
      </w:r>
      <w:r w:rsidRPr="001E6943">
        <w:tab/>
      </w:r>
    </w:p>
    <w:p w14:paraId="49581980" w14:textId="77777777" w:rsidR="006A31C6" w:rsidRPr="001E6943" w:rsidRDefault="006A31C6" w:rsidP="006A31C6">
      <w:pPr>
        <w:pStyle w:val="06TEKSTWACIWY"/>
        <w:tabs>
          <w:tab w:val="left" w:pos="567"/>
          <w:tab w:val="right" w:leader="dot" w:pos="3402"/>
          <w:tab w:val="left" w:pos="6005"/>
          <w:tab w:val="right" w:leader="dot" w:pos="8833"/>
        </w:tabs>
        <w:spacing w:before="600"/>
      </w:pPr>
      <w:r w:rsidRPr="001E6943">
        <w:tab/>
      </w:r>
      <w:r w:rsidRPr="001E6943">
        <w:tab/>
      </w:r>
      <w:r w:rsidRPr="001E6943">
        <w:tab/>
      </w:r>
      <w:r w:rsidRPr="001E6943">
        <w:tab/>
      </w:r>
    </w:p>
    <w:p w14:paraId="3B9C67FA" w14:textId="37D3A172" w:rsidR="006A31C6" w:rsidRDefault="006A31C6" w:rsidP="006A31C6">
      <w:pPr>
        <w:pStyle w:val="06TEKSTWACIWY"/>
        <w:tabs>
          <w:tab w:val="center" w:pos="1985"/>
          <w:tab w:val="center" w:pos="7447"/>
        </w:tabs>
        <w:rPr>
          <w:sz w:val="18"/>
          <w:szCs w:val="18"/>
        </w:rPr>
      </w:pPr>
      <w:r w:rsidRPr="001E6943">
        <w:rPr>
          <w:sz w:val="18"/>
          <w:szCs w:val="18"/>
        </w:rPr>
        <w:tab/>
        <w:t>Data</w:t>
      </w:r>
      <w:r w:rsidRPr="001E6943">
        <w:rPr>
          <w:sz w:val="18"/>
          <w:szCs w:val="18"/>
        </w:rPr>
        <w:tab/>
        <w:t>Podpis i pieczęć pełnomocnika</w:t>
      </w:r>
    </w:p>
    <w:p w14:paraId="4CE556AC" w14:textId="77777777" w:rsidR="006A31C6" w:rsidRDefault="006A31C6">
      <w:pPr>
        <w:rPr>
          <w:rFonts w:ascii="Times New Roman" w:eastAsiaTheme="minorHAnsi" w:hAnsi="Times New Roman" w:cs="Times New Roman"/>
          <w:kern w:val="2"/>
          <w:sz w:val="18"/>
          <w:szCs w:val="18"/>
          <w:lang w:val="pl-PL"/>
          <w14:ligatures w14:val="standardContextual"/>
        </w:rPr>
      </w:pPr>
      <w:r w:rsidRPr="007124D2">
        <w:rPr>
          <w:sz w:val="18"/>
          <w:szCs w:val="18"/>
          <w:lang w:val="pl-PL"/>
        </w:rPr>
        <w:br w:type="page"/>
      </w:r>
    </w:p>
    <w:p w14:paraId="59673A1E" w14:textId="77777777" w:rsidR="004176AB" w:rsidRDefault="004176AB" w:rsidP="004176AB">
      <w:pPr>
        <w:pStyle w:val="04nagwekpodrzdnydogwnego"/>
      </w:pPr>
      <w:r w:rsidRPr="001E6943">
        <w:rPr>
          <w:rFonts w:eastAsiaTheme="minorEastAsia"/>
          <w:noProof/>
          <w14:ligatures w14:val="none"/>
        </w:rPr>
        <w:lastRenderedPageBreak/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247F255C" wp14:editId="3CC8FE62">
                <wp:simplePos x="0" y="0"/>
                <wp:positionH relativeFrom="margin">
                  <wp:posOffset>1581150</wp:posOffset>
                </wp:positionH>
                <wp:positionV relativeFrom="paragraph">
                  <wp:posOffset>338455</wp:posOffset>
                </wp:positionV>
                <wp:extent cx="4371867" cy="154904"/>
                <wp:effectExtent l="0" t="0" r="0" b="0"/>
                <wp:wrapNone/>
                <wp:docPr id="446596872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71867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A6F311" w14:textId="77777777" w:rsidR="004176AB" w:rsidRPr="00D40140" w:rsidRDefault="004176AB" w:rsidP="004176AB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7F255C" id="_x0000_s1073" type="#_x0000_t202" style="position:absolute;left:0;text-align:left;margin-left:124.5pt;margin-top:26.65pt;width:344.25pt;height:12.2pt;z-index:251921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" filled="f" stroked="f" strokeweight=".5pt">
                <v:textbox inset=".1mm,.1mm,.1mm,.1mm">
                  <w:txbxContent>
                    <w:p w14:paraId="37A6F311" w14:textId="77777777" w:rsidR="004176AB" w:rsidRPr="00D40140" w:rsidRDefault="004176AB" w:rsidP="004176AB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t>Ocena efektów praktykanta UKSW (wypełnia opiekun w Instytucji)</w:t>
      </w:r>
    </w:p>
    <w:p w14:paraId="682D76F3" w14:textId="77777777" w:rsidR="004176AB" w:rsidRDefault="004176AB" w:rsidP="004176AB">
      <w:pPr>
        <w:pStyle w:val="06TEKSTWACIWY"/>
        <w:tabs>
          <w:tab w:val="right" w:leader="dot" w:pos="940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05D3C5C7" wp14:editId="28572468">
                <wp:simplePos x="0" y="0"/>
                <wp:positionH relativeFrom="margin">
                  <wp:posOffset>520700</wp:posOffset>
                </wp:positionH>
                <wp:positionV relativeFrom="paragraph">
                  <wp:posOffset>240665</wp:posOffset>
                </wp:positionV>
                <wp:extent cx="5434330" cy="154904"/>
                <wp:effectExtent l="0" t="0" r="1270" b="0"/>
                <wp:wrapNone/>
                <wp:docPr id="1544744474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34330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 id="45">
                        <w:txbxContent>
                          <w:p w14:paraId="7936E4C5" w14:textId="77777777" w:rsidR="004176AB" w:rsidRPr="00D40140" w:rsidRDefault="004176AB" w:rsidP="004176AB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D3C5C7" id="_x0000_s1074" type="#_x0000_t202" style="position:absolute;left:0;text-align:left;margin-left:41pt;margin-top:18.95pt;width:427.9pt;height:12.2pt;z-index:251922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" filled="f" stroked="f" strokeweight=".5pt">
                <v:textbox style="mso-next-textbox:#_x0000_s1075" inset=".1mm,.1mm,.1mm,.1mm">
                  <w:txbxContent>
                    <w:p w14:paraId="7936E4C5" w14:textId="77777777" w:rsidR="004176AB" w:rsidRPr="00D40140" w:rsidRDefault="004176AB" w:rsidP="004176AB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t xml:space="preserve">Imię i nazwisko studenta </w:t>
      </w:r>
      <w:r w:rsidRPr="001E6943">
        <w:tab/>
      </w:r>
    </w:p>
    <w:p w14:paraId="33393141" w14:textId="77777777" w:rsidR="004176AB" w:rsidRDefault="004176AB" w:rsidP="004176AB">
      <w:pPr>
        <w:pStyle w:val="06TEKSTWACIWY"/>
        <w:tabs>
          <w:tab w:val="right" w:leader="dot" w:pos="940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321C7DB4" wp14:editId="0A0F26A7">
                <wp:simplePos x="0" y="0"/>
                <wp:positionH relativeFrom="margin">
                  <wp:posOffset>18415</wp:posOffset>
                </wp:positionH>
                <wp:positionV relativeFrom="paragraph">
                  <wp:posOffset>240665</wp:posOffset>
                </wp:positionV>
                <wp:extent cx="5933440" cy="154904"/>
                <wp:effectExtent l="0" t="0" r="0" b="0"/>
                <wp:wrapNone/>
                <wp:docPr id="1233121424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3440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linkedTxbx id="45" seq="1"/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1C7DB4" id="_x0000_s1075" type="#_x0000_t202" style="position:absolute;left:0;text-align:left;margin-left:1.45pt;margin-top:18.95pt;width:467.2pt;height:12.2pt;z-index:251923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" filled="f" stroked="f" strokeweight=".5pt">
                <v:textbox inset=".1mm,.1mm,.1mm,.1mm">
                  <w:txbxContent/>
                </v:textbox>
                <w10:wrap anchorx="margin"/>
              </v:shape>
            </w:pict>
          </mc:Fallback>
        </mc:AlternateContent>
      </w:r>
      <w:r>
        <w:t xml:space="preserve">Uwagi: </w:t>
      </w:r>
      <w:r>
        <w:tab/>
      </w:r>
    </w:p>
    <w:p w14:paraId="34235073" w14:textId="77777777" w:rsidR="004176AB" w:rsidRPr="001E6943" w:rsidRDefault="004176AB" w:rsidP="004176AB">
      <w:pPr>
        <w:pStyle w:val="06TEKSTWACIWY"/>
        <w:tabs>
          <w:tab w:val="right" w:leader="dot" w:pos="940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024A9A5B" wp14:editId="031045B1">
                <wp:simplePos x="0" y="0"/>
                <wp:positionH relativeFrom="margin">
                  <wp:posOffset>1452880</wp:posOffset>
                </wp:positionH>
                <wp:positionV relativeFrom="paragraph">
                  <wp:posOffset>252730</wp:posOffset>
                </wp:positionV>
                <wp:extent cx="4499999" cy="154904"/>
                <wp:effectExtent l="0" t="0" r="0" b="0"/>
                <wp:wrapNone/>
                <wp:docPr id="1544718513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99999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 id="46">
                        <w:txbxContent>
                          <w:p w14:paraId="150D2BAB" w14:textId="77777777" w:rsidR="004176AB" w:rsidRPr="00D40140" w:rsidRDefault="004176AB" w:rsidP="004176AB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4A9A5B" id="_x0000_s1076" type="#_x0000_t202" style="position:absolute;left:0;text-align:left;margin-left:114.4pt;margin-top:19.9pt;width:354.35pt;height:12.2pt;z-index:251924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" filled="f" stroked="f" strokeweight=".5pt">
                <v:textbox style="mso-next-textbox:#_x0000_s1077" inset=".1mm,.1mm,.1mm,.1mm">
                  <w:txbxContent>
                    <w:p w14:paraId="150D2BAB" w14:textId="77777777" w:rsidR="004176AB" w:rsidRPr="00D40140" w:rsidRDefault="004176AB" w:rsidP="004176AB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tab/>
      </w:r>
    </w:p>
    <w:p w14:paraId="49D20A58" w14:textId="77777777" w:rsidR="004176AB" w:rsidRDefault="004176AB" w:rsidP="004176AB">
      <w:pPr>
        <w:pStyle w:val="06TEKSTWACIWY"/>
        <w:tabs>
          <w:tab w:val="right" w:leader="dot" w:pos="940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 wp14:anchorId="224E465C" wp14:editId="2FEE0498">
                <wp:simplePos x="0" y="0"/>
                <wp:positionH relativeFrom="margin">
                  <wp:posOffset>19050</wp:posOffset>
                </wp:positionH>
                <wp:positionV relativeFrom="paragraph">
                  <wp:posOffset>247015</wp:posOffset>
                </wp:positionV>
                <wp:extent cx="5933631" cy="154904"/>
                <wp:effectExtent l="0" t="0" r="0" b="0"/>
                <wp:wrapNone/>
                <wp:docPr id="19067869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3631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linkedTxbx id="46" seq="1"/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4E465C" id="_x0000_s1077" type="#_x0000_t202" style="position:absolute;left:0;text-align:left;margin-left:1.5pt;margin-top:19.45pt;width:467.2pt;height:12.2pt;z-index:251925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" filled="f" stroked="f" strokeweight=".5pt">
                <v:textbox style="mso-next-textbox:#_x0000_s1078" inset=".1mm,.1mm,.1mm,.1mm">
                  <w:txbxContent/>
                </v:textbox>
                <w10:wrap anchorx="margin"/>
              </v:shape>
            </w:pict>
          </mc:Fallback>
        </mc:AlternateContent>
      </w:r>
      <w:r>
        <w:t xml:space="preserve">Opinia o praktykancie: </w:t>
      </w:r>
      <w:r>
        <w:tab/>
      </w:r>
    </w:p>
    <w:p w14:paraId="19E39F26" w14:textId="77777777" w:rsidR="004176AB" w:rsidRDefault="004176AB" w:rsidP="004176AB">
      <w:pPr>
        <w:pStyle w:val="06TEKSTWACIWY"/>
        <w:tabs>
          <w:tab w:val="right" w:leader="dot" w:pos="940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593310DC" wp14:editId="171AB95E">
                <wp:simplePos x="0" y="0"/>
                <wp:positionH relativeFrom="margin">
                  <wp:posOffset>19685</wp:posOffset>
                </wp:positionH>
                <wp:positionV relativeFrom="paragraph">
                  <wp:posOffset>241935</wp:posOffset>
                </wp:positionV>
                <wp:extent cx="5933631" cy="154904"/>
                <wp:effectExtent l="0" t="0" r="0" b="0"/>
                <wp:wrapNone/>
                <wp:docPr id="1848796963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3631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linkedTxbx id="46" seq="2"/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3310DC" id="_x0000_s1078" type="#_x0000_t202" style="position:absolute;left:0;text-align:left;margin-left:1.55pt;margin-top:19.05pt;width:467.2pt;height:12.2pt;z-index:251926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" filled="f" stroked="f" strokeweight=".5pt">
                <v:textbox style="mso-next-textbox:#_x0000_s1079" inset=".1mm,.1mm,.1mm,.1mm">
                  <w:txbxContent/>
                </v:textbox>
                <w10:wrap anchorx="margin"/>
              </v:shape>
            </w:pict>
          </mc:Fallback>
        </mc:AlternateContent>
      </w:r>
      <w:r>
        <w:tab/>
      </w:r>
    </w:p>
    <w:p w14:paraId="4C5D2BBA" w14:textId="77777777" w:rsidR="004176AB" w:rsidRDefault="004176AB" w:rsidP="004176AB">
      <w:pPr>
        <w:pStyle w:val="06TEKSTWACIWY"/>
        <w:tabs>
          <w:tab w:val="right" w:leader="dot" w:pos="940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 wp14:anchorId="7745FEC5" wp14:editId="534BD18A">
                <wp:simplePos x="0" y="0"/>
                <wp:positionH relativeFrom="margin">
                  <wp:posOffset>19685</wp:posOffset>
                </wp:positionH>
                <wp:positionV relativeFrom="paragraph">
                  <wp:posOffset>241300</wp:posOffset>
                </wp:positionV>
                <wp:extent cx="5933631" cy="154904"/>
                <wp:effectExtent l="0" t="0" r="0" b="0"/>
                <wp:wrapNone/>
                <wp:docPr id="1089466882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3631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linkedTxbx id="46" seq="3"/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45FEC5" id="_x0000_s1079" type="#_x0000_t202" style="position:absolute;left:0;text-align:left;margin-left:1.55pt;margin-top:19pt;width:467.2pt;height:12.2pt;z-index:251927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" filled="f" stroked="f" strokeweight=".5pt">
                <v:textbox inset=".1mm,.1mm,.1mm,.1mm">
                  <w:txbxContent/>
                </v:textbox>
                <w10:wrap anchorx="margin"/>
              </v:shape>
            </w:pict>
          </mc:Fallback>
        </mc:AlternateContent>
      </w:r>
      <w:r>
        <w:tab/>
      </w:r>
    </w:p>
    <w:p w14:paraId="2D635DE1" w14:textId="77777777" w:rsidR="004176AB" w:rsidRPr="001E6943" w:rsidRDefault="004176AB" w:rsidP="004176AB">
      <w:pPr>
        <w:pStyle w:val="06TEKSTWACIWY"/>
        <w:tabs>
          <w:tab w:val="right" w:leader="dot" w:pos="940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1EB26C48" wp14:editId="3DF0D522">
                <wp:simplePos x="0" y="0"/>
                <wp:positionH relativeFrom="margin">
                  <wp:posOffset>1259840</wp:posOffset>
                </wp:positionH>
                <wp:positionV relativeFrom="paragraph">
                  <wp:posOffset>244475</wp:posOffset>
                </wp:positionV>
                <wp:extent cx="4692797" cy="154904"/>
                <wp:effectExtent l="0" t="0" r="6350" b="0"/>
                <wp:wrapNone/>
                <wp:docPr id="900132224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92797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FEC32C" w14:textId="77777777" w:rsidR="004176AB" w:rsidRPr="00D40140" w:rsidRDefault="004176AB" w:rsidP="004176AB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B26C48" id="_x0000_s1080" type="#_x0000_t202" style="position:absolute;left:0;text-align:left;margin-left:99.2pt;margin-top:19.25pt;width:369.5pt;height:12.2pt;z-index:251928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" filled="f" stroked="f" strokeweight=".5pt">
                <v:textbox inset=".1mm,.1mm,.1mm,.1mm">
                  <w:txbxContent>
                    <w:p w14:paraId="7DFEC32C" w14:textId="77777777" w:rsidR="004176AB" w:rsidRPr="00D40140" w:rsidRDefault="004176AB" w:rsidP="004176AB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tab/>
      </w:r>
    </w:p>
    <w:p w14:paraId="58155C60" w14:textId="77777777" w:rsidR="004176AB" w:rsidRDefault="004176AB" w:rsidP="004176AB">
      <w:pPr>
        <w:pStyle w:val="06TEKSTWACIWY"/>
        <w:tabs>
          <w:tab w:val="right" w:leader="dot" w:pos="9406"/>
        </w:tabs>
      </w:pPr>
      <w:r>
        <w:t xml:space="preserve">Ocena praktykanta: </w:t>
      </w:r>
      <w:r>
        <w:tab/>
      </w:r>
    </w:p>
    <w:p w14:paraId="4685AE55" w14:textId="77777777" w:rsidR="004176AB" w:rsidRPr="008033A6" w:rsidRDefault="004176AB" w:rsidP="004176AB">
      <w:pPr>
        <w:pStyle w:val="06TEKSTWACIWY"/>
        <w:tabs>
          <w:tab w:val="center" w:pos="5670"/>
        </w:tabs>
        <w:spacing w:line="360" w:lineRule="auto"/>
        <w:rPr>
          <w:sz w:val="21"/>
          <w:szCs w:val="21"/>
        </w:rPr>
      </w:pPr>
      <w:r w:rsidRPr="008033A6">
        <w:rPr>
          <w:sz w:val="21"/>
          <w:szCs w:val="21"/>
        </w:rPr>
        <w:tab/>
        <w:t>(słownie: bardzo dobry, dobry, dostateczny, niedostateczny)</w:t>
      </w:r>
    </w:p>
    <w:p w14:paraId="117DDC75" w14:textId="77777777" w:rsidR="004176AB" w:rsidRDefault="004176AB" w:rsidP="004176AB">
      <w:pPr>
        <w:pStyle w:val="06TEKSTWACIWY"/>
        <w:spacing w:after="480"/>
        <w:rPr>
          <w:sz w:val="18"/>
          <w:szCs w:val="18"/>
        </w:rPr>
      </w:pPr>
      <w:r>
        <w:rPr>
          <w:sz w:val="18"/>
          <w:szCs w:val="18"/>
        </w:rPr>
        <w:t>Skala ocen: 5 – bardzo wysoki poziom przygotowania, 4 – wysoki poziom przygotowania, 3 – spełnia w stopniu dostatecznym oczekiwaniom instytucji, 2 – poważne zastrzeżenia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88"/>
        <w:gridCol w:w="5386"/>
        <w:gridCol w:w="567"/>
        <w:gridCol w:w="567"/>
        <w:gridCol w:w="567"/>
        <w:gridCol w:w="567"/>
      </w:tblGrid>
      <w:tr w:rsidR="002B0D37" w:rsidRPr="007124D2" w14:paraId="6258E970" w14:textId="77777777" w:rsidTr="004176AB">
        <w:trPr>
          <w:trHeight w:val="916"/>
          <w:jc w:val="center"/>
        </w:trPr>
        <w:tc>
          <w:tcPr>
            <w:tcW w:w="6374" w:type="dxa"/>
            <w:gridSpan w:val="2"/>
            <w:vMerge w:val="restart"/>
            <w:vAlign w:val="center"/>
          </w:tcPr>
          <w:p w14:paraId="78A07093" w14:textId="77777777" w:rsidR="002B0D37" w:rsidRPr="001E6943" w:rsidRDefault="002B0D37" w:rsidP="00BF093D">
            <w:pPr>
              <w:pStyle w:val="06TEKSTWACIWY"/>
              <w:jc w:val="center"/>
              <w:rPr>
                <w:b/>
                <w:bCs/>
              </w:rPr>
            </w:pPr>
            <w:r w:rsidRPr="001E6943">
              <w:rPr>
                <w:b/>
                <w:bCs/>
              </w:rPr>
              <w:t>Efekty podlegające ocenie</w:t>
            </w:r>
          </w:p>
        </w:tc>
        <w:tc>
          <w:tcPr>
            <w:tcW w:w="2268" w:type="dxa"/>
            <w:gridSpan w:val="4"/>
            <w:vAlign w:val="center"/>
          </w:tcPr>
          <w:p w14:paraId="3E0BB62E" w14:textId="77777777" w:rsidR="002B0D37" w:rsidRPr="00D25D99" w:rsidRDefault="002B0D37" w:rsidP="00BF093D">
            <w:pPr>
              <w:pStyle w:val="06TEKSTWACIWY"/>
              <w:jc w:val="center"/>
              <w:rPr>
                <w:sz w:val="21"/>
                <w:szCs w:val="21"/>
              </w:rPr>
            </w:pPr>
            <w:r w:rsidRPr="00D25D99">
              <w:rPr>
                <w:sz w:val="21"/>
                <w:szCs w:val="21"/>
              </w:rPr>
              <w:t>Ocena osiągnięcia przez</w:t>
            </w:r>
            <w:r w:rsidRPr="00D25D99">
              <w:rPr>
                <w:sz w:val="21"/>
                <w:szCs w:val="21"/>
              </w:rPr>
              <w:br/>
              <w:t>studenta założonych</w:t>
            </w:r>
            <w:r w:rsidRPr="00D25D99">
              <w:rPr>
                <w:sz w:val="21"/>
                <w:szCs w:val="21"/>
              </w:rPr>
              <w:br/>
              <w:t>efektów</w:t>
            </w:r>
          </w:p>
        </w:tc>
      </w:tr>
      <w:tr w:rsidR="002B0D37" w:rsidRPr="001E6943" w14:paraId="1CE53C96" w14:textId="77777777" w:rsidTr="00D25D99">
        <w:trPr>
          <w:trHeight w:val="71"/>
          <w:jc w:val="center"/>
        </w:trPr>
        <w:tc>
          <w:tcPr>
            <w:tcW w:w="6374" w:type="dxa"/>
            <w:gridSpan w:val="2"/>
            <w:vMerge/>
            <w:vAlign w:val="center"/>
          </w:tcPr>
          <w:p w14:paraId="080048A7" w14:textId="77777777" w:rsidR="002B0D37" w:rsidRPr="001E6943" w:rsidRDefault="002B0D37" w:rsidP="00BF093D">
            <w:pPr>
              <w:pStyle w:val="06TEKSTWACIWY"/>
              <w:jc w:val="center"/>
              <w:rPr>
                <w:b/>
                <w:bCs/>
              </w:rPr>
            </w:pPr>
          </w:p>
        </w:tc>
        <w:tc>
          <w:tcPr>
            <w:tcW w:w="567" w:type="dxa"/>
            <w:vAlign w:val="center"/>
          </w:tcPr>
          <w:p w14:paraId="0DEFF5C7" w14:textId="77777777" w:rsidR="002B0D37" w:rsidRPr="005051B8" w:rsidRDefault="002B0D37" w:rsidP="00BF093D">
            <w:pPr>
              <w:pStyle w:val="06TEKSTWACIWY"/>
              <w:jc w:val="center"/>
              <w:rPr>
                <w:b/>
                <w:bCs/>
              </w:rPr>
            </w:pPr>
            <w:r w:rsidRPr="005051B8">
              <w:rPr>
                <w:b/>
                <w:bCs/>
              </w:rPr>
              <w:t>2</w:t>
            </w:r>
          </w:p>
        </w:tc>
        <w:tc>
          <w:tcPr>
            <w:tcW w:w="567" w:type="dxa"/>
            <w:vAlign w:val="center"/>
          </w:tcPr>
          <w:p w14:paraId="49B4953B" w14:textId="77777777" w:rsidR="002B0D37" w:rsidRPr="005051B8" w:rsidRDefault="002B0D37" w:rsidP="00BF093D">
            <w:pPr>
              <w:pStyle w:val="06TEKSTWACIWY"/>
              <w:jc w:val="center"/>
              <w:rPr>
                <w:b/>
                <w:bCs/>
              </w:rPr>
            </w:pPr>
            <w:r w:rsidRPr="005051B8">
              <w:rPr>
                <w:b/>
                <w:bCs/>
              </w:rPr>
              <w:t>3</w:t>
            </w:r>
          </w:p>
        </w:tc>
        <w:tc>
          <w:tcPr>
            <w:tcW w:w="567" w:type="dxa"/>
            <w:vAlign w:val="center"/>
          </w:tcPr>
          <w:p w14:paraId="2FCDCC48" w14:textId="77777777" w:rsidR="002B0D37" w:rsidRPr="005051B8" w:rsidRDefault="002B0D37" w:rsidP="00BF093D">
            <w:pPr>
              <w:pStyle w:val="06TEKSTWACIWY"/>
              <w:jc w:val="center"/>
              <w:rPr>
                <w:b/>
                <w:bCs/>
              </w:rPr>
            </w:pPr>
            <w:r w:rsidRPr="005051B8">
              <w:rPr>
                <w:b/>
                <w:bCs/>
              </w:rPr>
              <w:t>4</w:t>
            </w:r>
          </w:p>
        </w:tc>
        <w:tc>
          <w:tcPr>
            <w:tcW w:w="567" w:type="dxa"/>
            <w:vAlign w:val="center"/>
          </w:tcPr>
          <w:p w14:paraId="0522A374" w14:textId="77777777" w:rsidR="002B0D37" w:rsidRPr="005051B8" w:rsidRDefault="002B0D37" w:rsidP="00BF093D">
            <w:pPr>
              <w:pStyle w:val="06TEKSTWACIWY"/>
              <w:jc w:val="center"/>
              <w:rPr>
                <w:b/>
                <w:bCs/>
              </w:rPr>
            </w:pPr>
            <w:r w:rsidRPr="005051B8">
              <w:rPr>
                <w:b/>
                <w:bCs/>
              </w:rPr>
              <w:t>5</w:t>
            </w:r>
          </w:p>
        </w:tc>
      </w:tr>
      <w:tr w:rsidR="002B0D37" w:rsidRPr="007124D2" w14:paraId="5949AAD2" w14:textId="77777777" w:rsidTr="00D25D99">
        <w:trPr>
          <w:jc w:val="center"/>
        </w:trPr>
        <w:tc>
          <w:tcPr>
            <w:tcW w:w="988" w:type="dxa"/>
            <w:vMerge w:val="restart"/>
            <w:textDirection w:val="btLr"/>
            <w:vAlign w:val="center"/>
          </w:tcPr>
          <w:p w14:paraId="2151F6C0" w14:textId="77777777" w:rsidR="002B0D37" w:rsidRPr="001E6943" w:rsidRDefault="002B0D37" w:rsidP="00BF093D">
            <w:pPr>
              <w:pStyle w:val="06TEKSTWACIWY"/>
              <w:ind w:left="113" w:right="113"/>
              <w:jc w:val="center"/>
              <w:rPr>
                <w:b/>
                <w:bCs/>
                <w:sz w:val="21"/>
                <w:szCs w:val="21"/>
              </w:rPr>
            </w:pPr>
            <w:r w:rsidRPr="001E6943">
              <w:rPr>
                <w:b/>
                <w:bCs/>
                <w:sz w:val="21"/>
                <w:szCs w:val="21"/>
              </w:rPr>
              <w:t>Umiejętności</w:t>
            </w:r>
          </w:p>
        </w:tc>
        <w:tc>
          <w:tcPr>
            <w:tcW w:w="5386" w:type="dxa"/>
            <w:vAlign w:val="center"/>
          </w:tcPr>
          <w:p w14:paraId="6073D653" w14:textId="77777777" w:rsidR="002B0D37" w:rsidRPr="00E73809" w:rsidRDefault="002B0D37" w:rsidP="00BF093D">
            <w:pPr>
              <w:pStyle w:val="06TEKSTWACIWY"/>
              <w:jc w:val="center"/>
              <w:rPr>
                <w:sz w:val="18"/>
                <w:szCs w:val="18"/>
              </w:rPr>
            </w:pPr>
            <w:r w:rsidRPr="00E73809">
              <w:rPr>
                <w:sz w:val="18"/>
                <w:szCs w:val="18"/>
              </w:rPr>
              <w:t>Zna w stopniu średnio zaawansowanym strukturę organizacyjną</w:t>
            </w:r>
            <w:r w:rsidRPr="00E73809">
              <w:rPr>
                <w:sz w:val="18"/>
                <w:szCs w:val="18"/>
              </w:rPr>
              <w:br/>
              <w:t>instytucji medialnej oraz zasady jej funkcjonowania</w:t>
            </w:r>
          </w:p>
        </w:tc>
        <w:tc>
          <w:tcPr>
            <w:tcW w:w="567" w:type="dxa"/>
            <w:vAlign w:val="center"/>
          </w:tcPr>
          <w:p w14:paraId="56F21F4B" w14:textId="77777777" w:rsidR="002B0D37" w:rsidRPr="001E6943" w:rsidRDefault="002B0D37" w:rsidP="00BF093D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21A764BA" w14:textId="77777777" w:rsidR="002B0D37" w:rsidRPr="001E6943" w:rsidRDefault="002B0D37" w:rsidP="00BF093D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2DCFFD4D" w14:textId="77777777" w:rsidR="002B0D37" w:rsidRPr="001E6943" w:rsidRDefault="002B0D37" w:rsidP="00BF093D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1F3542A0" w14:textId="77777777" w:rsidR="002B0D37" w:rsidRPr="001E6943" w:rsidRDefault="002B0D37" w:rsidP="00BF093D">
            <w:pPr>
              <w:pStyle w:val="06TEKSTWACIWY"/>
              <w:jc w:val="center"/>
            </w:pPr>
          </w:p>
        </w:tc>
      </w:tr>
      <w:tr w:rsidR="002B0D37" w:rsidRPr="007124D2" w14:paraId="7A585E99" w14:textId="77777777" w:rsidTr="00D25D99">
        <w:trPr>
          <w:jc w:val="center"/>
        </w:trPr>
        <w:tc>
          <w:tcPr>
            <w:tcW w:w="988" w:type="dxa"/>
            <w:vMerge/>
            <w:vAlign w:val="center"/>
          </w:tcPr>
          <w:p w14:paraId="7A2B2B0E" w14:textId="77777777" w:rsidR="002B0D37" w:rsidRPr="001E6943" w:rsidRDefault="002B0D37" w:rsidP="00BF093D">
            <w:pPr>
              <w:pStyle w:val="06TEKSTWACIWY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5386" w:type="dxa"/>
            <w:vAlign w:val="center"/>
          </w:tcPr>
          <w:p w14:paraId="651FA016" w14:textId="77777777" w:rsidR="002B0D37" w:rsidRPr="00E73809" w:rsidRDefault="002B0D37" w:rsidP="00BF093D">
            <w:pPr>
              <w:pStyle w:val="06TEKSTWACIWY"/>
              <w:jc w:val="center"/>
              <w:rPr>
                <w:sz w:val="18"/>
                <w:szCs w:val="18"/>
              </w:rPr>
            </w:pPr>
            <w:r w:rsidRPr="00E73809">
              <w:rPr>
                <w:sz w:val="18"/>
                <w:szCs w:val="18"/>
              </w:rPr>
              <w:t>Ma pogłębioną wiedzę na temat regulacji prawnych i etycznych</w:t>
            </w:r>
            <w:r w:rsidRPr="00E73809">
              <w:rPr>
                <w:sz w:val="18"/>
                <w:szCs w:val="18"/>
              </w:rPr>
              <w:br/>
              <w:t>związanych z wybranym zawodem</w:t>
            </w:r>
          </w:p>
        </w:tc>
        <w:tc>
          <w:tcPr>
            <w:tcW w:w="567" w:type="dxa"/>
            <w:vAlign w:val="center"/>
          </w:tcPr>
          <w:p w14:paraId="094D4A55" w14:textId="77777777" w:rsidR="002B0D37" w:rsidRPr="001E6943" w:rsidRDefault="002B0D37" w:rsidP="00BF093D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7529464A" w14:textId="77777777" w:rsidR="002B0D37" w:rsidRPr="001E6943" w:rsidRDefault="002B0D37" w:rsidP="00BF093D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4B7A738D" w14:textId="77777777" w:rsidR="002B0D37" w:rsidRPr="001E6943" w:rsidRDefault="002B0D37" w:rsidP="00BF093D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33AFCD01" w14:textId="77777777" w:rsidR="002B0D37" w:rsidRPr="001E6943" w:rsidRDefault="002B0D37" w:rsidP="00BF093D">
            <w:pPr>
              <w:pStyle w:val="06TEKSTWACIWY"/>
              <w:jc w:val="center"/>
            </w:pPr>
          </w:p>
        </w:tc>
      </w:tr>
      <w:tr w:rsidR="002B0D37" w:rsidRPr="007124D2" w14:paraId="5042A1E0" w14:textId="77777777" w:rsidTr="00D25D99">
        <w:trPr>
          <w:jc w:val="center"/>
        </w:trPr>
        <w:tc>
          <w:tcPr>
            <w:tcW w:w="988" w:type="dxa"/>
            <w:vMerge/>
            <w:vAlign w:val="center"/>
          </w:tcPr>
          <w:p w14:paraId="2B321F7A" w14:textId="77777777" w:rsidR="002B0D37" w:rsidRPr="001E6943" w:rsidRDefault="002B0D37" w:rsidP="00BF093D">
            <w:pPr>
              <w:pStyle w:val="06TEKSTWACIWY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5386" w:type="dxa"/>
            <w:vAlign w:val="center"/>
          </w:tcPr>
          <w:p w14:paraId="3CEE4398" w14:textId="77777777" w:rsidR="002B0D37" w:rsidRPr="00E73809" w:rsidRDefault="002B0D37" w:rsidP="00BF093D">
            <w:pPr>
              <w:pStyle w:val="06TEKSTWACIWY"/>
              <w:jc w:val="center"/>
              <w:rPr>
                <w:sz w:val="18"/>
                <w:szCs w:val="18"/>
              </w:rPr>
            </w:pPr>
            <w:r w:rsidRPr="00E73809">
              <w:rPr>
                <w:sz w:val="18"/>
                <w:szCs w:val="18"/>
              </w:rPr>
              <w:t>Zna różne role zawodowe związane ze studiowanym kierunkiem</w:t>
            </w:r>
            <w:r>
              <w:rPr>
                <w:sz w:val="18"/>
                <w:szCs w:val="18"/>
              </w:rPr>
              <w:br/>
            </w:r>
            <w:r w:rsidRPr="00E73809">
              <w:rPr>
                <w:sz w:val="18"/>
                <w:szCs w:val="18"/>
              </w:rPr>
              <w:t>i podejmuje próby wcielania się w nie</w:t>
            </w:r>
          </w:p>
        </w:tc>
        <w:tc>
          <w:tcPr>
            <w:tcW w:w="567" w:type="dxa"/>
            <w:vAlign w:val="center"/>
          </w:tcPr>
          <w:p w14:paraId="1BA3E182" w14:textId="77777777" w:rsidR="002B0D37" w:rsidRPr="001E6943" w:rsidRDefault="002B0D37" w:rsidP="00BF093D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790EF00C" w14:textId="77777777" w:rsidR="002B0D37" w:rsidRPr="001E6943" w:rsidRDefault="002B0D37" w:rsidP="00BF093D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4D1BE290" w14:textId="77777777" w:rsidR="002B0D37" w:rsidRPr="001E6943" w:rsidRDefault="002B0D37" w:rsidP="00BF093D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41CF7EDC" w14:textId="77777777" w:rsidR="002B0D37" w:rsidRPr="001E6943" w:rsidRDefault="002B0D37" w:rsidP="00BF093D">
            <w:pPr>
              <w:pStyle w:val="06TEKSTWACIWY"/>
              <w:jc w:val="center"/>
            </w:pPr>
          </w:p>
        </w:tc>
      </w:tr>
      <w:tr w:rsidR="002B0D37" w:rsidRPr="007124D2" w14:paraId="2DFFFE06" w14:textId="77777777" w:rsidTr="00D25D99">
        <w:trPr>
          <w:jc w:val="center"/>
        </w:trPr>
        <w:tc>
          <w:tcPr>
            <w:tcW w:w="988" w:type="dxa"/>
            <w:vMerge/>
            <w:vAlign w:val="center"/>
          </w:tcPr>
          <w:p w14:paraId="2748F40E" w14:textId="77777777" w:rsidR="002B0D37" w:rsidRPr="001E6943" w:rsidRDefault="002B0D37" w:rsidP="00BF093D">
            <w:pPr>
              <w:pStyle w:val="06TEKSTWACIWY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5386" w:type="dxa"/>
            <w:vAlign w:val="center"/>
          </w:tcPr>
          <w:p w14:paraId="34C78338" w14:textId="77777777" w:rsidR="002B0D37" w:rsidRPr="00E73809" w:rsidRDefault="002B0D37" w:rsidP="00BF093D">
            <w:pPr>
              <w:pStyle w:val="06TEKSTWACIWY"/>
              <w:jc w:val="center"/>
              <w:rPr>
                <w:sz w:val="18"/>
                <w:szCs w:val="18"/>
              </w:rPr>
            </w:pPr>
            <w:r w:rsidRPr="00E73809">
              <w:rPr>
                <w:sz w:val="18"/>
                <w:szCs w:val="18"/>
              </w:rPr>
              <w:t>Podejmuje samodzielne próby pozyskiwania i wykorzystywania</w:t>
            </w:r>
            <w:r w:rsidRPr="00E73809">
              <w:rPr>
                <w:sz w:val="18"/>
                <w:szCs w:val="18"/>
              </w:rPr>
              <w:br/>
              <w:t>informacji niezbędnych do realizacji zleconego zadania</w:t>
            </w:r>
          </w:p>
        </w:tc>
        <w:tc>
          <w:tcPr>
            <w:tcW w:w="567" w:type="dxa"/>
            <w:vAlign w:val="center"/>
          </w:tcPr>
          <w:p w14:paraId="6501D5C8" w14:textId="77777777" w:rsidR="002B0D37" w:rsidRPr="001E6943" w:rsidRDefault="002B0D37" w:rsidP="00BF093D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12733CB7" w14:textId="77777777" w:rsidR="002B0D37" w:rsidRPr="001E6943" w:rsidRDefault="002B0D37" w:rsidP="00BF093D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69ECF0E6" w14:textId="77777777" w:rsidR="002B0D37" w:rsidRPr="001E6943" w:rsidRDefault="002B0D37" w:rsidP="00BF093D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41E29F24" w14:textId="77777777" w:rsidR="002B0D37" w:rsidRPr="001E6943" w:rsidRDefault="002B0D37" w:rsidP="00BF093D">
            <w:pPr>
              <w:pStyle w:val="06TEKSTWACIWY"/>
              <w:jc w:val="center"/>
            </w:pPr>
          </w:p>
        </w:tc>
      </w:tr>
      <w:tr w:rsidR="002B0D37" w:rsidRPr="007124D2" w14:paraId="79D8BAAE" w14:textId="77777777" w:rsidTr="00D25D99">
        <w:trPr>
          <w:jc w:val="center"/>
        </w:trPr>
        <w:tc>
          <w:tcPr>
            <w:tcW w:w="988" w:type="dxa"/>
            <w:vMerge/>
            <w:vAlign w:val="center"/>
          </w:tcPr>
          <w:p w14:paraId="50C0ECC4" w14:textId="77777777" w:rsidR="002B0D37" w:rsidRPr="001E6943" w:rsidRDefault="002B0D37" w:rsidP="00BF093D">
            <w:pPr>
              <w:pStyle w:val="06TEKSTWACIWY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5386" w:type="dxa"/>
            <w:vAlign w:val="center"/>
          </w:tcPr>
          <w:p w14:paraId="14480B13" w14:textId="77777777" w:rsidR="002B0D37" w:rsidRPr="00E73809" w:rsidRDefault="002B0D37" w:rsidP="00BF093D">
            <w:pPr>
              <w:pStyle w:val="06TEKSTWACIWY"/>
              <w:jc w:val="center"/>
              <w:rPr>
                <w:sz w:val="18"/>
                <w:szCs w:val="18"/>
              </w:rPr>
            </w:pPr>
            <w:r w:rsidRPr="00E73809">
              <w:rPr>
                <w:sz w:val="18"/>
                <w:szCs w:val="18"/>
              </w:rPr>
              <w:t>Podejmuj samodzielne próby tworzenia przekazów słownych</w:t>
            </w:r>
            <w:r w:rsidRPr="00E73809">
              <w:rPr>
                <w:sz w:val="18"/>
                <w:szCs w:val="18"/>
              </w:rPr>
              <w:br/>
              <w:t>właściwych dla określonego medium</w:t>
            </w:r>
          </w:p>
        </w:tc>
        <w:tc>
          <w:tcPr>
            <w:tcW w:w="567" w:type="dxa"/>
            <w:vAlign w:val="center"/>
          </w:tcPr>
          <w:p w14:paraId="2ADD92A6" w14:textId="77777777" w:rsidR="002B0D37" w:rsidRPr="001E6943" w:rsidRDefault="002B0D37" w:rsidP="00BF093D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114FAD5E" w14:textId="77777777" w:rsidR="002B0D37" w:rsidRPr="001E6943" w:rsidRDefault="002B0D37" w:rsidP="00BF093D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38BAB86E" w14:textId="77777777" w:rsidR="002B0D37" w:rsidRPr="001E6943" w:rsidRDefault="002B0D37" w:rsidP="00BF093D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6E422029" w14:textId="77777777" w:rsidR="002B0D37" w:rsidRPr="001E6943" w:rsidRDefault="002B0D37" w:rsidP="00BF093D">
            <w:pPr>
              <w:pStyle w:val="06TEKSTWACIWY"/>
              <w:jc w:val="center"/>
            </w:pPr>
          </w:p>
        </w:tc>
      </w:tr>
      <w:tr w:rsidR="002B0D37" w:rsidRPr="007124D2" w14:paraId="51EE6E0D" w14:textId="77777777" w:rsidTr="00D25D99">
        <w:trPr>
          <w:jc w:val="center"/>
        </w:trPr>
        <w:tc>
          <w:tcPr>
            <w:tcW w:w="988" w:type="dxa"/>
            <w:vMerge/>
            <w:vAlign w:val="center"/>
          </w:tcPr>
          <w:p w14:paraId="0A7E93BC" w14:textId="77777777" w:rsidR="002B0D37" w:rsidRPr="001E6943" w:rsidRDefault="002B0D37" w:rsidP="00BF093D">
            <w:pPr>
              <w:pStyle w:val="06TEKSTWACIWY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5386" w:type="dxa"/>
            <w:vAlign w:val="center"/>
          </w:tcPr>
          <w:p w14:paraId="34F643C7" w14:textId="77777777" w:rsidR="002B0D37" w:rsidRPr="00E73809" w:rsidRDefault="002B0D37" w:rsidP="00BF093D">
            <w:pPr>
              <w:pStyle w:val="06TEKSTWACIWY"/>
              <w:jc w:val="center"/>
              <w:rPr>
                <w:sz w:val="18"/>
                <w:szCs w:val="18"/>
              </w:rPr>
            </w:pPr>
            <w:r w:rsidRPr="00E73809">
              <w:rPr>
                <w:sz w:val="18"/>
                <w:szCs w:val="18"/>
              </w:rPr>
              <w:t>Zna w stopniu średnio zaawansowanym nowoczesne narzędzia pracy</w:t>
            </w:r>
            <w:r w:rsidRPr="00E73809">
              <w:rPr>
                <w:sz w:val="18"/>
                <w:szCs w:val="18"/>
              </w:rPr>
              <w:br/>
              <w:t>właściwe dla mediów i związanych z nimi zawodów</w:t>
            </w:r>
          </w:p>
        </w:tc>
        <w:tc>
          <w:tcPr>
            <w:tcW w:w="567" w:type="dxa"/>
            <w:vAlign w:val="center"/>
          </w:tcPr>
          <w:p w14:paraId="6692F0C6" w14:textId="77777777" w:rsidR="002B0D37" w:rsidRPr="001E6943" w:rsidRDefault="002B0D37" w:rsidP="00BF093D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2E2BC0B6" w14:textId="77777777" w:rsidR="002B0D37" w:rsidRPr="001E6943" w:rsidRDefault="002B0D37" w:rsidP="00BF093D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5F8CC55B" w14:textId="77777777" w:rsidR="002B0D37" w:rsidRPr="001E6943" w:rsidRDefault="002B0D37" w:rsidP="00BF093D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367C1996" w14:textId="77777777" w:rsidR="002B0D37" w:rsidRPr="001E6943" w:rsidRDefault="002B0D37" w:rsidP="00BF093D">
            <w:pPr>
              <w:pStyle w:val="06TEKSTWACIWY"/>
              <w:jc w:val="center"/>
            </w:pPr>
          </w:p>
        </w:tc>
      </w:tr>
      <w:tr w:rsidR="002B0D37" w:rsidRPr="007124D2" w14:paraId="655B9A88" w14:textId="77777777" w:rsidTr="00D25D99">
        <w:trPr>
          <w:jc w:val="center"/>
        </w:trPr>
        <w:tc>
          <w:tcPr>
            <w:tcW w:w="988" w:type="dxa"/>
            <w:vMerge w:val="restart"/>
            <w:textDirection w:val="btLr"/>
            <w:vAlign w:val="center"/>
          </w:tcPr>
          <w:p w14:paraId="4300CB67" w14:textId="77777777" w:rsidR="002B0D37" w:rsidRPr="001E6943" w:rsidRDefault="002B0D37" w:rsidP="00BF093D">
            <w:pPr>
              <w:pStyle w:val="06TEKSTWACIWY"/>
              <w:ind w:left="113" w:right="113"/>
              <w:jc w:val="center"/>
              <w:rPr>
                <w:b/>
                <w:bCs/>
                <w:sz w:val="21"/>
                <w:szCs w:val="21"/>
              </w:rPr>
            </w:pPr>
            <w:r w:rsidRPr="001E6943">
              <w:rPr>
                <w:b/>
                <w:bCs/>
                <w:sz w:val="21"/>
                <w:szCs w:val="21"/>
              </w:rPr>
              <w:t>Kompetencje</w:t>
            </w:r>
            <w:r w:rsidRPr="001E6943">
              <w:rPr>
                <w:b/>
                <w:bCs/>
                <w:sz w:val="21"/>
                <w:szCs w:val="21"/>
              </w:rPr>
              <w:br/>
              <w:t>społeczne</w:t>
            </w:r>
          </w:p>
        </w:tc>
        <w:tc>
          <w:tcPr>
            <w:tcW w:w="5386" w:type="dxa"/>
            <w:vAlign w:val="center"/>
          </w:tcPr>
          <w:p w14:paraId="108810BA" w14:textId="77777777" w:rsidR="002B0D37" w:rsidRPr="00E73809" w:rsidRDefault="002B0D37" w:rsidP="00BF093D">
            <w:pPr>
              <w:pStyle w:val="06TEKSTWACIWY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Próbuje być uczestnikiem wyspecjalizowanej</w:t>
            </w:r>
            <w:r>
              <w:rPr>
                <w:sz w:val="18"/>
                <w:szCs w:val="18"/>
              </w:rPr>
              <w:br/>
              <w:t>grupy zawodowej</w:t>
            </w:r>
          </w:p>
        </w:tc>
        <w:tc>
          <w:tcPr>
            <w:tcW w:w="567" w:type="dxa"/>
            <w:vAlign w:val="center"/>
          </w:tcPr>
          <w:p w14:paraId="4EF66F09" w14:textId="77777777" w:rsidR="002B0D37" w:rsidRPr="001E6943" w:rsidRDefault="002B0D37" w:rsidP="00BF093D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5F0E8056" w14:textId="77777777" w:rsidR="002B0D37" w:rsidRPr="001E6943" w:rsidRDefault="002B0D37" w:rsidP="00BF093D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4A5E5BCD" w14:textId="77777777" w:rsidR="002B0D37" w:rsidRPr="001E6943" w:rsidRDefault="002B0D37" w:rsidP="00BF093D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20F4AB48" w14:textId="77777777" w:rsidR="002B0D37" w:rsidRPr="001E6943" w:rsidRDefault="002B0D37" w:rsidP="00BF093D">
            <w:pPr>
              <w:pStyle w:val="06TEKSTWACIWY"/>
              <w:jc w:val="center"/>
            </w:pPr>
          </w:p>
        </w:tc>
      </w:tr>
      <w:tr w:rsidR="002B0D37" w:rsidRPr="007124D2" w14:paraId="7D131AD8" w14:textId="77777777" w:rsidTr="00D25D99">
        <w:trPr>
          <w:jc w:val="center"/>
        </w:trPr>
        <w:tc>
          <w:tcPr>
            <w:tcW w:w="988" w:type="dxa"/>
            <w:vMerge/>
          </w:tcPr>
          <w:p w14:paraId="06444826" w14:textId="77777777" w:rsidR="002B0D37" w:rsidRPr="001E6943" w:rsidRDefault="002B0D37" w:rsidP="00BF093D">
            <w:pPr>
              <w:pStyle w:val="06TEKSTWACIWY"/>
            </w:pPr>
          </w:p>
        </w:tc>
        <w:tc>
          <w:tcPr>
            <w:tcW w:w="5386" w:type="dxa"/>
            <w:vAlign w:val="center"/>
          </w:tcPr>
          <w:p w14:paraId="04908D22" w14:textId="77777777" w:rsidR="002B0D37" w:rsidRPr="00E73809" w:rsidRDefault="002B0D37" w:rsidP="00BF093D">
            <w:pPr>
              <w:pStyle w:val="06TEKSTWACIWY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Podejmuje samodzielne próby realizacji powierzonych zadań</w:t>
            </w:r>
          </w:p>
        </w:tc>
        <w:tc>
          <w:tcPr>
            <w:tcW w:w="567" w:type="dxa"/>
            <w:vAlign w:val="center"/>
          </w:tcPr>
          <w:p w14:paraId="38831516" w14:textId="77777777" w:rsidR="002B0D37" w:rsidRPr="001E6943" w:rsidRDefault="002B0D37" w:rsidP="00BF093D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17CCCEA0" w14:textId="77777777" w:rsidR="002B0D37" w:rsidRPr="001E6943" w:rsidRDefault="002B0D37" w:rsidP="00BF093D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271F9D9A" w14:textId="77777777" w:rsidR="002B0D37" w:rsidRPr="001E6943" w:rsidRDefault="002B0D37" w:rsidP="00BF093D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02EDEFBF" w14:textId="77777777" w:rsidR="002B0D37" w:rsidRPr="001E6943" w:rsidRDefault="002B0D37" w:rsidP="00BF093D">
            <w:pPr>
              <w:pStyle w:val="06TEKSTWACIWY"/>
              <w:jc w:val="center"/>
            </w:pPr>
          </w:p>
        </w:tc>
      </w:tr>
      <w:tr w:rsidR="002B0D37" w:rsidRPr="007124D2" w14:paraId="7F99D601" w14:textId="77777777" w:rsidTr="00D25D99">
        <w:trPr>
          <w:jc w:val="center"/>
        </w:trPr>
        <w:tc>
          <w:tcPr>
            <w:tcW w:w="988" w:type="dxa"/>
            <w:vMerge/>
          </w:tcPr>
          <w:p w14:paraId="60F9D3F8" w14:textId="77777777" w:rsidR="002B0D37" w:rsidRPr="001E6943" w:rsidRDefault="002B0D37" w:rsidP="00BF093D">
            <w:pPr>
              <w:pStyle w:val="06TEKSTWACIWY"/>
            </w:pPr>
          </w:p>
        </w:tc>
        <w:tc>
          <w:tcPr>
            <w:tcW w:w="5386" w:type="dxa"/>
            <w:vAlign w:val="center"/>
          </w:tcPr>
          <w:p w14:paraId="6B45B977" w14:textId="77777777" w:rsidR="002B0D37" w:rsidRPr="00E73809" w:rsidRDefault="002B0D37" w:rsidP="00BF093D">
            <w:pPr>
              <w:pStyle w:val="06TEKSTWACIWY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Stara się podejmować odpowiedzialność za powierzone zadania</w:t>
            </w:r>
          </w:p>
        </w:tc>
        <w:tc>
          <w:tcPr>
            <w:tcW w:w="567" w:type="dxa"/>
            <w:vAlign w:val="center"/>
          </w:tcPr>
          <w:p w14:paraId="6CE90B68" w14:textId="77777777" w:rsidR="002B0D37" w:rsidRPr="001E6943" w:rsidRDefault="002B0D37" w:rsidP="00BF093D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43677451" w14:textId="77777777" w:rsidR="002B0D37" w:rsidRPr="001E6943" w:rsidRDefault="002B0D37" w:rsidP="00BF093D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72E611AD" w14:textId="77777777" w:rsidR="002B0D37" w:rsidRPr="001E6943" w:rsidRDefault="002B0D37" w:rsidP="00BF093D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7F411A45" w14:textId="77777777" w:rsidR="002B0D37" w:rsidRPr="001E6943" w:rsidRDefault="002B0D37" w:rsidP="00BF093D">
            <w:pPr>
              <w:pStyle w:val="06TEKSTWACIWY"/>
              <w:jc w:val="center"/>
            </w:pPr>
          </w:p>
        </w:tc>
      </w:tr>
      <w:tr w:rsidR="002B0D37" w:rsidRPr="007124D2" w14:paraId="120DD30F" w14:textId="77777777" w:rsidTr="00D25D99">
        <w:trPr>
          <w:jc w:val="center"/>
        </w:trPr>
        <w:tc>
          <w:tcPr>
            <w:tcW w:w="988" w:type="dxa"/>
            <w:vMerge/>
          </w:tcPr>
          <w:p w14:paraId="4BB3D7D4" w14:textId="77777777" w:rsidR="002B0D37" w:rsidRPr="001E6943" w:rsidRDefault="002B0D37" w:rsidP="00BF093D">
            <w:pPr>
              <w:pStyle w:val="06TEKSTWACIWY"/>
            </w:pPr>
          </w:p>
        </w:tc>
        <w:tc>
          <w:tcPr>
            <w:tcW w:w="5386" w:type="dxa"/>
            <w:vAlign w:val="center"/>
          </w:tcPr>
          <w:p w14:paraId="4D6BB668" w14:textId="77777777" w:rsidR="002B0D37" w:rsidRPr="00E73809" w:rsidRDefault="002B0D37" w:rsidP="00BF093D">
            <w:pPr>
              <w:pStyle w:val="06TEKSTWACIWY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Stara się prezentować własne pomysły Opiekunowi</w:t>
            </w:r>
          </w:p>
        </w:tc>
        <w:tc>
          <w:tcPr>
            <w:tcW w:w="567" w:type="dxa"/>
            <w:vAlign w:val="center"/>
          </w:tcPr>
          <w:p w14:paraId="38419E2E" w14:textId="77777777" w:rsidR="002B0D37" w:rsidRPr="001E6943" w:rsidRDefault="002B0D37" w:rsidP="00BF093D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485E21DA" w14:textId="77777777" w:rsidR="002B0D37" w:rsidRPr="001E6943" w:rsidRDefault="002B0D37" w:rsidP="00BF093D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5E458B8C" w14:textId="77777777" w:rsidR="002B0D37" w:rsidRPr="001E6943" w:rsidRDefault="002B0D37" w:rsidP="00BF093D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2D077485" w14:textId="77777777" w:rsidR="002B0D37" w:rsidRPr="001E6943" w:rsidRDefault="002B0D37" w:rsidP="00BF093D">
            <w:pPr>
              <w:pStyle w:val="06TEKSTWACIWY"/>
              <w:jc w:val="center"/>
            </w:pPr>
          </w:p>
        </w:tc>
      </w:tr>
      <w:tr w:rsidR="002B0D37" w:rsidRPr="007124D2" w14:paraId="66BDEBA6" w14:textId="77777777" w:rsidTr="00D25D99">
        <w:trPr>
          <w:jc w:val="center"/>
        </w:trPr>
        <w:tc>
          <w:tcPr>
            <w:tcW w:w="988" w:type="dxa"/>
            <w:vMerge/>
          </w:tcPr>
          <w:p w14:paraId="37669787" w14:textId="77777777" w:rsidR="002B0D37" w:rsidRPr="001E6943" w:rsidRDefault="002B0D37" w:rsidP="00BF093D">
            <w:pPr>
              <w:pStyle w:val="06TEKSTWACIWY"/>
            </w:pPr>
          </w:p>
        </w:tc>
        <w:tc>
          <w:tcPr>
            <w:tcW w:w="5386" w:type="dxa"/>
            <w:vAlign w:val="center"/>
          </w:tcPr>
          <w:p w14:paraId="75CFEEE8" w14:textId="77777777" w:rsidR="002B0D37" w:rsidRPr="00E73809" w:rsidRDefault="002B0D37" w:rsidP="00BF093D">
            <w:pPr>
              <w:pStyle w:val="06TEKSTWACIWY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Wyraża swoje opinie w dyskusji ze współpracownikami</w:t>
            </w:r>
          </w:p>
        </w:tc>
        <w:tc>
          <w:tcPr>
            <w:tcW w:w="567" w:type="dxa"/>
            <w:vAlign w:val="center"/>
          </w:tcPr>
          <w:p w14:paraId="450D2474" w14:textId="77777777" w:rsidR="002B0D37" w:rsidRPr="001E6943" w:rsidRDefault="002B0D37" w:rsidP="00BF093D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243C5ED1" w14:textId="77777777" w:rsidR="002B0D37" w:rsidRPr="001E6943" w:rsidRDefault="002B0D37" w:rsidP="00BF093D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3B0E4840" w14:textId="77777777" w:rsidR="002B0D37" w:rsidRPr="001E6943" w:rsidRDefault="002B0D37" w:rsidP="00BF093D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2DF68E4D" w14:textId="77777777" w:rsidR="002B0D37" w:rsidRPr="001E6943" w:rsidRDefault="002B0D37" w:rsidP="00BF093D">
            <w:pPr>
              <w:pStyle w:val="06TEKSTWACIWY"/>
              <w:jc w:val="center"/>
            </w:pPr>
          </w:p>
        </w:tc>
      </w:tr>
      <w:tr w:rsidR="002B0D37" w:rsidRPr="007124D2" w14:paraId="350A3101" w14:textId="77777777" w:rsidTr="00D25D99">
        <w:trPr>
          <w:jc w:val="center"/>
        </w:trPr>
        <w:tc>
          <w:tcPr>
            <w:tcW w:w="988" w:type="dxa"/>
            <w:vMerge/>
          </w:tcPr>
          <w:p w14:paraId="1F062AAE" w14:textId="77777777" w:rsidR="002B0D37" w:rsidRPr="001E6943" w:rsidRDefault="002B0D37" w:rsidP="00BF093D">
            <w:pPr>
              <w:pStyle w:val="06TEKSTWACIWY"/>
            </w:pPr>
          </w:p>
        </w:tc>
        <w:tc>
          <w:tcPr>
            <w:tcW w:w="5386" w:type="dxa"/>
            <w:vAlign w:val="center"/>
          </w:tcPr>
          <w:p w14:paraId="4AA013DA" w14:textId="77777777" w:rsidR="002B0D37" w:rsidRPr="00E73809" w:rsidRDefault="002B0D37" w:rsidP="00BF093D">
            <w:pPr>
              <w:pStyle w:val="06TEKSTWACIWY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Pogłębia praktyczną wiedzę z zakresu kierunku studiów</w:t>
            </w:r>
          </w:p>
        </w:tc>
        <w:tc>
          <w:tcPr>
            <w:tcW w:w="567" w:type="dxa"/>
            <w:vAlign w:val="center"/>
          </w:tcPr>
          <w:p w14:paraId="7A266656" w14:textId="77777777" w:rsidR="002B0D37" w:rsidRPr="001E6943" w:rsidRDefault="002B0D37" w:rsidP="00BF093D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2E30F0C6" w14:textId="77777777" w:rsidR="002B0D37" w:rsidRPr="001E6943" w:rsidRDefault="002B0D37" w:rsidP="00BF093D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26919540" w14:textId="77777777" w:rsidR="002B0D37" w:rsidRPr="001E6943" w:rsidRDefault="002B0D37" w:rsidP="00BF093D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3A17905E" w14:textId="77777777" w:rsidR="002B0D37" w:rsidRPr="001E6943" w:rsidRDefault="002B0D37" w:rsidP="00BF093D">
            <w:pPr>
              <w:pStyle w:val="06TEKSTWACIWY"/>
              <w:jc w:val="center"/>
            </w:pPr>
          </w:p>
        </w:tc>
      </w:tr>
      <w:tr w:rsidR="002B0D37" w:rsidRPr="007124D2" w14:paraId="3CC7678A" w14:textId="77777777" w:rsidTr="00D25D99">
        <w:trPr>
          <w:jc w:val="center"/>
        </w:trPr>
        <w:tc>
          <w:tcPr>
            <w:tcW w:w="988" w:type="dxa"/>
            <w:vMerge/>
          </w:tcPr>
          <w:p w14:paraId="6306B872" w14:textId="77777777" w:rsidR="002B0D37" w:rsidRPr="001E6943" w:rsidRDefault="002B0D37" w:rsidP="00BF093D">
            <w:pPr>
              <w:pStyle w:val="06TEKSTWACIWY"/>
            </w:pPr>
          </w:p>
        </w:tc>
        <w:tc>
          <w:tcPr>
            <w:tcW w:w="5386" w:type="dxa"/>
            <w:vAlign w:val="center"/>
          </w:tcPr>
          <w:p w14:paraId="13DED964" w14:textId="77777777" w:rsidR="002B0D37" w:rsidRPr="00E73809" w:rsidRDefault="002B0D37" w:rsidP="00BF093D">
            <w:pPr>
              <w:pStyle w:val="06TEKSTWACIWY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Wyraża chęć doskonalenia swoich kwalifikacji zawodowych</w:t>
            </w:r>
          </w:p>
        </w:tc>
        <w:tc>
          <w:tcPr>
            <w:tcW w:w="567" w:type="dxa"/>
            <w:vAlign w:val="center"/>
          </w:tcPr>
          <w:p w14:paraId="67467AFC" w14:textId="77777777" w:rsidR="002B0D37" w:rsidRPr="001E6943" w:rsidRDefault="002B0D37" w:rsidP="00BF093D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15E91574" w14:textId="77777777" w:rsidR="002B0D37" w:rsidRPr="001E6943" w:rsidRDefault="002B0D37" w:rsidP="00BF093D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29E8B8F1" w14:textId="77777777" w:rsidR="002B0D37" w:rsidRPr="001E6943" w:rsidRDefault="002B0D37" w:rsidP="00BF093D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600BB90F" w14:textId="77777777" w:rsidR="002B0D37" w:rsidRPr="001E6943" w:rsidRDefault="002B0D37" w:rsidP="00BF093D">
            <w:pPr>
              <w:pStyle w:val="06TEKSTWACIWY"/>
              <w:jc w:val="center"/>
            </w:pPr>
          </w:p>
        </w:tc>
      </w:tr>
      <w:tr w:rsidR="002B0D37" w:rsidRPr="007124D2" w14:paraId="26151290" w14:textId="77777777" w:rsidTr="00D25D99">
        <w:trPr>
          <w:jc w:val="center"/>
        </w:trPr>
        <w:tc>
          <w:tcPr>
            <w:tcW w:w="988" w:type="dxa"/>
            <w:vMerge/>
          </w:tcPr>
          <w:p w14:paraId="48DBF2F9" w14:textId="77777777" w:rsidR="002B0D37" w:rsidRPr="001E6943" w:rsidRDefault="002B0D37" w:rsidP="00BF093D">
            <w:pPr>
              <w:pStyle w:val="06TEKSTWACIWY"/>
            </w:pPr>
          </w:p>
        </w:tc>
        <w:tc>
          <w:tcPr>
            <w:tcW w:w="5386" w:type="dxa"/>
            <w:vAlign w:val="center"/>
          </w:tcPr>
          <w:p w14:paraId="39050C21" w14:textId="77777777" w:rsidR="002B0D37" w:rsidRPr="00E73809" w:rsidRDefault="002B0D37" w:rsidP="00BF093D">
            <w:pPr>
              <w:pStyle w:val="06TEKSTWACIWY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Próbuje być kreatywny w podejmowanych działaniach</w:t>
            </w:r>
          </w:p>
        </w:tc>
        <w:tc>
          <w:tcPr>
            <w:tcW w:w="567" w:type="dxa"/>
            <w:vAlign w:val="center"/>
          </w:tcPr>
          <w:p w14:paraId="11AF2762" w14:textId="77777777" w:rsidR="002B0D37" w:rsidRPr="001E6943" w:rsidRDefault="002B0D37" w:rsidP="00BF093D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07868278" w14:textId="77777777" w:rsidR="002B0D37" w:rsidRPr="001E6943" w:rsidRDefault="002B0D37" w:rsidP="00BF093D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4E47DAFC" w14:textId="77777777" w:rsidR="002B0D37" w:rsidRPr="001E6943" w:rsidRDefault="002B0D37" w:rsidP="00BF093D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35A8C186" w14:textId="77777777" w:rsidR="002B0D37" w:rsidRPr="001E6943" w:rsidRDefault="002B0D37" w:rsidP="00BF093D">
            <w:pPr>
              <w:pStyle w:val="06TEKSTWACIWY"/>
              <w:jc w:val="center"/>
            </w:pPr>
          </w:p>
        </w:tc>
      </w:tr>
    </w:tbl>
    <w:p w14:paraId="6FD4662D" w14:textId="3560B9C8" w:rsidR="004176AB" w:rsidRPr="001E6943" w:rsidRDefault="00D67016" w:rsidP="004176AB">
      <w:pPr>
        <w:pStyle w:val="06TEKSTWACIWY"/>
        <w:tabs>
          <w:tab w:val="left" w:pos="567"/>
          <w:tab w:val="right" w:leader="dot" w:pos="3402"/>
          <w:tab w:val="left" w:pos="6005"/>
          <w:tab w:val="right" w:leader="dot" w:pos="8833"/>
        </w:tabs>
        <w:spacing w:before="600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5AC402A0" wp14:editId="70C85E51">
                <wp:simplePos x="0" y="0"/>
                <wp:positionH relativeFrom="margin">
                  <wp:posOffset>396910</wp:posOffset>
                </wp:positionH>
                <wp:positionV relativeFrom="paragraph">
                  <wp:posOffset>351692</wp:posOffset>
                </wp:positionV>
                <wp:extent cx="1733340" cy="154904"/>
                <wp:effectExtent l="0" t="0" r="0" b="0"/>
                <wp:wrapNone/>
                <wp:docPr id="22731377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3340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36D539" w14:textId="77777777" w:rsidR="00D67016" w:rsidRPr="00D40140" w:rsidRDefault="00D67016" w:rsidP="00D67016">
                            <w:pPr>
                              <w:pStyle w:val="06TEKSTWACIWY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C402A0" id="_x0000_s1081" type="#_x0000_t202" style="position:absolute;left:0;text-align:left;margin-left:31.25pt;margin-top:27.7pt;width:136.5pt;height:12.2pt;z-index:251932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" filled="f" stroked="f" strokeweight=".5pt">
                <v:textbox inset=".1mm,.1mm,.1mm,.1mm">
                  <w:txbxContent>
                    <w:p w14:paraId="5D36D539" w14:textId="77777777" w:rsidR="00D67016" w:rsidRPr="00D40140" w:rsidRDefault="00D67016" w:rsidP="00D67016">
                      <w:pPr>
                        <w:pStyle w:val="06TEKSTWACIWY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4176AB" w:rsidRPr="001E6943">
        <w:tab/>
      </w:r>
      <w:r w:rsidR="004176AB" w:rsidRPr="001E6943">
        <w:tab/>
      </w:r>
      <w:r w:rsidR="004176AB" w:rsidRPr="001E6943">
        <w:tab/>
      </w:r>
      <w:r w:rsidR="004176AB" w:rsidRPr="001E6943">
        <w:tab/>
      </w:r>
    </w:p>
    <w:p w14:paraId="4260CA74" w14:textId="77777777" w:rsidR="004176AB" w:rsidRPr="00C81286" w:rsidRDefault="004176AB" w:rsidP="004176AB">
      <w:pPr>
        <w:pStyle w:val="06TEKSTWACIWY"/>
        <w:tabs>
          <w:tab w:val="center" w:pos="1985"/>
          <w:tab w:val="center" w:pos="7461"/>
        </w:tabs>
      </w:pPr>
      <w:r w:rsidRPr="001E6943">
        <w:rPr>
          <w:sz w:val="18"/>
          <w:szCs w:val="18"/>
        </w:rPr>
        <w:tab/>
      </w:r>
      <w:r>
        <w:rPr>
          <w:sz w:val="18"/>
          <w:szCs w:val="18"/>
        </w:rPr>
        <w:t>Miejscowość i data</w:t>
      </w:r>
      <w:r w:rsidRPr="001E6943">
        <w:rPr>
          <w:sz w:val="18"/>
          <w:szCs w:val="18"/>
        </w:rPr>
        <w:tab/>
        <w:t xml:space="preserve">Podpis </w:t>
      </w:r>
      <w:r>
        <w:rPr>
          <w:sz w:val="18"/>
          <w:szCs w:val="18"/>
        </w:rPr>
        <w:t xml:space="preserve">opiekuna praktyk </w:t>
      </w:r>
      <w:r w:rsidRPr="001E6943">
        <w:rPr>
          <w:sz w:val="18"/>
          <w:szCs w:val="18"/>
        </w:rPr>
        <w:t xml:space="preserve">i pieczęć </w:t>
      </w:r>
      <w:r>
        <w:rPr>
          <w:sz w:val="18"/>
          <w:szCs w:val="18"/>
        </w:rPr>
        <w:t>instytucji</w:t>
      </w:r>
    </w:p>
    <w:p w14:paraId="173C1FE6" w14:textId="77777777" w:rsidR="002B0D37" w:rsidRDefault="002B0D37" w:rsidP="000E1E1B">
      <w:pPr>
        <w:pStyle w:val="06TEKSTWACIWY"/>
      </w:pPr>
    </w:p>
    <w:p w14:paraId="2A567F2E" w14:textId="77777777" w:rsidR="002B0D37" w:rsidRDefault="002B0D37" w:rsidP="000E1E1B">
      <w:pPr>
        <w:pStyle w:val="06TEKSTWACIWY"/>
        <w:sectPr w:rsidR="002B0D37" w:rsidSect="00411799">
          <w:headerReference w:type="default" r:id="rId12"/>
          <w:footerReference w:type="default" r:id="rId13"/>
          <w:headerReference w:type="first" r:id="rId14"/>
          <w:footerReference w:type="first" r:id="rId15"/>
          <w:pgSz w:w="12240" w:h="15840"/>
          <w:pgMar w:top="1417" w:right="1417" w:bottom="1417" w:left="1417" w:header="720" w:footer="720" w:gutter="0"/>
          <w:cols w:space="720"/>
          <w:titlePg/>
          <w:docGrid w:linePitch="360"/>
        </w:sectPr>
      </w:pPr>
    </w:p>
    <w:p w14:paraId="180D6419" w14:textId="09B97337" w:rsidR="002B0D37" w:rsidRDefault="00466F10" w:rsidP="00466F10">
      <w:pPr>
        <w:pStyle w:val="02podtytudokumentu"/>
      </w:pPr>
      <w:r w:rsidRPr="001E6943">
        <w:rPr>
          <w:rFonts w:eastAsiaTheme="minorEastAsia"/>
          <w:noProof/>
          <w14:ligatures w14:val="none"/>
        </w:rPr>
        <w:lastRenderedPageBreak/>
        <mc:AlternateContent>
          <mc:Choice Requires="wps">
            <w:drawing>
              <wp:anchor distT="0" distB="0" distL="114300" distR="114300" simplePos="0" relativeHeight="251954176" behindDoc="0" locked="0" layoutInCell="1" allowOverlap="1" wp14:anchorId="558E7540" wp14:editId="7E474E26">
                <wp:simplePos x="0" y="0"/>
                <wp:positionH relativeFrom="margin">
                  <wp:posOffset>1601034</wp:posOffset>
                </wp:positionH>
                <wp:positionV relativeFrom="paragraph">
                  <wp:posOffset>1099766</wp:posOffset>
                </wp:positionV>
                <wp:extent cx="4382892" cy="154904"/>
                <wp:effectExtent l="0" t="0" r="0" b="0"/>
                <wp:wrapNone/>
                <wp:docPr id="1744360600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2892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839241" w14:textId="77777777" w:rsidR="00466F10" w:rsidRPr="00D40140" w:rsidRDefault="00466F10" w:rsidP="00466F10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8E7540" id="_x0000_s1082" type="#_x0000_t202" style="position:absolute;left:0;text-align:left;margin-left:126.05pt;margin-top:86.6pt;width:345.1pt;height:12.2pt;z-index:251954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" filled="f" stroked="f" strokeweight=".5pt">
                <v:textbox inset=".1mm,.1mm,.1mm,.1mm">
                  <w:txbxContent>
                    <w:p w14:paraId="7D839241" w14:textId="77777777" w:rsidR="00466F10" w:rsidRPr="00D40140" w:rsidRDefault="00466F10" w:rsidP="00466F10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t xml:space="preserve">Karta kompetencji praktykanta – studenta (blok praktyk </w:t>
      </w:r>
      <w:r>
        <w:t>nr 3</w:t>
      </w:r>
      <w:r w:rsidRPr="001E6943">
        <w:t>)</w:t>
      </w:r>
      <w:r w:rsidRPr="001E6943">
        <w:br/>
        <w:t>na kierunku Dziennikarstwo i Komunikacja Społeczna</w:t>
      </w:r>
      <w:r w:rsidRPr="001E6943">
        <w:br/>
        <w:t>UKSW w Warszawie</w:t>
      </w:r>
    </w:p>
    <w:p w14:paraId="66B3F9A0" w14:textId="45CEFF4A" w:rsidR="00466F10" w:rsidRPr="001E6943" w:rsidRDefault="00466F10" w:rsidP="00466F10">
      <w:pPr>
        <w:pStyle w:val="06TEKSTWACIWY"/>
        <w:tabs>
          <w:tab w:val="right" w:leader="dot" w:pos="940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7D54CDB2" wp14:editId="396417DB">
                <wp:simplePos x="0" y="0"/>
                <wp:positionH relativeFrom="margin">
                  <wp:posOffset>5082994</wp:posOffset>
                </wp:positionH>
                <wp:positionV relativeFrom="paragraph">
                  <wp:posOffset>238778</wp:posOffset>
                </wp:positionV>
                <wp:extent cx="898561" cy="154904"/>
                <wp:effectExtent l="0" t="0" r="3175" b="0"/>
                <wp:wrapNone/>
                <wp:docPr id="1055145418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8561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5D168F" w14:textId="77777777" w:rsidR="00466F10" w:rsidRPr="00D40140" w:rsidRDefault="00466F10" w:rsidP="00466F10">
                            <w:pPr>
                              <w:pStyle w:val="06TEKSTWACIWY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54CDB2" id="_x0000_s1083" type="#_x0000_t202" style="position:absolute;left:0;text-align:left;margin-left:400.25pt;margin-top:18.8pt;width:70.75pt;height:12.2pt;z-index:251936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" filled="f" stroked="f" strokeweight=".5pt">
                <v:textbox inset=".1mm,.1mm,.1mm,.1mm">
                  <w:txbxContent>
                    <w:p w14:paraId="615D168F" w14:textId="77777777" w:rsidR="00466F10" w:rsidRPr="00D40140" w:rsidRDefault="00466F10" w:rsidP="00466F10">
                      <w:pPr>
                        <w:pStyle w:val="06TEKSTWACIWY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4FF3FF81" wp14:editId="5E9DD49F">
                <wp:simplePos x="0" y="0"/>
                <wp:positionH relativeFrom="margin">
                  <wp:posOffset>2951135</wp:posOffset>
                </wp:positionH>
                <wp:positionV relativeFrom="paragraph">
                  <wp:posOffset>254454</wp:posOffset>
                </wp:positionV>
                <wp:extent cx="1400339" cy="154904"/>
                <wp:effectExtent l="0" t="0" r="0" b="0"/>
                <wp:wrapNone/>
                <wp:docPr id="189060204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0339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60C5F0F" w14:textId="77777777" w:rsidR="00466F10" w:rsidRPr="00D40140" w:rsidRDefault="00466F10" w:rsidP="00466F10">
                            <w:pPr>
                              <w:pStyle w:val="06TEKSTWACIWY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F3FF81" id="_x0000_s1084" type="#_x0000_t202" style="position:absolute;left:0;text-align:left;margin-left:232.35pt;margin-top:20.05pt;width:110.25pt;height:12.2pt;z-index:251935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" filled="f" stroked="f" strokeweight=".5pt">
                <v:textbox inset=".1mm,.1mm,.1mm,.1mm">
                  <w:txbxContent>
                    <w:p w14:paraId="260C5F0F" w14:textId="77777777" w:rsidR="00466F10" w:rsidRPr="00D40140" w:rsidRDefault="00466F10" w:rsidP="00466F10">
                      <w:pPr>
                        <w:pStyle w:val="06TEKSTWACIWY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 wp14:anchorId="67F2D304" wp14:editId="699638F0">
                <wp:simplePos x="0" y="0"/>
                <wp:positionH relativeFrom="margin">
                  <wp:posOffset>855852</wp:posOffset>
                </wp:positionH>
                <wp:positionV relativeFrom="paragraph">
                  <wp:posOffset>238778</wp:posOffset>
                </wp:positionV>
                <wp:extent cx="987189" cy="154904"/>
                <wp:effectExtent l="0" t="0" r="3810" b="0"/>
                <wp:wrapNone/>
                <wp:docPr id="1718030296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7189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FC4B8D3" w14:textId="77777777" w:rsidR="00466F10" w:rsidRPr="00D40140" w:rsidRDefault="00466F10" w:rsidP="00466F10">
                            <w:pPr>
                              <w:pStyle w:val="06TEKSTWACIWY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F2D304" id="_x0000_s1085" type="#_x0000_t202" style="position:absolute;left:0;text-align:left;margin-left:67.4pt;margin-top:18.8pt;width:77.75pt;height:12.2pt;z-index:251934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" filled="f" stroked="f" strokeweight=".5pt">
                <v:textbox inset=".1mm,.1mm,.1mm,.1mm">
                  <w:txbxContent>
                    <w:p w14:paraId="0FC4B8D3" w14:textId="77777777" w:rsidR="00466F10" w:rsidRPr="00D40140" w:rsidRDefault="00466F10" w:rsidP="00466F10">
                      <w:pPr>
                        <w:pStyle w:val="06TEKSTWACIWY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t xml:space="preserve">Imię i nazwisko studenta </w:t>
      </w:r>
      <w:r w:rsidRPr="001E6943">
        <w:tab/>
      </w:r>
    </w:p>
    <w:p w14:paraId="217C534E" w14:textId="34793E22" w:rsidR="00466F10" w:rsidRPr="001E6943" w:rsidRDefault="00466F10" w:rsidP="00466F10">
      <w:pPr>
        <w:pStyle w:val="06TEKSTWACIWY"/>
        <w:tabs>
          <w:tab w:val="right" w:leader="dot" w:pos="4536"/>
          <w:tab w:val="right" w:leader="dot" w:pos="7938"/>
          <w:tab w:val="right" w:leader="dot" w:pos="940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 wp14:anchorId="43132C06" wp14:editId="518CBE0B">
                <wp:simplePos x="0" y="0"/>
                <wp:positionH relativeFrom="margin">
                  <wp:posOffset>3102664</wp:posOffset>
                </wp:positionH>
                <wp:positionV relativeFrom="paragraph">
                  <wp:posOffset>247596</wp:posOffset>
                </wp:positionV>
                <wp:extent cx="2879254" cy="154904"/>
                <wp:effectExtent l="0" t="0" r="3810" b="0"/>
                <wp:wrapNone/>
                <wp:docPr id="2144815207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9254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6B4C25A" w14:textId="77777777" w:rsidR="00466F10" w:rsidRPr="00D40140" w:rsidRDefault="00466F10" w:rsidP="00466F10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132C06" id="_x0000_s1086" type="#_x0000_t202" style="position:absolute;left:0;text-align:left;margin-left:244.3pt;margin-top:19.5pt;width:226.7pt;height:12.2pt;z-index:251937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" filled="f" stroked="f" strokeweight=".5pt">
                <v:textbox inset=".1mm,.1mm,.1mm,.1mm">
                  <w:txbxContent>
                    <w:p w14:paraId="76B4C25A" w14:textId="77777777" w:rsidR="00466F10" w:rsidRPr="00D40140" w:rsidRDefault="00466F10" w:rsidP="00466F10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t xml:space="preserve">Rok studiów </w:t>
      </w:r>
      <w:r w:rsidRPr="001E6943">
        <w:tab/>
        <w:t xml:space="preserve"> Stopień studiów </w:t>
      </w:r>
      <w:r w:rsidRPr="001E6943">
        <w:tab/>
        <w:t xml:space="preserve"> Nr albumu</w:t>
      </w:r>
      <w:r w:rsidRPr="001E6943">
        <w:tab/>
      </w:r>
    </w:p>
    <w:p w14:paraId="3994AB8E" w14:textId="061764D8" w:rsidR="00466F10" w:rsidRPr="001E6943" w:rsidRDefault="00466F10" w:rsidP="00466F10">
      <w:pPr>
        <w:pStyle w:val="06TEKSTWACIWY"/>
        <w:tabs>
          <w:tab w:val="right" w:leader="dot" w:pos="940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1F637A00" wp14:editId="464C08D9">
                <wp:simplePos x="0" y="0"/>
                <wp:positionH relativeFrom="margin">
                  <wp:posOffset>1028283</wp:posOffset>
                </wp:positionH>
                <wp:positionV relativeFrom="paragraph">
                  <wp:posOffset>245963</wp:posOffset>
                </wp:positionV>
                <wp:extent cx="4953236" cy="154904"/>
                <wp:effectExtent l="0" t="0" r="0" b="0"/>
                <wp:wrapNone/>
                <wp:docPr id="2029810910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3236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6B5D9A" w14:textId="77777777" w:rsidR="00466F10" w:rsidRPr="00D40140" w:rsidRDefault="00466F10" w:rsidP="00466F10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637A00" id="_x0000_s1087" type="#_x0000_t202" style="position:absolute;left:0;text-align:left;margin-left:80.95pt;margin-top:19.35pt;width:390pt;height:12.2pt;z-index:251938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" filled="f" stroked="f" strokeweight=".5pt">
                <v:textbox inset=".1mm,.1mm,.1mm,.1mm">
                  <w:txbxContent>
                    <w:p w14:paraId="456B5D9A" w14:textId="77777777" w:rsidR="00466F10" w:rsidRPr="00D40140" w:rsidRDefault="00466F10" w:rsidP="00466F10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t xml:space="preserve">Nazwa instytucji, w której zrealizowano praktykę </w:t>
      </w:r>
      <w:r w:rsidRPr="001E6943">
        <w:tab/>
      </w:r>
    </w:p>
    <w:p w14:paraId="178646B9" w14:textId="2252C385" w:rsidR="00466F10" w:rsidRPr="001E6943" w:rsidRDefault="00466F10" w:rsidP="00466F10">
      <w:pPr>
        <w:pStyle w:val="06TEKSTWACIWY"/>
        <w:tabs>
          <w:tab w:val="right" w:leader="dot" w:pos="940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6DFC452C" wp14:editId="01F688BF">
                <wp:simplePos x="0" y="0"/>
                <wp:positionH relativeFrom="margin">
                  <wp:posOffset>1179812</wp:posOffset>
                </wp:positionH>
                <wp:positionV relativeFrom="paragraph">
                  <wp:posOffset>244330</wp:posOffset>
                </wp:positionV>
                <wp:extent cx="370749" cy="154305"/>
                <wp:effectExtent l="0" t="0" r="0" b="0"/>
                <wp:wrapNone/>
                <wp:docPr id="748718028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749" cy="1543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1E58B03" w14:textId="77777777" w:rsidR="00466F10" w:rsidRPr="00D40140" w:rsidRDefault="00466F10" w:rsidP="00466F10">
                            <w:pPr>
                              <w:pStyle w:val="06TEKSTWACIWY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FC452C" id="_x0000_s1088" type="#_x0000_t202" style="position:absolute;left:0;text-align:left;margin-left:92.9pt;margin-top:19.25pt;width:29.2pt;height:12.15pt;z-index:251939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" filled="f" stroked="f" strokeweight=".5pt">
                <v:textbox inset=".1mm,.1mm,.1mm,.1mm">
                  <w:txbxContent>
                    <w:p w14:paraId="71E58B03" w14:textId="77777777" w:rsidR="00466F10" w:rsidRPr="00D40140" w:rsidRDefault="00466F10" w:rsidP="00466F10">
                      <w:pPr>
                        <w:pStyle w:val="06TEKSTWACIWY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69E8C01B" wp14:editId="211EB8E9">
                <wp:simplePos x="0" y="0"/>
                <wp:positionH relativeFrom="margin">
                  <wp:posOffset>2679427</wp:posOffset>
                </wp:positionH>
                <wp:positionV relativeFrom="paragraph">
                  <wp:posOffset>244330</wp:posOffset>
                </wp:positionV>
                <wp:extent cx="323959" cy="154305"/>
                <wp:effectExtent l="0" t="0" r="6350" b="0"/>
                <wp:wrapNone/>
                <wp:docPr id="408997215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959" cy="1543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1A3920" w14:textId="77777777" w:rsidR="00466F10" w:rsidRPr="00D40140" w:rsidRDefault="00466F10" w:rsidP="00466F10">
                            <w:pPr>
                              <w:pStyle w:val="06TEKSTWACIWY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E8C01B" id="_x0000_s1089" type="#_x0000_t202" style="position:absolute;left:0;text-align:left;margin-left:211pt;margin-top:19.25pt;width:25.5pt;height:12.15pt;z-index:251942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" filled="f" stroked="f" strokeweight=".5pt">
                <v:textbox inset=".1mm,.1mm,.1mm,.1mm">
                  <w:txbxContent>
                    <w:p w14:paraId="051A3920" w14:textId="77777777" w:rsidR="00466F10" w:rsidRPr="00D40140" w:rsidRDefault="00466F10" w:rsidP="00466F10">
                      <w:pPr>
                        <w:pStyle w:val="06TEKSTWACIWY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 wp14:anchorId="32A878BE" wp14:editId="042CF069">
                <wp:simplePos x="0" y="0"/>
                <wp:positionH relativeFrom="margin">
                  <wp:posOffset>3102664</wp:posOffset>
                </wp:positionH>
                <wp:positionV relativeFrom="paragraph">
                  <wp:posOffset>244330</wp:posOffset>
                </wp:positionV>
                <wp:extent cx="318734" cy="154305"/>
                <wp:effectExtent l="0" t="0" r="0" b="0"/>
                <wp:wrapNone/>
                <wp:docPr id="2082654589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734" cy="1543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6D8C93" w14:textId="77777777" w:rsidR="00466F10" w:rsidRPr="00D40140" w:rsidRDefault="00466F10" w:rsidP="00466F10">
                            <w:pPr>
                              <w:pStyle w:val="06TEKSTWACIWY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A878BE" id="_x0000_s1090" type="#_x0000_t202" style="position:absolute;left:0;text-align:left;margin-left:244.3pt;margin-top:19.25pt;width:25.1pt;height:12.15pt;z-index:251943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" filled="f" stroked="f" strokeweight=".5pt">
                <v:textbox inset=".1mm,.1mm,.1mm,.1mm">
                  <w:txbxContent>
                    <w:p w14:paraId="6C6D8C93" w14:textId="77777777" w:rsidR="00466F10" w:rsidRPr="00D40140" w:rsidRDefault="00466F10" w:rsidP="00466F10">
                      <w:pPr>
                        <w:pStyle w:val="06TEKSTWACIWY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4B0FA863" wp14:editId="32BBB94E">
                <wp:simplePos x="0" y="0"/>
                <wp:positionH relativeFrom="margin">
                  <wp:posOffset>3520676</wp:posOffset>
                </wp:positionH>
                <wp:positionV relativeFrom="paragraph">
                  <wp:posOffset>244330</wp:posOffset>
                </wp:positionV>
                <wp:extent cx="329184" cy="154305"/>
                <wp:effectExtent l="0" t="0" r="1270" b="0"/>
                <wp:wrapNone/>
                <wp:docPr id="1841532853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184" cy="1543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5844BD" w14:textId="77777777" w:rsidR="00466F10" w:rsidRPr="00D40140" w:rsidRDefault="00466F10" w:rsidP="00466F10">
                            <w:pPr>
                              <w:pStyle w:val="06TEKSTWACIWY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0FA863" id="_x0000_s1091" type="#_x0000_t202" style="position:absolute;left:0;text-align:left;margin-left:277.2pt;margin-top:19.25pt;width:25.9pt;height:12.15pt;z-index:251944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" filled="f" stroked="f" strokeweight=".5pt">
                <v:textbox inset=".1mm,.1mm,.1mm,.1mm">
                  <w:txbxContent>
                    <w:p w14:paraId="1D5844BD" w14:textId="77777777" w:rsidR="00466F10" w:rsidRPr="00D40140" w:rsidRDefault="00466F10" w:rsidP="00466F10">
                      <w:pPr>
                        <w:pStyle w:val="06TEKSTWACIWY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66C0A8EB" wp14:editId="081D396F">
                <wp:simplePos x="0" y="0"/>
                <wp:positionH relativeFrom="margin">
                  <wp:posOffset>2063333</wp:posOffset>
                </wp:positionH>
                <wp:positionV relativeFrom="paragraph">
                  <wp:posOffset>244711</wp:posOffset>
                </wp:positionV>
                <wp:extent cx="397111" cy="154904"/>
                <wp:effectExtent l="0" t="0" r="0" b="0"/>
                <wp:wrapNone/>
                <wp:docPr id="1090650344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7111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8400B6" w14:textId="77777777" w:rsidR="00466F10" w:rsidRPr="00D40140" w:rsidRDefault="00466F10" w:rsidP="00466F10">
                            <w:pPr>
                              <w:pStyle w:val="06TEKSTWACIWY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C0A8EB" id="_x0000_s1092" type="#_x0000_t202" style="position:absolute;left:0;text-align:left;margin-left:162.45pt;margin-top:19.25pt;width:31.25pt;height:12.2pt;z-index:251941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" filled="f" stroked="f" strokeweight=".5pt">
                <v:textbox inset=".1mm,.1mm,.1mm,.1mm">
                  <w:txbxContent>
                    <w:p w14:paraId="008400B6" w14:textId="77777777" w:rsidR="00466F10" w:rsidRPr="00D40140" w:rsidRDefault="00466F10" w:rsidP="00466F10">
                      <w:pPr>
                        <w:pStyle w:val="06TEKSTWACIWY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643106AD" wp14:editId="47DA1342">
                <wp:simplePos x="0" y="0"/>
                <wp:positionH relativeFrom="margin">
                  <wp:posOffset>1629428</wp:posOffset>
                </wp:positionH>
                <wp:positionV relativeFrom="paragraph">
                  <wp:posOffset>244711</wp:posOffset>
                </wp:positionV>
                <wp:extent cx="397111" cy="154904"/>
                <wp:effectExtent l="0" t="0" r="0" b="0"/>
                <wp:wrapNone/>
                <wp:docPr id="1322940114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7111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EA48EC" w14:textId="77777777" w:rsidR="00466F10" w:rsidRPr="00D40140" w:rsidRDefault="00466F10" w:rsidP="00466F10">
                            <w:pPr>
                              <w:pStyle w:val="06TEKSTWACIWY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3106AD" id="_x0000_s1093" type="#_x0000_t202" style="position:absolute;left:0;text-align:left;margin-left:128.3pt;margin-top:19.25pt;width:31.25pt;height:12.2pt;z-index:251940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" filled="f" stroked="f" strokeweight=".5pt">
                <v:textbox inset=".1mm,.1mm,.1mm,.1mm">
                  <w:txbxContent>
                    <w:p w14:paraId="40EA48EC" w14:textId="77777777" w:rsidR="00466F10" w:rsidRPr="00D40140" w:rsidRDefault="00466F10" w:rsidP="00466F10">
                      <w:pPr>
                        <w:pStyle w:val="06TEKSTWACIWY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t xml:space="preserve">Adres instytucji </w:t>
      </w:r>
      <w:r w:rsidRPr="001E6943">
        <w:tab/>
      </w:r>
    </w:p>
    <w:p w14:paraId="1553DC69" w14:textId="5DA82939" w:rsidR="00466F10" w:rsidRPr="001E6943" w:rsidRDefault="00466F10" w:rsidP="00466F10">
      <w:pPr>
        <w:pStyle w:val="06TEKSTWACIWY"/>
        <w:tabs>
          <w:tab w:val="right" w:leader="dot" w:pos="2552"/>
          <w:tab w:val="right" w:leader="dot" w:pos="3261"/>
          <w:tab w:val="right" w:leader="dot" w:pos="4111"/>
          <w:tab w:val="right" w:leader="dot" w:pos="4820"/>
          <w:tab w:val="right" w:leader="dot" w:pos="5529"/>
          <w:tab w:val="right" w:leader="dot" w:pos="609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1421A0D9" wp14:editId="2046F6DC">
                <wp:simplePos x="0" y="0"/>
                <wp:positionH relativeFrom="margin">
                  <wp:posOffset>1738901</wp:posOffset>
                </wp:positionH>
                <wp:positionV relativeFrom="paragraph">
                  <wp:posOffset>247922</wp:posOffset>
                </wp:positionV>
                <wp:extent cx="4242381" cy="154904"/>
                <wp:effectExtent l="0" t="0" r="0" b="0"/>
                <wp:wrapNone/>
                <wp:docPr id="32334422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42381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96A2D67" w14:textId="77777777" w:rsidR="00466F10" w:rsidRPr="00D40140" w:rsidRDefault="00466F10" w:rsidP="00466F10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21A0D9" id="_x0000_s1094" type="#_x0000_t202" style="position:absolute;left:0;text-align:left;margin-left:136.9pt;margin-top:19.5pt;width:334.05pt;height:12.2pt;z-index:251945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" filled="f" stroked="f" strokeweight=".5pt">
                <v:textbox inset=".1mm,.1mm,.1mm,.1mm">
                  <w:txbxContent>
                    <w:p w14:paraId="496A2D67" w14:textId="77777777" w:rsidR="00466F10" w:rsidRPr="00D40140" w:rsidRDefault="00466F10" w:rsidP="00466F10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t xml:space="preserve">Termin praktyk od </w:t>
      </w:r>
      <w:r w:rsidRPr="001E6943">
        <w:tab/>
        <w:t>/</w:t>
      </w:r>
      <w:r w:rsidRPr="001E6943">
        <w:tab/>
        <w:t>/</w:t>
      </w:r>
      <w:r w:rsidRPr="001E6943">
        <w:tab/>
        <w:t xml:space="preserve"> do </w:t>
      </w:r>
      <w:r w:rsidRPr="001E6943">
        <w:tab/>
        <w:t>/</w:t>
      </w:r>
      <w:r w:rsidRPr="001E6943">
        <w:tab/>
        <w:t>/</w:t>
      </w:r>
      <w:r w:rsidRPr="001E6943">
        <w:tab/>
      </w:r>
    </w:p>
    <w:p w14:paraId="4D3B5A45" w14:textId="3021FD3E" w:rsidR="00466F10" w:rsidRPr="001E6943" w:rsidRDefault="00466F10" w:rsidP="00466F10">
      <w:pPr>
        <w:pStyle w:val="06TEKSTWACIWY"/>
        <w:tabs>
          <w:tab w:val="right" w:leader="dot" w:pos="9406"/>
        </w:tabs>
        <w:spacing w:line="360" w:lineRule="auto"/>
      </w:pPr>
      <w:r w:rsidRPr="001E6943">
        <w:t xml:space="preserve">Zrealizowana liczba godzin </w:t>
      </w:r>
      <w:r w:rsidRPr="001E6943">
        <w:tab/>
      </w:r>
    </w:p>
    <w:p w14:paraId="7902F6C2" w14:textId="77777777" w:rsidR="00466F10" w:rsidRPr="001E6943" w:rsidRDefault="00466F10" w:rsidP="00466F10">
      <w:pPr>
        <w:pStyle w:val="06TEKSTWACIWY"/>
        <w:spacing w:before="600"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 wp14:anchorId="334855C4" wp14:editId="790F20EF">
                <wp:simplePos x="0" y="0"/>
                <wp:positionH relativeFrom="margin">
                  <wp:posOffset>238760</wp:posOffset>
                </wp:positionH>
                <wp:positionV relativeFrom="paragraph">
                  <wp:posOffset>610235</wp:posOffset>
                </wp:positionV>
                <wp:extent cx="5741416" cy="154904"/>
                <wp:effectExtent l="0" t="0" r="0" b="0"/>
                <wp:wrapNone/>
                <wp:docPr id="375301170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1416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FCF64D" w14:textId="77777777" w:rsidR="00466F10" w:rsidRPr="00D40140" w:rsidRDefault="00466F10" w:rsidP="00466F10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4855C4" id="_x0000_s1095" type="#_x0000_t202" style="position:absolute;left:0;text-align:left;margin-left:18.8pt;margin-top:48.05pt;width:452.1pt;height:12.2pt;z-index:251947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" filled="f" stroked="f" strokeweight=".5pt">
                <v:textbox inset=".1mm,.1mm,.1mm,.1mm">
                  <w:txbxContent>
                    <w:p w14:paraId="43FCF64D" w14:textId="77777777" w:rsidR="00466F10" w:rsidRPr="00D40140" w:rsidRDefault="00466F10" w:rsidP="00466F10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t>Zakres obowiązków w trakcie wykonywania praktyki (wypełnia student):</w:t>
      </w:r>
    </w:p>
    <w:p w14:paraId="01C16DB0" w14:textId="77777777" w:rsidR="00466F10" w:rsidRPr="001E6943" w:rsidRDefault="00466F10" w:rsidP="00466F10">
      <w:pPr>
        <w:pStyle w:val="08-listanumerowana"/>
        <w:numPr>
          <w:ilvl w:val="0"/>
          <w:numId w:val="23"/>
        </w:numPr>
        <w:tabs>
          <w:tab w:val="right" w:leader="dot" w:pos="940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546F5DC5" wp14:editId="4F6D2C73">
                <wp:simplePos x="0" y="0"/>
                <wp:positionH relativeFrom="margin">
                  <wp:posOffset>240665</wp:posOffset>
                </wp:positionH>
                <wp:positionV relativeFrom="paragraph">
                  <wp:posOffset>248920</wp:posOffset>
                </wp:positionV>
                <wp:extent cx="5741416" cy="154904"/>
                <wp:effectExtent l="0" t="0" r="0" b="0"/>
                <wp:wrapNone/>
                <wp:docPr id="1205335976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1416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935EA2" w14:textId="77777777" w:rsidR="00466F10" w:rsidRPr="00D40140" w:rsidRDefault="00466F10" w:rsidP="00466F10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6F5DC5" id="_x0000_s1096" type="#_x0000_t202" style="position:absolute;left:0;text-align:left;margin-left:18.95pt;margin-top:19.6pt;width:452.1pt;height:12.2pt;z-index:251948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" filled="f" stroked="f" strokeweight=".5pt">
                <v:textbox inset=".1mm,.1mm,.1mm,.1mm">
                  <w:txbxContent>
                    <w:p w14:paraId="3E935EA2" w14:textId="77777777" w:rsidR="00466F10" w:rsidRPr="00D40140" w:rsidRDefault="00466F10" w:rsidP="00466F10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tab/>
      </w:r>
    </w:p>
    <w:p w14:paraId="74999A21" w14:textId="77777777" w:rsidR="00466F10" w:rsidRPr="001E6943" w:rsidRDefault="00466F10" w:rsidP="00466F10">
      <w:pPr>
        <w:pStyle w:val="08-listanumerowana"/>
        <w:numPr>
          <w:ilvl w:val="0"/>
          <w:numId w:val="18"/>
        </w:numPr>
        <w:tabs>
          <w:tab w:val="right" w:leader="dot" w:pos="940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2A4F2879" wp14:editId="39D064A0">
                <wp:simplePos x="0" y="0"/>
                <wp:positionH relativeFrom="margin">
                  <wp:posOffset>239395</wp:posOffset>
                </wp:positionH>
                <wp:positionV relativeFrom="paragraph">
                  <wp:posOffset>241300</wp:posOffset>
                </wp:positionV>
                <wp:extent cx="5741416" cy="154904"/>
                <wp:effectExtent l="0" t="0" r="0" b="0"/>
                <wp:wrapNone/>
                <wp:docPr id="1410361804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1416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6DDDC6" w14:textId="77777777" w:rsidR="00466F10" w:rsidRPr="00D40140" w:rsidRDefault="00466F10" w:rsidP="00466F10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4F2879" id="_x0000_s1097" type="#_x0000_t202" style="position:absolute;left:0;text-align:left;margin-left:18.85pt;margin-top:19pt;width:452.1pt;height:12.2pt;z-index:251949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" filled="f" stroked="f" strokeweight=".5pt">
                <v:textbox inset=".1mm,.1mm,.1mm,.1mm">
                  <w:txbxContent>
                    <w:p w14:paraId="086DDDC6" w14:textId="77777777" w:rsidR="00466F10" w:rsidRPr="00D40140" w:rsidRDefault="00466F10" w:rsidP="00466F10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tab/>
      </w:r>
    </w:p>
    <w:p w14:paraId="43BACFBD" w14:textId="77777777" w:rsidR="00466F10" w:rsidRPr="001E6943" w:rsidRDefault="00466F10" w:rsidP="00466F10">
      <w:pPr>
        <w:pStyle w:val="08-listanumerowana"/>
        <w:numPr>
          <w:ilvl w:val="0"/>
          <w:numId w:val="18"/>
        </w:numPr>
        <w:tabs>
          <w:tab w:val="right" w:leader="dot" w:pos="940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 wp14:anchorId="0AB13096" wp14:editId="4AA19188">
                <wp:simplePos x="0" y="0"/>
                <wp:positionH relativeFrom="margin">
                  <wp:posOffset>239395</wp:posOffset>
                </wp:positionH>
                <wp:positionV relativeFrom="paragraph">
                  <wp:posOffset>245745</wp:posOffset>
                </wp:positionV>
                <wp:extent cx="5741416" cy="154904"/>
                <wp:effectExtent l="0" t="0" r="0" b="0"/>
                <wp:wrapNone/>
                <wp:docPr id="1314832956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1416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9C3FBF" w14:textId="77777777" w:rsidR="00466F10" w:rsidRPr="00D40140" w:rsidRDefault="00466F10" w:rsidP="00466F10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B13096" id="_x0000_s1098" type="#_x0000_t202" style="position:absolute;left:0;text-align:left;margin-left:18.85pt;margin-top:19.35pt;width:452.1pt;height:12.2pt;z-index:251950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" filled="f" stroked="f" strokeweight=".5pt">
                <v:textbox inset=".1mm,.1mm,.1mm,.1mm">
                  <w:txbxContent>
                    <w:p w14:paraId="5F9C3FBF" w14:textId="77777777" w:rsidR="00466F10" w:rsidRPr="00D40140" w:rsidRDefault="00466F10" w:rsidP="00466F10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tab/>
      </w:r>
    </w:p>
    <w:p w14:paraId="70C057B4" w14:textId="77777777" w:rsidR="00466F10" w:rsidRPr="001E6943" w:rsidRDefault="00466F10" w:rsidP="00466F10">
      <w:pPr>
        <w:pStyle w:val="08-listanumerowana"/>
        <w:numPr>
          <w:ilvl w:val="0"/>
          <w:numId w:val="18"/>
        </w:numPr>
        <w:tabs>
          <w:tab w:val="right" w:leader="dot" w:pos="940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 wp14:anchorId="3358DA3C" wp14:editId="72B902BD">
                <wp:simplePos x="0" y="0"/>
                <wp:positionH relativeFrom="margin">
                  <wp:posOffset>239395</wp:posOffset>
                </wp:positionH>
                <wp:positionV relativeFrom="paragraph">
                  <wp:posOffset>243205</wp:posOffset>
                </wp:positionV>
                <wp:extent cx="5741416" cy="154904"/>
                <wp:effectExtent l="0" t="0" r="0" b="0"/>
                <wp:wrapNone/>
                <wp:docPr id="384895510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1416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14F4C16" w14:textId="77777777" w:rsidR="00466F10" w:rsidRPr="00D40140" w:rsidRDefault="00466F10" w:rsidP="00466F10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58DA3C" id="_x0000_s1099" type="#_x0000_t202" style="position:absolute;left:0;text-align:left;margin-left:18.85pt;margin-top:19.15pt;width:452.1pt;height:12.2pt;z-index:251951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" filled="f" stroked="f" strokeweight=".5pt">
                <v:textbox inset=".1mm,.1mm,.1mm,.1mm">
                  <w:txbxContent>
                    <w:p w14:paraId="114F4C16" w14:textId="77777777" w:rsidR="00466F10" w:rsidRPr="00D40140" w:rsidRDefault="00466F10" w:rsidP="00466F10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tab/>
      </w:r>
    </w:p>
    <w:p w14:paraId="1DF190A0" w14:textId="77777777" w:rsidR="00466F10" w:rsidRPr="001E6943" w:rsidRDefault="00466F10" w:rsidP="00466F10">
      <w:pPr>
        <w:pStyle w:val="08-listanumerowana"/>
        <w:numPr>
          <w:ilvl w:val="0"/>
          <w:numId w:val="18"/>
        </w:numPr>
        <w:tabs>
          <w:tab w:val="right" w:leader="dot" w:pos="9406"/>
        </w:tabs>
        <w:spacing w:line="360" w:lineRule="auto"/>
      </w:pPr>
      <w:r w:rsidRPr="001E6943">
        <w:tab/>
      </w:r>
    </w:p>
    <w:p w14:paraId="574603BE" w14:textId="77777777" w:rsidR="00466F10" w:rsidRPr="001E6943" w:rsidRDefault="00466F10" w:rsidP="00466F10">
      <w:pPr>
        <w:pStyle w:val="06TEKSTWACIWY"/>
        <w:tabs>
          <w:tab w:val="left" w:pos="567"/>
          <w:tab w:val="right" w:leader="dot" w:pos="3402"/>
          <w:tab w:val="left" w:pos="6005"/>
          <w:tab w:val="right" w:leader="dot" w:pos="8833"/>
        </w:tabs>
        <w:spacing w:before="960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 wp14:anchorId="3EAB0FC9" wp14:editId="438966EA">
                <wp:simplePos x="0" y="0"/>
                <wp:positionH relativeFrom="margin">
                  <wp:posOffset>355981</wp:posOffset>
                </wp:positionH>
                <wp:positionV relativeFrom="paragraph">
                  <wp:posOffset>596900</wp:posOffset>
                </wp:positionV>
                <wp:extent cx="1786128" cy="154904"/>
                <wp:effectExtent l="0" t="0" r="5080" b="0"/>
                <wp:wrapNone/>
                <wp:docPr id="544767485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6128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4C4F14" w14:textId="77777777" w:rsidR="00466F10" w:rsidRPr="00D40140" w:rsidRDefault="00466F10" w:rsidP="00466F10">
                            <w:pPr>
                              <w:pStyle w:val="06TEKSTWACIWY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AB0FC9" id="_x0000_s1100" type="#_x0000_t202" style="position:absolute;left:0;text-align:left;margin-left:28.05pt;margin-top:47pt;width:140.65pt;height:12.2pt;z-index:251952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" filled="f" stroked="f" strokeweight=".5pt">
                <v:textbox inset=".1mm,.1mm,.1mm,.1mm">
                  <w:txbxContent>
                    <w:p w14:paraId="274C4F14" w14:textId="77777777" w:rsidR="00466F10" w:rsidRPr="00D40140" w:rsidRDefault="00466F10" w:rsidP="00466F10">
                      <w:pPr>
                        <w:pStyle w:val="06TEKSTWACIWY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tab/>
      </w:r>
      <w:r w:rsidRPr="001E6943">
        <w:tab/>
      </w:r>
      <w:r w:rsidRPr="001E6943">
        <w:tab/>
      </w:r>
      <w:r w:rsidRPr="001E6943">
        <w:tab/>
      </w:r>
    </w:p>
    <w:p w14:paraId="340A8403" w14:textId="77777777" w:rsidR="00466F10" w:rsidRPr="001E6943" w:rsidRDefault="00466F10" w:rsidP="00466F10">
      <w:pPr>
        <w:pStyle w:val="06TEKSTWACIWY"/>
        <w:tabs>
          <w:tab w:val="center" w:pos="1988"/>
          <w:tab w:val="center" w:pos="7433"/>
        </w:tabs>
        <w:spacing w:line="360" w:lineRule="auto"/>
        <w:rPr>
          <w:sz w:val="18"/>
          <w:szCs w:val="18"/>
        </w:rPr>
      </w:pPr>
      <w:r w:rsidRPr="001E6943">
        <w:rPr>
          <w:sz w:val="18"/>
          <w:szCs w:val="18"/>
        </w:rPr>
        <w:tab/>
        <w:t>Miejscowość i data</w:t>
      </w:r>
      <w:r w:rsidRPr="001E6943">
        <w:rPr>
          <w:sz w:val="18"/>
          <w:szCs w:val="18"/>
        </w:rPr>
        <w:tab/>
        <w:t>Podpis studenta</w:t>
      </w:r>
    </w:p>
    <w:p w14:paraId="127747D3" w14:textId="77777777" w:rsidR="00466F10" w:rsidRPr="001E6943" w:rsidRDefault="00466F10" w:rsidP="00466F10">
      <w:pPr>
        <w:pStyle w:val="06TEKSTWACIWY"/>
        <w:spacing w:before="720" w:after="360" w:line="360" w:lineRule="auto"/>
        <w:rPr>
          <w:b/>
          <w:bCs/>
        </w:rPr>
      </w:pPr>
      <w:r w:rsidRPr="001E6943">
        <w:rPr>
          <w:b/>
          <w:bCs/>
        </w:rPr>
        <w:t>ZALICZENIE PRAKTYKI PRZEZ PEŁNOMOCNIKA DZIEKANA ds. PRAKTYK:</w:t>
      </w:r>
    </w:p>
    <w:p w14:paraId="050B303D" w14:textId="77777777" w:rsidR="00466F10" w:rsidRPr="001E6943" w:rsidRDefault="00466F10" w:rsidP="00466F10">
      <w:pPr>
        <w:pStyle w:val="06TEKSTWACIWY"/>
        <w:tabs>
          <w:tab w:val="right" w:leader="dot" w:pos="9406"/>
        </w:tabs>
        <w:spacing w:line="360" w:lineRule="auto"/>
      </w:pPr>
      <w:r w:rsidRPr="001E6943">
        <w:rPr>
          <w:i/>
          <w:iCs/>
        </w:rPr>
        <w:t xml:space="preserve">Zaliczam / nie zaliczam </w:t>
      </w:r>
      <w:r w:rsidRPr="001E6943">
        <w:t xml:space="preserve">praktykę kierunkową / praktyki kierunkowej w wymiarze </w:t>
      </w:r>
      <w:r w:rsidRPr="001E6943">
        <w:tab/>
        <w:t xml:space="preserve"> godzin.</w:t>
      </w:r>
    </w:p>
    <w:p w14:paraId="19464BAF" w14:textId="77777777" w:rsidR="00466F10" w:rsidRPr="001E6943" w:rsidRDefault="00466F10" w:rsidP="00466F10">
      <w:pPr>
        <w:pStyle w:val="06TEKSTWACIWY"/>
        <w:tabs>
          <w:tab w:val="right" w:leader="dot" w:pos="9406"/>
        </w:tabs>
        <w:spacing w:line="360" w:lineRule="auto"/>
      </w:pPr>
      <w:r w:rsidRPr="001E6943">
        <w:t xml:space="preserve">Ocena: </w:t>
      </w:r>
      <w:r w:rsidRPr="001E6943">
        <w:tab/>
      </w:r>
    </w:p>
    <w:p w14:paraId="38D242E7" w14:textId="77777777" w:rsidR="00466F10" w:rsidRPr="001E6943" w:rsidRDefault="00466F10" w:rsidP="00466F10">
      <w:pPr>
        <w:pStyle w:val="06TEKSTWACIWY"/>
        <w:tabs>
          <w:tab w:val="left" w:pos="567"/>
          <w:tab w:val="right" w:leader="dot" w:pos="3402"/>
          <w:tab w:val="left" w:pos="6005"/>
          <w:tab w:val="right" w:leader="dot" w:pos="8833"/>
        </w:tabs>
        <w:spacing w:before="600"/>
      </w:pPr>
      <w:r w:rsidRPr="001E6943">
        <w:tab/>
      </w:r>
      <w:r w:rsidRPr="001E6943">
        <w:tab/>
      </w:r>
      <w:r w:rsidRPr="001E6943">
        <w:tab/>
      </w:r>
      <w:r w:rsidRPr="001E6943">
        <w:tab/>
      </w:r>
    </w:p>
    <w:p w14:paraId="755D78F2" w14:textId="77777777" w:rsidR="00466F10" w:rsidRDefault="00466F10" w:rsidP="00466F10">
      <w:pPr>
        <w:pStyle w:val="06TEKSTWACIWY"/>
        <w:tabs>
          <w:tab w:val="center" w:pos="1985"/>
          <w:tab w:val="center" w:pos="7447"/>
        </w:tabs>
        <w:rPr>
          <w:sz w:val="18"/>
          <w:szCs w:val="18"/>
        </w:rPr>
      </w:pPr>
      <w:r w:rsidRPr="001E6943">
        <w:rPr>
          <w:sz w:val="18"/>
          <w:szCs w:val="18"/>
        </w:rPr>
        <w:tab/>
        <w:t>Data</w:t>
      </w:r>
      <w:r w:rsidRPr="001E6943">
        <w:rPr>
          <w:sz w:val="18"/>
          <w:szCs w:val="18"/>
        </w:rPr>
        <w:tab/>
        <w:t>Podpis i pieczęć pełnomocnika</w:t>
      </w:r>
    </w:p>
    <w:p w14:paraId="1DF5E4BC" w14:textId="77777777" w:rsidR="00466F10" w:rsidRDefault="00466F10" w:rsidP="00466F10">
      <w:pPr>
        <w:rPr>
          <w:rFonts w:ascii="Times New Roman" w:eastAsiaTheme="minorHAnsi" w:hAnsi="Times New Roman" w:cs="Times New Roman"/>
          <w:kern w:val="2"/>
          <w:sz w:val="18"/>
          <w:szCs w:val="18"/>
          <w:lang w:val="pl-PL"/>
          <w14:ligatures w14:val="standardContextual"/>
        </w:rPr>
      </w:pPr>
      <w:r w:rsidRPr="00466F10">
        <w:rPr>
          <w:sz w:val="18"/>
          <w:szCs w:val="18"/>
          <w:lang w:val="pl-PL"/>
        </w:rPr>
        <w:br w:type="page"/>
      </w:r>
    </w:p>
    <w:p w14:paraId="64F648ED" w14:textId="77777777" w:rsidR="00466F10" w:rsidRDefault="00466F10" w:rsidP="00466F10">
      <w:pPr>
        <w:pStyle w:val="04nagwekpodrzdnydogwnego"/>
      </w:pPr>
      <w:r w:rsidRPr="001E6943">
        <w:rPr>
          <w:rFonts w:eastAsiaTheme="minorEastAsia"/>
          <w:noProof/>
          <w14:ligatures w14:val="none"/>
        </w:rPr>
        <w:lastRenderedPageBreak/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1C4D0D9E" wp14:editId="53101B86">
                <wp:simplePos x="0" y="0"/>
                <wp:positionH relativeFrom="margin">
                  <wp:posOffset>1581150</wp:posOffset>
                </wp:positionH>
                <wp:positionV relativeFrom="paragraph">
                  <wp:posOffset>338455</wp:posOffset>
                </wp:positionV>
                <wp:extent cx="4371867" cy="154904"/>
                <wp:effectExtent l="0" t="0" r="0" b="0"/>
                <wp:wrapNone/>
                <wp:docPr id="1234007064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71867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076DCF" w14:textId="77777777" w:rsidR="00466F10" w:rsidRPr="00D40140" w:rsidRDefault="00466F10" w:rsidP="00466F10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4D0D9E" id="_x0000_s1101" type="#_x0000_t202" style="position:absolute;left:0;text-align:left;margin-left:124.5pt;margin-top:26.65pt;width:344.25pt;height:12.2pt;z-index:251956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" filled="f" stroked="f" strokeweight=".5pt">
                <v:textbox inset=".1mm,.1mm,.1mm,.1mm">
                  <w:txbxContent>
                    <w:p w14:paraId="4C076DCF" w14:textId="77777777" w:rsidR="00466F10" w:rsidRPr="00D40140" w:rsidRDefault="00466F10" w:rsidP="00466F10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t>Ocena efektów praktykanta UKSW (wypełnia opiekun w Instytucji)</w:t>
      </w:r>
    </w:p>
    <w:p w14:paraId="5758869C" w14:textId="77777777" w:rsidR="00466F10" w:rsidRDefault="00466F10" w:rsidP="00466F10">
      <w:pPr>
        <w:pStyle w:val="06TEKSTWACIWY"/>
        <w:tabs>
          <w:tab w:val="right" w:leader="dot" w:pos="940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957248" behindDoc="0" locked="0" layoutInCell="1" allowOverlap="1" wp14:anchorId="2BFCB534" wp14:editId="18C05759">
                <wp:simplePos x="0" y="0"/>
                <wp:positionH relativeFrom="margin">
                  <wp:posOffset>520700</wp:posOffset>
                </wp:positionH>
                <wp:positionV relativeFrom="paragraph">
                  <wp:posOffset>240665</wp:posOffset>
                </wp:positionV>
                <wp:extent cx="5434330" cy="154904"/>
                <wp:effectExtent l="0" t="0" r="1270" b="0"/>
                <wp:wrapNone/>
                <wp:docPr id="533788769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34330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 id="69">
                        <w:txbxContent>
                          <w:p w14:paraId="540C75A4" w14:textId="77777777" w:rsidR="00466F10" w:rsidRPr="00D40140" w:rsidRDefault="00466F10" w:rsidP="00466F10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FCB534" id="_x0000_s1102" type="#_x0000_t202" style="position:absolute;left:0;text-align:left;margin-left:41pt;margin-top:18.95pt;width:427.9pt;height:12.2pt;z-index:251957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" filled="f" stroked="f" strokeweight=".5pt">
                <v:textbox style="mso-next-textbox:#_x0000_s1103" inset=".1mm,.1mm,.1mm,.1mm">
                  <w:txbxContent>
                    <w:p w14:paraId="540C75A4" w14:textId="77777777" w:rsidR="00466F10" w:rsidRPr="00D40140" w:rsidRDefault="00466F10" w:rsidP="00466F10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t xml:space="preserve">Imię i nazwisko studenta </w:t>
      </w:r>
      <w:r w:rsidRPr="001E6943">
        <w:tab/>
      </w:r>
    </w:p>
    <w:p w14:paraId="7A30F8B1" w14:textId="77777777" w:rsidR="00466F10" w:rsidRDefault="00466F10" w:rsidP="00466F10">
      <w:pPr>
        <w:pStyle w:val="06TEKSTWACIWY"/>
        <w:tabs>
          <w:tab w:val="right" w:leader="dot" w:pos="940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25E3A170" wp14:editId="28B510B1">
                <wp:simplePos x="0" y="0"/>
                <wp:positionH relativeFrom="margin">
                  <wp:posOffset>18415</wp:posOffset>
                </wp:positionH>
                <wp:positionV relativeFrom="paragraph">
                  <wp:posOffset>240665</wp:posOffset>
                </wp:positionV>
                <wp:extent cx="5933440" cy="154904"/>
                <wp:effectExtent l="0" t="0" r="0" b="0"/>
                <wp:wrapNone/>
                <wp:docPr id="1384249620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3440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linkedTxbx id="69" seq="1"/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E3A170" id="_x0000_s1103" type="#_x0000_t202" style="position:absolute;left:0;text-align:left;margin-left:1.45pt;margin-top:18.95pt;width:467.2pt;height:12.2pt;z-index:251958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" filled="f" stroked="f" strokeweight=".5pt">
                <v:textbox inset=".1mm,.1mm,.1mm,.1mm">
                  <w:txbxContent/>
                </v:textbox>
                <w10:wrap anchorx="margin"/>
              </v:shape>
            </w:pict>
          </mc:Fallback>
        </mc:AlternateContent>
      </w:r>
      <w:r>
        <w:t xml:space="preserve">Uwagi: </w:t>
      </w:r>
      <w:r>
        <w:tab/>
      </w:r>
    </w:p>
    <w:p w14:paraId="43C19F54" w14:textId="77777777" w:rsidR="00466F10" w:rsidRPr="001E6943" w:rsidRDefault="00466F10" w:rsidP="00466F10">
      <w:pPr>
        <w:pStyle w:val="06TEKSTWACIWY"/>
        <w:tabs>
          <w:tab w:val="right" w:leader="dot" w:pos="940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959296" behindDoc="0" locked="0" layoutInCell="1" allowOverlap="1" wp14:anchorId="454E2952" wp14:editId="62941284">
                <wp:simplePos x="0" y="0"/>
                <wp:positionH relativeFrom="margin">
                  <wp:posOffset>1452880</wp:posOffset>
                </wp:positionH>
                <wp:positionV relativeFrom="paragraph">
                  <wp:posOffset>252730</wp:posOffset>
                </wp:positionV>
                <wp:extent cx="4499999" cy="154904"/>
                <wp:effectExtent l="0" t="0" r="0" b="0"/>
                <wp:wrapNone/>
                <wp:docPr id="1922764148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99999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 id="70">
                        <w:txbxContent>
                          <w:p w14:paraId="7D09ED71" w14:textId="77777777" w:rsidR="00466F10" w:rsidRPr="00D40140" w:rsidRDefault="00466F10" w:rsidP="00466F10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4E2952" id="_x0000_s1104" type="#_x0000_t202" style="position:absolute;left:0;text-align:left;margin-left:114.4pt;margin-top:19.9pt;width:354.35pt;height:12.2pt;z-index:251959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" filled="f" stroked="f" strokeweight=".5pt">
                <v:textbox style="mso-next-textbox:#_x0000_s1105" inset=".1mm,.1mm,.1mm,.1mm">
                  <w:txbxContent>
                    <w:p w14:paraId="7D09ED71" w14:textId="77777777" w:rsidR="00466F10" w:rsidRPr="00D40140" w:rsidRDefault="00466F10" w:rsidP="00466F10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tab/>
      </w:r>
    </w:p>
    <w:p w14:paraId="760A2B1C" w14:textId="77777777" w:rsidR="00466F10" w:rsidRDefault="00466F10" w:rsidP="00466F10">
      <w:pPr>
        <w:pStyle w:val="06TEKSTWACIWY"/>
        <w:tabs>
          <w:tab w:val="right" w:leader="dot" w:pos="940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65974916" wp14:editId="77DBC9D9">
                <wp:simplePos x="0" y="0"/>
                <wp:positionH relativeFrom="margin">
                  <wp:posOffset>19050</wp:posOffset>
                </wp:positionH>
                <wp:positionV relativeFrom="paragraph">
                  <wp:posOffset>247015</wp:posOffset>
                </wp:positionV>
                <wp:extent cx="5933631" cy="154904"/>
                <wp:effectExtent l="0" t="0" r="0" b="0"/>
                <wp:wrapNone/>
                <wp:docPr id="1024794417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3631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linkedTxbx id="70" seq="1"/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974916" id="_x0000_s1105" type="#_x0000_t202" style="position:absolute;left:0;text-align:left;margin-left:1.5pt;margin-top:19.45pt;width:467.2pt;height:12.2pt;z-index:251960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" filled="f" stroked="f" strokeweight=".5pt">
                <v:textbox style="mso-next-textbox:#_x0000_s1106" inset=".1mm,.1mm,.1mm,.1mm">
                  <w:txbxContent/>
                </v:textbox>
                <w10:wrap anchorx="margin"/>
              </v:shape>
            </w:pict>
          </mc:Fallback>
        </mc:AlternateContent>
      </w:r>
      <w:r>
        <w:t xml:space="preserve">Opinia o praktykancie: </w:t>
      </w:r>
      <w:r>
        <w:tab/>
      </w:r>
    </w:p>
    <w:p w14:paraId="7F24C9F4" w14:textId="77777777" w:rsidR="00466F10" w:rsidRDefault="00466F10" w:rsidP="00466F10">
      <w:pPr>
        <w:pStyle w:val="06TEKSTWACIWY"/>
        <w:tabs>
          <w:tab w:val="right" w:leader="dot" w:pos="940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 wp14:anchorId="45DB8983" wp14:editId="12372DDA">
                <wp:simplePos x="0" y="0"/>
                <wp:positionH relativeFrom="margin">
                  <wp:posOffset>19685</wp:posOffset>
                </wp:positionH>
                <wp:positionV relativeFrom="paragraph">
                  <wp:posOffset>241935</wp:posOffset>
                </wp:positionV>
                <wp:extent cx="5933631" cy="154904"/>
                <wp:effectExtent l="0" t="0" r="0" b="0"/>
                <wp:wrapNone/>
                <wp:docPr id="435066798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3631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linkedTxbx id="70" seq="2"/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DB8983" id="_x0000_s1106" type="#_x0000_t202" style="position:absolute;left:0;text-align:left;margin-left:1.55pt;margin-top:19.05pt;width:467.2pt;height:12.2pt;z-index:251961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" filled="f" stroked="f" strokeweight=".5pt">
                <v:textbox style="mso-next-textbox:#_x0000_s1107" inset=".1mm,.1mm,.1mm,.1mm">
                  <w:txbxContent/>
                </v:textbox>
                <w10:wrap anchorx="margin"/>
              </v:shape>
            </w:pict>
          </mc:Fallback>
        </mc:AlternateContent>
      </w:r>
      <w:r>
        <w:tab/>
      </w:r>
    </w:p>
    <w:p w14:paraId="41648E5A" w14:textId="77777777" w:rsidR="00466F10" w:rsidRDefault="00466F10" w:rsidP="00466F10">
      <w:pPr>
        <w:pStyle w:val="06TEKSTWACIWY"/>
        <w:tabs>
          <w:tab w:val="right" w:leader="dot" w:pos="940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 wp14:anchorId="69E6ADB4" wp14:editId="51A2C45B">
                <wp:simplePos x="0" y="0"/>
                <wp:positionH relativeFrom="margin">
                  <wp:posOffset>19685</wp:posOffset>
                </wp:positionH>
                <wp:positionV relativeFrom="paragraph">
                  <wp:posOffset>241300</wp:posOffset>
                </wp:positionV>
                <wp:extent cx="5933631" cy="154904"/>
                <wp:effectExtent l="0" t="0" r="0" b="0"/>
                <wp:wrapNone/>
                <wp:docPr id="10392247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3631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linkedTxbx id="70" seq="3"/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E6ADB4" id="_x0000_s1107" type="#_x0000_t202" style="position:absolute;left:0;text-align:left;margin-left:1.55pt;margin-top:19pt;width:467.2pt;height:12.2pt;z-index:251962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" filled="f" stroked="f" strokeweight=".5pt">
                <v:textbox inset=".1mm,.1mm,.1mm,.1mm">
                  <w:txbxContent/>
                </v:textbox>
                <w10:wrap anchorx="margin"/>
              </v:shape>
            </w:pict>
          </mc:Fallback>
        </mc:AlternateContent>
      </w:r>
      <w:r>
        <w:tab/>
      </w:r>
    </w:p>
    <w:p w14:paraId="49B5DE26" w14:textId="77777777" w:rsidR="00466F10" w:rsidRPr="001E6943" w:rsidRDefault="00466F10" w:rsidP="00466F10">
      <w:pPr>
        <w:pStyle w:val="06TEKSTWACIWY"/>
        <w:tabs>
          <w:tab w:val="right" w:leader="dot" w:pos="940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 wp14:anchorId="6C53BB76" wp14:editId="634B86FD">
                <wp:simplePos x="0" y="0"/>
                <wp:positionH relativeFrom="margin">
                  <wp:posOffset>1259840</wp:posOffset>
                </wp:positionH>
                <wp:positionV relativeFrom="paragraph">
                  <wp:posOffset>244475</wp:posOffset>
                </wp:positionV>
                <wp:extent cx="4692797" cy="154904"/>
                <wp:effectExtent l="0" t="0" r="6350" b="0"/>
                <wp:wrapNone/>
                <wp:docPr id="1084806654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92797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E6F23A" w14:textId="77777777" w:rsidR="00466F10" w:rsidRPr="00D40140" w:rsidRDefault="00466F10" w:rsidP="00466F10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53BB76" id="_x0000_s1108" type="#_x0000_t202" style="position:absolute;left:0;text-align:left;margin-left:99.2pt;margin-top:19.25pt;width:369.5pt;height:12.2pt;z-index:251963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" filled="f" stroked="f" strokeweight=".5pt">
                <v:textbox inset=".1mm,.1mm,.1mm,.1mm">
                  <w:txbxContent>
                    <w:p w14:paraId="00E6F23A" w14:textId="77777777" w:rsidR="00466F10" w:rsidRPr="00D40140" w:rsidRDefault="00466F10" w:rsidP="00466F10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tab/>
      </w:r>
    </w:p>
    <w:p w14:paraId="61182E45" w14:textId="77777777" w:rsidR="00466F10" w:rsidRDefault="00466F10" w:rsidP="00466F10">
      <w:pPr>
        <w:pStyle w:val="06TEKSTWACIWY"/>
        <w:tabs>
          <w:tab w:val="right" w:leader="dot" w:pos="9406"/>
        </w:tabs>
      </w:pPr>
      <w:r>
        <w:t xml:space="preserve">Ocena praktykanta: </w:t>
      </w:r>
      <w:r>
        <w:tab/>
      </w:r>
    </w:p>
    <w:p w14:paraId="77B3FE6E" w14:textId="77777777" w:rsidR="00466F10" w:rsidRPr="008033A6" w:rsidRDefault="00466F10" w:rsidP="00466F10">
      <w:pPr>
        <w:pStyle w:val="06TEKSTWACIWY"/>
        <w:tabs>
          <w:tab w:val="center" w:pos="5670"/>
        </w:tabs>
        <w:spacing w:line="360" w:lineRule="auto"/>
        <w:rPr>
          <w:sz w:val="21"/>
          <w:szCs w:val="21"/>
        </w:rPr>
      </w:pPr>
      <w:r w:rsidRPr="008033A6">
        <w:rPr>
          <w:sz w:val="21"/>
          <w:szCs w:val="21"/>
        </w:rPr>
        <w:tab/>
        <w:t>(słownie: bardzo dobry, dobry, dostateczny, niedostateczny)</w:t>
      </w:r>
    </w:p>
    <w:p w14:paraId="4F34BB58" w14:textId="77777777" w:rsidR="00466F10" w:rsidRDefault="00466F10" w:rsidP="00466F10">
      <w:pPr>
        <w:pStyle w:val="06TEKSTWACIWY"/>
        <w:spacing w:after="480"/>
        <w:rPr>
          <w:sz w:val="18"/>
          <w:szCs w:val="18"/>
        </w:rPr>
      </w:pPr>
      <w:r>
        <w:rPr>
          <w:sz w:val="18"/>
          <w:szCs w:val="18"/>
        </w:rPr>
        <w:t>Skala ocen: 5 – bardzo wysoki poziom przygotowania, 4 – wysoki poziom przygotowania, 3 – spełnia w stopniu dostatecznym oczekiwaniom instytucji, 2 – poważne zastrzeżenia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88"/>
        <w:gridCol w:w="5386"/>
        <w:gridCol w:w="567"/>
        <w:gridCol w:w="567"/>
        <w:gridCol w:w="567"/>
        <w:gridCol w:w="567"/>
      </w:tblGrid>
      <w:tr w:rsidR="00466F10" w:rsidRPr="007124D2" w14:paraId="6E6353F7" w14:textId="77777777" w:rsidTr="002F0FF9">
        <w:trPr>
          <w:trHeight w:val="916"/>
          <w:jc w:val="center"/>
        </w:trPr>
        <w:tc>
          <w:tcPr>
            <w:tcW w:w="6374" w:type="dxa"/>
            <w:gridSpan w:val="2"/>
            <w:vMerge w:val="restart"/>
            <w:vAlign w:val="center"/>
          </w:tcPr>
          <w:p w14:paraId="350402B3" w14:textId="77777777" w:rsidR="00466F10" w:rsidRPr="001E6943" w:rsidRDefault="00466F10" w:rsidP="002F0FF9">
            <w:pPr>
              <w:pStyle w:val="06TEKSTWACIWY"/>
              <w:jc w:val="center"/>
              <w:rPr>
                <w:b/>
                <w:bCs/>
              </w:rPr>
            </w:pPr>
            <w:r w:rsidRPr="001E6943">
              <w:rPr>
                <w:b/>
                <w:bCs/>
              </w:rPr>
              <w:t>Efekty podlegające ocenie</w:t>
            </w:r>
          </w:p>
        </w:tc>
        <w:tc>
          <w:tcPr>
            <w:tcW w:w="2268" w:type="dxa"/>
            <w:gridSpan w:val="4"/>
            <w:vAlign w:val="center"/>
          </w:tcPr>
          <w:p w14:paraId="75E85DCC" w14:textId="77777777" w:rsidR="00466F10" w:rsidRPr="00D25D99" w:rsidRDefault="00466F10" w:rsidP="002F0FF9">
            <w:pPr>
              <w:pStyle w:val="06TEKSTWACIWY"/>
              <w:jc w:val="center"/>
              <w:rPr>
                <w:sz w:val="21"/>
                <w:szCs w:val="21"/>
              </w:rPr>
            </w:pPr>
            <w:r w:rsidRPr="00D25D99">
              <w:rPr>
                <w:sz w:val="21"/>
                <w:szCs w:val="21"/>
              </w:rPr>
              <w:t>Ocena osiągnięcia przez</w:t>
            </w:r>
            <w:r w:rsidRPr="00D25D99">
              <w:rPr>
                <w:sz w:val="21"/>
                <w:szCs w:val="21"/>
              </w:rPr>
              <w:br/>
              <w:t>studenta założonych</w:t>
            </w:r>
            <w:r w:rsidRPr="00D25D99">
              <w:rPr>
                <w:sz w:val="21"/>
                <w:szCs w:val="21"/>
              </w:rPr>
              <w:br/>
              <w:t>efektów</w:t>
            </w:r>
          </w:p>
        </w:tc>
      </w:tr>
      <w:tr w:rsidR="00466F10" w:rsidRPr="001E6943" w14:paraId="12A9CE67" w14:textId="77777777" w:rsidTr="002F0FF9">
        <w:trPr>
          <w:trHeight w:val="71"/>
          <w:jc w:val="center"/>
        </w:trPr>
        <w:tc>
          <w:tcPr>
            <w:tcW w:w="6374" w:type="dxa"/>
            <w:gridSpan w:val="2"/>
            <w:vMerge/>
            <w:vAlign w:val="center"/>
          </w:tcPr>
          <w:p w14:paraId="73992A7B" w14:textId="77777777" w:rsidR="00466F10" w:rsidRPr="001E6943" w:rsidRDefault="00466F10" w:rsidP="002F0FF9">
            <w:pPr>
              <w:pStyle w:val="06TEKSTWACIWY"/>
              <w:jc w:val="center"/>
              <w:rPr>
                <w:b/>
                <w:bCs/>
              </w:rPr>
            </w:pPr>
          </w:p>
        </w:tc>
        <w:tc>
          <w:tcPr>
            <w:tcW w:w="567" w:type="dxa"/>
            <w:vAlign w:val="center"/>
          </w:tcPr>
          <w:p w14:paraId="55FFA559" w14:textId="77777777" w:rsidR="00466F10" w:rsidRPr="005051B8" w:rsidRDefault="00466F10" w:rsidP="002F0FF9">
            <w:pPr>
              <w:pStyle w:val="06TEKSTWACIWY"/>
              <w:jc w:val="center"/>
              <w:rPr>
                <w:b/>
                <w:bCs/>
              </w:rPr>
            </w:pPr>
            <w:r w:rsidRPr="005051B8">
              <w:rPr>
                <w:b/>
                <w:bCs/>
              </w:rPr>
              <w:t>2</w:t>
            </w:r>
          </w:p>
        </w:tc>
        <w:tc>
          <w:tcPr>
            <w:tcW w:w="567" w:type="dxa"/>
            <w:vAlign w:val="center"/>
          </w:tcPr>
          <w:p w14:paraId="4B771A21" w14:textId="77777777" w:rsidR="00466F10" w:rsidRPr="005051B8" w:rsidRDefault="00466F10" w:rsidP="002F0FF9">
            <w:pPr>
              <w:pStyle w:val="06TEKSTWACIWY"/>
              <w:jc w:val="center"/>
              <w:rPr>
                <w:b/>
                <w:bCs/>
              </w:rPr>
            </w:pPr>
            <w:r w:rsidRPr="005051B8">
              <w:rPr>
                <w:b/>
                <w:bCs/>
              </w:rPr>
              <w:t>3</w:t>
            </w:r>
          </w:p>
        </w:tc>
        <w:tc>
          <w:tcPr>
            <w:tcW w:w="567" w:type="dxa"/>
            <w:vAlign w:val="center"/>
          </w:tcPr>
          <w:p w14:paraId="333232D0" w14:textId="77777777" w:rsidR="00466F10" w:rsidRPr="005051B8" w:rsidRDefault="00466F10" w:rsidP="002F0FF9">
            <w:pPr>
              <w:pStyle w:val="06TEKSTWACIWY"/>
              <w:jc w:val="center"/>
              <w:rPr>
                <w:b/>
                <w:bCs/>
              </w:rPr>
            </w:pPr>
            <w:r w:rsidRPr="005051B8">
              <w:rPr>
                <w:b/>
                <w:bCs/>
              </w:rPr>
              <w:t>4</w:t>
            </w:r>
          </w:p>
        </w:tc>
        <w:tc>
          <w:tcPr>
            <w:tcW w:w="567" w:type="dxa"/>
            <w:vAlign w:val="center"/>
          </w:tcPr>
          <w:p w14:paraId="27D432B3" w14:textId="77777777" w:rsidR="00466F10" w:rsidRPr="005051B8" w:rsidRDefault="00466F10" w:rsidP="002F0FF9">
            <w:pPr>
              <w:pStyle w:val="06TEKSTWACIWY"/>
              <w:jc w:val="center"/>
              <w:rPr>
                <w:b/>
                <w:bCs/>
              </w:rPr>
            </w:pPr>
            <w:r w:rsidRPr="005051B8">
              <w:rPr>
                <w:b/>
                <w:bCs/>
              </w:rPr>
              <w:t>5</w:t>
            </w:r>
          </w:p>
        </w:tc>
      </w:tr>
      <w:tr w:rsidR="00466F10" w:rsidRPr="007124D2" w14:paraId="2641FB4F" w14:textId="77777777" w:rsidTr="002F0FF9">
        <w:trPr>
          <w:jc w:val="center"/>
        </w:trPr>
        <w:tc>
          <w:tcPr>
            <w:tcW w:w="988" w:type="dxa"/>
            <w:vMerge w:val="restart"/>
            <w:textDirection w:val="btLr"/>
            <w:vAlign w:val="center"/>
          </w:tcPr>
          <w:p w14:paraId="176002F0" w14:textId="77777777" w:rsidR="00466F10" w:rsidRPr="001E6943" w:rsidRDefault="00466F10" w:rsidP="002F0FF9">
            <w:pPr>
              <w:pStyle w:val="06TEKSTWACIWY"/>
              <w:ind w:left="113" w:right="113"/>
              <w:jc w:val="center"/>
              <w:rPr>
                <w:b/>
                <w:bCs/>
                <w:sz w:val="21"/>
                <w:szCs w:val="21"/>
              </w:rPr>
            </w:pPr>
            <w:r w:rsidRPr="001E6943">
              <w:rPr>
                <w:b/>
                <w:bCs/>
                <w:sz w:val="21"/>
                <w:szCs w:val="21"/>
              </w:rPr>
              <w:t>Umiejętności</w:t>
            </w:r>
          </w:p>
        </w:tc>
        <w:tc>
          <w:tcPr>
            <w:tcW w:w="5386" w:type="dxa"/>
            <w:vAlign w:val="center"/>
          </w:tcPr>
          <w:p w14:paraId="595D6988" w14:textId="71E22F45" w:rsidR="00466F10" w:rsidRPr="00E73809" w:rsidRDefault="005F1CD6" w:rsidP="002F0FF9">
            <w:pPr>
              <w:pStyle w:val="06TEKSTWACIWY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Zna w stopniu zaawansowanym strukturę organizacyjną instytucji</w:t>
            </w:r>
            <w:r>
              <w:rPr>
                <w:sz w:val="18"/>
                <w:szCs w:val="18"/>
              </w:rPr>
              <w:br/>
              <w:t>medialnej oraz zasady jej funkcjonowania</w:t>
            </w:r>
          </w:p>
        </w:tc>
        <w:tc>
          <w:tcPr>
            <w:tcW w:w="567" w:type="dxa"/>
            <w:vAlign w:val="center"/>
          </w:tcPr>
          <w:p w14:paraId="6FA67705" w14:textId="77777777" w:rsidR="00466F10" w:rsidRPr="001E6943" w:rsidRDefault="00466F10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6030FB3E" w14:textId="77777777" w:rsidR="00466F10" w:rsidRPr="001E6943" w:rsidRDefault="00466F10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52236019" w14:textId="77777777" w:rsidR="00466F10" w:rsidRPr="001E6943" w:rsidRDefault="00466F10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322A9279" w14:textId="77777777" w:rsidR="00466F10" w:rsidRPr="001E6943" w:rsidRDefault="00466F10" w:rsidP="002F0FF9">
            <w:pPr>
              <w:pStyle w:val="06TEKSTWACIWY"/>
              <w:jc w:val="center"/>
            </w:pPr>
          </w:p>
        </w:tc>
      </w:tr>
      <w:tr w:rsidR="00466F10" w:rsidRPr="007124D2" w14:paraId="629209E7" w14:textId="77777777" w:rsidTr="002F0FF9">
        <w:trPr>
          <w:jc w:val="center"/>
        </w:trPr>
        <w:tc>
          <w:tcPr>
            <w:tcW w:w="988" w:type="dxa"/>
            <w:vMerge/>
            <w:vAlign w:val="center"/>
          </w:tcPr>
          <w:p w14:paraId="4C52C6E3" w14:textId="77777777" w:rsidR="00466F10" w:rsidRPr="001E6943" w:rsidRDefault="00466F10" w:rsidP="002F0FF9">
            <w:pPr>
              <w:pStyle w:val="06TEKSTWACIWY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5386" w:type="dxa"/>
            <w:vAlign w:val="center"/>
          </w:tcPr>
          <w:p w14:paraId="1EA4CD5B" w14:textId="35119AD3" w:rsidR="00466F10" w:rsidRPr="00E73809" w:rsidRDefault="005F1CD6" w:rsidP="002F0FF9">
            <w:pPr>
              <w:pStyle w:val="06TEKSTWACIWY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Zna w stopniu zaawansowanym regulacje prawne i etyczne związane</w:t>
            </w:r>
            <w:r>
              <w:rPr>
                <w:sz w:val="18"/>
                <w:szCs w:val="18"/>
              </w:rPr>
              <w:br/>
              <w:t>z wybranym zawodem</w:t>
            </w:r>
          </w:p>
        </w:tc>
        <w:tc>
          <w:tcPr>
            <w:tcW w:w="567" w:type="dxa"/>
            <w:vAlign w:val="center"/>
          </w:tcPr>
          <w:p w14:paraId="3366DC33" w14:textId="77777777" w:rsidR="00466F10" w:rsidRPr="001E6943" w:rsidRDefault="00466F10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0C1A5697" w14:textId="77777777" w:rsidR="00466F10" w:rsidRPr="001E6943" w:rsidRDefault="00466F10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69788BF6" w14:textId="77777777" w:rsidR="00466F10" w:rsidRPr="001E6943" w:rsidRDefault="00466F10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509E438B" w14:textId="77777777" w:rsidR="00466F10" w:rsidRPr="001E6943" w:rsidRDefault="00466F10" w:rsidP="002F0FF9">
            <w:pPr>
              <w:pStyle w:val="06TEKSTWACIWY"/>
              <w:jc w:val="center"/>
            </w:pPr>
          </w:p>
        </w:tc>
      </w:tr>
      <w:tr w:rsidR="00466F10" w:rsidRPr="007124D2" w14:paraId="5698ABF9" w14:textId="77777777" w:rsidTr="002F0FF9">
        <w:trPr>
          <w:jc w:val="center"/>
        </w:trPr>
        <w:tc>
          <w:tcPr>
            <w:tcW w:w="988" w:type="dxa"/>
            <w:vMerge/>
            <w:vAlign w:val="center"/>
          </w:tcPr>
          <w:p w14:paraId="1792DE07" w14:textId="77777777" w:rsidR="00466F10" w:rsidRPr="001E6943" w:rsidRDefault="00466F10" w:rsidP="002F0FF9">
            <w:pPr>
              <w:pStyle w:val="06TEKSTWACIWY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5386" w:type="dxa"/>
            <w:vAlign w:val="center"/>
          </w:tcPr>
          <w:p w14:paraId="785C76B9" w14:textId="07593C0E" w:rsidR="00466F10" w:rsidRPr="00E73809" w:rsidRDefault="005F1CD6" w:rsidP="002F0FF9">
            <w:pPr>
              <w:pStyle w:val="06TEKSTWACIWY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Zna różne role zawodowe związane ze studiowanym kierunkiem i pod</w:t>
            </w:r>
            <w:r>
              <w:rPr>
                <w:sz w:val="18"/>
                <w:szCs w:val="18"/>
              </w:rPr>
              <w:br/>
              <w:t>nadzorem Opiekuna potrafi się w nie wcielać</w:t>
            </w:r>
          </w:p>
        </w:tc>
        <w:tc>
          <w:tcPr>
            <w:tcW w:w="567" w:type="dxa"/>
            <w:vAlign w:val="center"/>
          </w:tcPr>
          <w:p w14:paraId="0E43A2A7" w14:textId="77777777" w:rsidR="00466F10" w:rsidRPr="001E6943" w:rsidRDefault="00466F10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53C3957E" w14:textId="77777777" w:rsidR="00466F10" w:rsidRPr="001E6943" w:rsidRDefault="00466F10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114ADECA" w14:textId="77777777" w:rsidR="00466F10" w:rsidRPr="001E6943" w:rsidRDefault="00466F10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0051A0F6" w14:textId="77777777" w:rsidR="00466F10" w:rsidRPr="001E6943" w:rsidRDefault="00466F10" w:rsidP="002F0FF9">
            <w:pPr>
              <w:pStyle w:val="06TEKSTWACIWY"/>
              <w:jc w:val="center"/>
            </w:pPr>
          </w:p>
        </w:tc>
      </w:tr>
      <w:tr w:rsidR="00466F10" w:rsidRPr="007124D2" w14:paraId="54C09D29" w14:textId="77777777" w:rsidTr="002F0FF9">
        <w:trPr>
          <w:jc w:val="center"/>
        </w:trPr>
        <w:tc>
          <w:tcPr>
            <w:tcW w:w="988" w:type="dxa"/>
            <w:vMerge/>
            <w:vAlign w:val="center"/>
          </w:tcPr>
          <w:p w14:paraId="3A0A488D" w14:textId="77777777" w:rsidR="00466F10" w:rsidRPr="001E6943" w:rsidRDefault="00466F10" w:rsidP="002F0FF9">
            <w:pPr>
              <w:pStyle w:val="06TEKSTWACIWY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5386" w:type="dxa"/>
            <w:vAlign w:val="center"/>
          </w:tcPr>
          <w:p w14:paraId="378E09F6" w14:textId="3A9D5A09" w:rsidR="00466F10" w:rsidRPr="00E73809" w:rsidRDefault="000E3028" w:rsidP="002F0FF9">
            <w:pPr>
              <w:pStyle w:val="06TEKSTWACIWY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Samodzielnie pozyskuje i wykorzystuje podstawowe informacje</w:t>
            </w:r>
            <w:r>
              <w:rPr>
                <w:sz w:val="18"/>
                <w:szCs w:val="18"/>
              </w:rPr>
              <w:br/>
              <w:t>niezbędne do realizacji zleconego zadania</w:t>
            </w:r>
          </w:p>
        </w:tc>
        <w:tc>
          <w:tcPr>
            <w:tcW w:w="567" w:type="dxa"/>
            <w:vAlign w:val="center"/>
          </w:tcPr>
          <w:p w14:paraId="5F20F9CF" w14:textId="77777777" w:rsidR="00466F10" w:rsidRPr="001E6943" w:rsidRDefault="00466F10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0F1C5311" w14:textId="77777777" w:rsidR="00466F10" w:rsidRPr="001E6943" w:rsidRDefault="00466F10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4CAB76FC" w14:textId="77777777" w:rsidR="00466F10" w:rsidRPr="001E6943" w:rsidRDefault="00466F10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69008A25" w14:textId="77777777" w:rsidR="00466F10" w:rsidRPr="001E6943" w:rsidRDefault="00466F10" w:rsidP="002F0FF9">
            <w:pPr>
              <w:pStyle w:val="06TEKSTWACIWY"/>
              <w:jc w:val="center"/>
            </w:pPr>
          </w:p>
        </w:tc>
      </w:tr>
      <w:tr w:rsidR="00466F10" w:rsidRPr="007124D2" w14:paraId="07FC933B" w14:textId="77777777" w:rsidTr="002F0FF9">
        <w:trPr>
          <w:jc w:val="center"/>
        </w:trPr>
        <w:tc>
          <w:tcPr>
            <w:tcW w:w="988" w:type="dxa"/>
            <w:vMerge/>
            <w:vAlign w:val="center"/>
          </w:tcPr>
          <w:p w14:paraId="7C5A0110" w14:textId="77777777" w:rsidR="00466F10" w:rsidRPr="001E6943" w:rsidRDefault="00466F10" w:rsidP="002F0FF9">
            <w:pPr>
              <w:pStyle w:val="06TEKSTWACIWY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5386" w:type="dxa"/>
            <w:vAlign w:val="center"/>
          </w:tcPr>
          <w:p w14:paraId="23E7B47B" w14:textId="475F94F2" w:rsidR="00466F10" w:rsidRPr="00E73809" w:rsidRDefault="007921CE" w:rsidP="002F0FF9">
            <w:pPr>
              <w:pStyle w:val="06TEKSTWACIWY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Samodzielnie tworzy proste przekazy słowne właściwe dla określonego</w:t>
            </w:r>
            <w:r>
              <w:rPr>
                <w:sz w:val="18"/>
                <w:szCs w:val="18"/>
              </w:rPr>
              <w:br/>
              <w:t>medium</w:t>
            </w:r>
          </w:p>
        </w:tc>
        <w:tc>
          <w:tcPr>
            <w:tcW w:w="567" w:type="dxa"/>
            <w:vAlign w:val="center"/>
          </w:tcPr>
          <w:p w14:paraId="0B039B4B" w14:textId="77777777" w:rsidR="00466F10" w:rsidRPr="001E6943" w:rsidRDefault="00466F10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24694019" w14:textId="77777777" w:rsidR="00466F10" w:rsidRPr="001E6943" w:rsidRDefault="00466F10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74CCCD3B" w14:textId="77777777" w:rsidR="00466F10" w:rsidRPr="001E6943" w:rsidRDefault="00466F10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6FEA3B94" w14:textId="77777777" w:rsidR="00466F10" w:rsidRPr="001E6943" w:rsidRDefault="00466F10" w:rsidP="002F0FF9">
            <w:pPr>
              <w:pStyle w:val="06TEKSTWACIWY"/>
              <w:jc w:val="center"/>
            </w:pPr>
          </w:p>
        </w:tc>
      </w:tr>
      <w:tr w:rsidR="00466F10" w:rsidRPr="007124D2" w14:paraId="073885E8" w14:textId="77777777" w:rsidTr="002F0FF9">
        <w:trPr>
          <w:jc w:val="center"/>
        </w:trPr>
        <w:tc>
          <w:tcPr>
            <w:tcW w:w="988" w:type="dxa"/>
            <w:vMerge/>
            <w:vAlign w:val="center"/>
          </w:tcPr>
          <w:p w14:paraId="7FA8F8A6" w14:textId="77777777" w:rsidR="00466F10" w:rsidRPr="001E6943" w:rsidRDefault="00466F10" w:rsidP="002F0FF9">
            <w:pPr>
              <w:pStyle w:val="06TEKSTWACIWY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5386" w:type="dxa"/>
            <w:vAlign w:val="center"/>
          </w:tcPr>
          <w:p w14:paraId="1057FDAE" w14:textId="2F059A78" w:rsidR="00466F10" w:rsidRPr="00E73809" w:rsidRDefault="007921CE" w:rsidP="002F0FF9">
            <w:pPr>
              <w:pStyle w:val="06TEKSTWACIWY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Zna w stopniu zaawansowanym nowoczesne narzędzia pracy właściwe</w:t>
            </w:r>
            <w:r>
              <w:rPr>
                <w:sz w:val="18"/>
                <w:szCs w:val="18"/>
              </w:rPr>
              <w:br/>
              <w:t>dla mediów i związanych z nimi zawodów</w:t>
            </w:r>
          </w:p>
        </w:tc>
        <w:tc>
          <w:tcPr>
            <w:tcW w:w="567" w:type="dxa"/>
            <w:vAlign w:val="center"/>
          </w:tcPr>
          <w:p w14:paraId="1AABBBFA" w14:textId="77777777" w:rsidR="00466F10" w:rsidRPr="001E6943" w:rsidRDefault="00466F10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49572F66" w14:textId="77777777" w:rsidR="00466F10" w:rsidRPr="001E6943" w:rsidRDefault="00466F10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30C24422" w14:textId="77777777" w:rsidR="00466F10" w:rsidRPr="001E6943" w:rsidRDefault="00466F10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27BC8B4B" w14:textId="77777777" w:rsidR="00466F10" w:rsidRPr="001E6943" w:rsidRDefault="00466F10" w:rsidP="002F0FF9">
            <w:pPr>
              <w:pStyle w:val="06TEKSTWACIWY"/>
              <w:jc w:val="center"/>
            </w:pPr>
          </w:p>
        </w:tc>
      </w:tr>
      <w:tr w:rsidR="00466F10" w:rsidRPr="007124D2" w14:paraId="23AB5FD2" w14:textId="77777777" w:rsidTr="002F0FF9">
        <w:trPr>
          <w:jc w:val="center"/>
        </w:trPr>
        <w:tc>
          <w:tcPr>
            <w:tcW w:w="988" w:type="dxa"/>
            <w:vMerge w:val="restart"/>
            <w:textDirection w:val="btLr"/>
            <w:vAlign w:val="center"/>
          </w:tcPr>
          <w:p w14:paraId="1E75B79A" w14:textId="77777777" w:rsidR="00466F10" w:rsidRPr="001E6943" w:rsidRDefault="00466F10" w:rsidP="002F0FF9">
            <w:pPr>
              <w:pStyle w:val="06TEKSTWACIWY"/>
              <w:ind w:left="113" w:right="113"/>
              <w:jc w:val="center"/>
              <w:rPr>
                <w:b/>
                <w:bCs/>
                <w:sz w:val="21"/>
                <w:szCs w:val="21"/>
              </w:rPr>
            </w:pPr>
            <w:r w:rsidRPr="001E6943">
              <w:rPr>
                <w:b/>
                <w:bCs/>
                <w:sz w:val="21"/>
                <w:szCs w:val="21"/>
              </w:rPr>
              <w:t>Kompetencje</w:t>
            </w:r>
            <w:r w:rsidRPr="001E6943">
              <w:rPr>
                <w:b/>
                <w:bCs/>
                <w:sz w:val="21"/>
                <w:szCs w:val="21"/>
              </w:rPr>
              <w:br/>
              <w:t>społeczne</w:t>
            </w:r>
          </w:p>
        </w:tc>
        <w:tc>
          <w:tcPr>
            <w:tcW w:w="5386" w:type="dxa"/>
            <w:vAlign w:val="center"/>
          </w:tcPr>
          <w:p w14:paraId="251149C4" w14:textId="6B8D63C3" w:rsidR="00466F10" w:rsidRPr="00E73809" w:rsidRDefault="002744DA" w:rsidP="002F0FF9">
            <w:pPr>
              <w:pStyle w:val="06TEKSTWACIWY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Stara się być aktywnym uczestnikiem wyspecjalizowanej</w:t>
            </w:r>
            <w:r>
              <w:rPr>
                <w:sz w:val="18"/>
                <w:szCs w:val="18"/>
              </w:rPr>
              <w:br/>
              <w:t>grupy zawodowej</w:t>
            </w:r>
          </w:p>
        </w:tc>
        <w:tc>
          <w:tcPr>
            <w:tcW w:w="567" w:type="dxa"/>
            <w:vAlign w:val="center"/>
          </w:tcPr>
          <w:p w14:paraId="2347AE3C" w14:textId="77777777" w:rsidR="00466F10" w:rsidRPr="001E6943" w:rsidRDefault="00466F10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0FF3F8F5" w14:textId="77777777" w:rsidR="00466F10" w:rsidRPr="001E6943" w:rsidRDefault="00466F10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1DA29B95" w14:textId="77777777" w:rsidR="00466F10" w:rsidRPr="001E6943" w:rsidRDefault="00466F10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02376F09" w14:textId="77777777" w:rsidR="00466F10" w:rsidRPr="001E6943" w:rsidRDefault="00466F10" w:rsidP="002F0FF9">
            <w:pPr>
              <w:pStyle w:val="06TEKSTWACIWY"/>
              <w:jc w:val="center"/>
            </w:pPr>
          </w:p>
        </w:tc>
      </w:tr>
      <w:tr w:rsidR="00466F10" w:rsidRPr="007124D2" w14:paraId="39A52180" w14:textId="77777777" w:rsidTr="002F0FF9">
        <w:trPr>
          <w:jc w:val="center"/>
        </w:trPr>
        <w:tc>
          <w:tcPr>
            <w:tcW w:w="988" w:type="dxa"/>
            <w:vMerge/>
          </w:tcPr>
          <w:p w14:paraId="0087D3F0" w14:textId="77777777" w:rsidR="00466F10" w:rsidRPr="001E6943" w:rsidRDefault="00466F10" w:rsidP="002F0FF9">
            <w:pPr>
              <w:pStyle w:val="06TEKSTWACIWY"/>
            </w:pPr>
          </w:p>
        </w:tc>
        <w:tc>
          <w:tcPr>
            <w:tcW w:w="5386" w:type="dxa"/>
            <w:vAlign w:val="center"/>
          </w:tcPr>
          <w:p w14:paraId="75DA3DBB" w14:textId="0D8E5FA4" w:rsidR="00466F10" w:rsidRPr="00E73809" w:rsidRDefault="002744DA" w:rsidP="002F0FF9">
            <w:pPr>
              <w:pStyle w:val="06TEKSTWACIWY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Samodzielnie realizuje powierzone proste zadania</w:t>
            </w:r>
          </w:p>
        </w:tc>
        <w:tc>
          <w:tcPr>
            <w:tcW w:w="567" w:type="dxa"/>
            <w:vAlign w:val="center"/>
          </w:tcPr>
          <w:p w14:paraId="507F1AD5" w14:textId="77777777" w:rsidR="00466F10" w:rsidRPr="001E6943" w:rsidRDefault="00466F10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373531F9" w14:textId="77777777" w:rsidR="00466F10" w:rsidRPr="001E6943" w:rsidRDefault="00466F10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0ECAFA12" w14:textId="77777777" w:rsidR="00466F10" w:rsidRPr="001E6943" w:rsidRDefault="00466F10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1BE84B80" w14:textId="77777777" w:rsidR="00466F10" w:rsidRPr="001E6943" w:rsidRDefault="00466F10" w:rsidP="002F0FF9">
            <w:pPr>
              <w:pStyle w:val="06TEKSTWACIWY"/>
              <w:jc w:val="center"/>
            </w:pPr>
          </w:p>
        </w:tc>
      </w:tr>
      <w:tr w:rsidR="00466F10" w:rsidRPr="007124D2" w14:paraId="6E4154EA" w14:textId="77777777" w:rsidTr="002F0FF9">
        <w:trPr>
          <w:jc w:val="center"/>
        </w:trPr>
        <w:tc>
          <w:tcPr>
            <w:tcW w:w="988" w:type="dxa"/>
            <w:vMerge/>
          </w:tcPr>
          <w:p w14:paraId="0F030797" w14:textId="77777777" w:rsidR="00466F10" w:rsidRPr="001E6943" w:rsidRDefault="00466F10" w:rsidP="002F0FF9">
            <w:pPr>
              <w:pStyle w:val="06TEKSTWACIWY"/>
            </w:pPr>
          </w:p>
        </w:tc>
        <w:tc>
          <w:tcPr>
            <w:tcW w:w="5386" w:type="dxa"/>
            <w:vAlign w:val="center"/>
          </w:tcPr>
          <w:p w14:paraId="0246E867" w14:textId="01AA23D9" w:rsidR="00466F10" w:rsidRPr="00E73809" w:rsidRDefault="002744DA" w:rsidP="002F0FF9">
            <w:pPr>
              <w:pStyle w:val="06TEKSTWACIWY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Podejmuje odpowiedzialność za powierzone zadania</w:t>
            </w:r>
          </w:p>
        </w:tc>
        <w:tc>
          <w:tcPr>
            <w:tcW w:w="567" w:type="dxa"/>
            <w:vAlign w:val="center"/>
          </w:tcPr>
          <w:p w14:paraId="754E61E6" w14:textId="77777777" w:rsidR="00466F10" w:rsidRPr="001E6943" w:rsidRDefault="00466F10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5B0EB462" w14:textId="77777777" w:rsidR="00466F10" w:rsidRPr="001E6943" w:rsidRDefault="00466F10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5E2AFFB9" w14:textId="77777777" w:rsidR="00466F10" w:rsidRPr="001E6943" w:rsidRDefault="00466F10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32A13A2B" w14:textId="77777777" w:rsidR="00466F10" w:rsidRPr="001E6943" w:rsidRDefault="00466F10" w:rsidP="002F0FF9">
            <w:pPr>
              <w:pStyle w:val="06TEKSTWACIWY"/>
              <w:jc w:val="center"/>
            </w:pPr>
          </w:p>
        </w:tc>
      </w:tr>
      <w:tr w:rsidR="00466F10" w:rsidRPr="00720556" w14:paraId="452940DA" w14:textId="77777777" w:rsidTr="002F0FF9">
        <w:trPr>
          <w:jc w:val="center"/>
        </w:trPr>
        <w:tc>
          <w:tcPr>
            <w:tcW w:w="988" w:type="dxa"/>
            <w:vMerge/>
          </w:tcPr>
          <w:p w14:paraId="5B639848" w14:textId="77777777" w:rsidR="00466F10" w:rsidRPr="001E6943" w:rsidRDefault="00466F10" w:rsidP="002F0FF9">
            <w:pPr>
              <w:pStyle w:val="06TEKSTWACIWY"/>
            </w:pPr>
          </w:p>
        </w:tc>
        <w:tc>
          <w:tcPr>
            <w:tcW w:w="5386" w:type="dxa"/>
            <w:vAlign w:val="center"/>
          </w:tcPr>
          <w:p w14:paraId="16D5E4FD" w14:textId="054F0427" w:rsidR="00466F10" w:rsidRPr="00E73809" w:rsidRDefault="002744DA" w:rsidP="002F0FF9">
            <w:pPr>
              <w:pStyle w:val="06TEKSTWACIWY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Prezentuje własne pomysły Opiekunowi</w:t>
            </w:r>
          </w:p>
        </w:tc>
        <w:tc>
          <w:tcPr>
            <w:tcW w:w="567" w:type="dxa"/>
            <w:vAlign w:val="center"/>
          </w:tcPr>
          <w:p w14:paraId="26BE87CB" w14:textId="77777777" w:rsidR="00466F10" w:rsidRPr="001E6943" w:rsidRDefault="00466F10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766C2DF7" w14:textId="77777777" w:rsidR="00466F10" w:rsidRPr="001E6943" w:rsidRDefault="00466F10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2F2C57EA" w14:textId="77777777" w:rsidR="00466F10" w:rsidRPr="001E6943" w:rsidRDefault="00466F10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53357729" w14:textId="77777777" w:rsidR="00466F10" w:rsidRPr="001E6943" w:rsidRDefault="00466F10" w:rsidP="002F0FF9">
            <w:pPr>
              <w:pStyle w:val="06TEKSTWACIWY"/>
              <w:jc w:val="center"/>
            </w:pPr>
          </w:p>
        </w:tc>
      </w:tr>
      <w:tr w:rsidR="00466F10" w:rsidRPr="007124D2" w14:paraId="13F41987" w14:textId="77777777" w:rsidTr="002F0FF9">
        <w:trPr>
          <w:jc w:val="center"/>
        </w:trPr>
        <w:tc>
          <w:tcPr>
            <w:tcW w:w="988" w:type="dxa"/>
            <w:vMerge/>
          </w:tcPr>
          <w:p w14:paraId="5AA9C6AE" w14:textId="77777777" w:rsidR="00466F10" w:rsidRPr="001E6943" w:rsidRDefault="00466F10" w:rsidP="002F0FF9">
            <w:pPr>
              <w:pStyle w:val="06TEKSTWACIWY"/>
            </w:pPr>
          </w:p>
        </w:tc>
        <w:tc>
          <w:tcPr>
            <w:tcW w:w="5386" w:type="dxa"/>
            <w:vAlign w:val="center"/>
          </w:tcPr>
          <w:p w14:paraId="3E37F919" w14:textId="4CDEBB16" w:rsidR="00466F10" w:rsidRPr="00E73809" w:rsidRDefault="002744DA" w:rsidP="002F0FF9">
            <w:pPr>
              <w:pStyle w:val="06TEKSTWACIWY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Wyraża swoje opinie w dyskusji ze współpracownikami i próbuje do</w:t>
            </w:r>
            <w:r>
              <w:rPr>
                <w:sz w:val="18"/>
                <w:szCs w:val="18"/>
              </w:rPr>
              <w:br/>
              <w:t>nich przekonywać rozmówców</w:t>
            </w:r>
          </w:p>
        </w:tc>
        <w:tc>
          <w:tcPr>
            <w:tcW w:w="567" w:type="dxa"/>
            <w:vAlign w:val="center"/>
          </w:tcPr>
          <w:p w14:paraId="045BFF8A" w14:textId="77777777" w:rsidR="00466F10" w:rsidRPr="001E6943" w:rsidRDefault="00466F10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5867013C" w14:textId="77777777" w:rsidR="00466F10" w:rsidRPr="001E6943" w:rsidRDefault="00466F10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02A74C2B" w14:textId="77777777" w:rsidR="00466F10" w:rsidRPr="001E6943" w:rsidRDefault="00466F10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6721BA47" w14:textId="77777777" w:rsidR="00466F10" w:rsidRPr="001E6943" w:rsidRDefault="00466F10" w:rsidP="002F0FF9">
            <w:pPr>
              <w:pStyle w:val="06TEKSTWACIWY"/>
              <w:jc w:val="center"/>
            </w:pPr>
          </w:p>
        </w:tc>
      </w:tr>
      <w:tr w:rsidR="00466F10" w:rsidRPr="007124D2" w14:paraId="5EC2ECD5" w14:textId="77777777" w:rsidTr="002F0FF9">
        <w:trPr>
          <w:jc w:val="center"/>
        </w:trPr>
        <w:tc>
          <w:tcPr>
            <w:tcW w:w="988" w:type="dxa"/>
            <w:vMerge/>
          </w:tcPr>
          <w:p w14:paraId="16841175" w14:textId="77777777" w:rsidR="00466F10" w:rsidRPr="001E6943" w:rsidRDefault="00466F10" w:rsidP="002F0FF9">
            <w:pPr>
              <w:pStyle w:val="06TEKSTWACIWY"/>
            </w:pPr>
          </w:p>
        </w:tc>
        <w:tc>
          <w:tcPr>
            <w:tcW w:w="5386" w:type="dxa"/>
            <w:vAlign w:val="center"/>
          </w:tcPr>
          <w:p w14:paraId="639E7EEF" w14:textId="655E9AB4" w:rsidR="00466F10" w:rsidRPr="00E73809" w:rsidRDefault="00B20652" w:rsidP="002F0FF9">
            <w:pPr>
              <w:pStyle w:val="06TEKSTWACIWY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 zaawansowaną praktyczną wiedzę z zakresu kierunku studiów</w:t>
            </w:r>
          </w:p>
        </w:tc>
        <w:tc>
          <w:tcPr>
            <w:tcW w:w="567" w:type="dxa"/>
            <w:vAlign w:val="center"/>
          </w:tcPr>
          <w:p w14:paraId="527870F6" w14:textId="77777777" w:rsidR="00466F10" w:rsidRPr="001E6943" w:rsidRDefault="00466F10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71927AE9" w14:textId="77777777" w:rsidR="00466F10" w:rsidRPr="001E6943" w:rsidRDefault="00466F10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1B822BEA" w14:textId="77777777" w:rsidR="00466F10" w:rsidRPr="001E6943" w:rsidRDefault="00466F10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6BDB7FCE" w14:textId="77777777" w:rsidR="00466F10" w:rsidRPr="001E6943" w:rsidRDefault="00466F10" w:rsidP="002F0FF9">
            <w:pPr>
              <w:pStyle w:val="06TEKSTWACIWY"/>
              <w:jc w:val="center"/>
            </w:pPr>
          </w:p>
        </w:tc>
      </w:tr>
      <w:tr w:rsidR="00466F10" w:rsidRPr="007124D2" w14:paraId="723C44FC" w14:textId="77777777" w:rsidTr="002F0FF9">
        <w:trPr>
          <w:jc w:val="center"/>
        </w:trPr>
        <w:tc>
          <w:tcPr>
            <w:tcW w:w="988" w:type="dxa"/>
            <w:vMerge/>
          </w:tcPr>
          <w:p w14:paraId="77048FE7" w14:textId="77777777" w:rsidR="00466F10" w:rsidRPr="001E6943" w:rsidRDefault="00466F10" w:rsidP="002F0FF9">
            <w:pPr>
              <w:pStyle w:val="06TEKSTWACIWY"/>
            </w:pPr>
          </w:p>
        </w:tc>
        <w:tc>
          <w:tcPr>
            <w:tcW w:w="5386" w:type="dxa"/>
            <w:vAlign w:val="center"/>
          </w:tcPr>
          <w:p w14:paraId="051179AC" w14:textId="3F31CE60" w:rsidR="00466F10" w:rsidRPr="00E73809" w:rsidRDefault="00B20652" w:rsidP="002F0FF9">
            <w:pPr>
              <w:pStyle w:val="06TEKSTWACIWY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Jest świadomy tego, jakie obszary w swoich kwalifikacjach</w:t>
            </w:r>
            <w:r>
              <w:rPr>
                <w:sz w:val="18"/>
                <w:szCs w:val="18"/>
              </w:rPr>
              <w:br/>
              <w:t>zawodowych powinien doskonalić i podejmuje o to starania</w:t>
            </w:r>
          </w:p>
        </w:tc>
        <w:tc>
          <w:tcPr>
            <w:tcW w:w="567" w:type="dxa"/>
            <w:vAlign w:val="center"/>
          </w:tcPr>
          <w:p w14:paraId="0A756C6B" w14:textId="77777777" w:rsidR="00466F10" w:rsidRPr="001E6943" w:rsidRDefault="00466F10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55CCE96F" w14:textId="77777777" w:rsidR="00466F10" w:rsidRPr="001E6943" w:rsidRDefault="00466F10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312439BE" w14:textId="77777777" w:rsidR="00466F10" w:rsidRPr="001E6943" w:rsidRDefault="00466F10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55C7EF82" w14:textId="77777777" w:rsidR="00466F10" w:rsidRPr="001E6943" w:rsidRDefault="00466F10" w:rsidP="002F0FF9">
            <w:pPr>
              <w:pStyle w:val="06TEKSTWACIWY"/>
              <w:jc w:val="center"/>
            </w:pPr>
          </w:p>
        </w:tc>
      </w:tr>
      <w:tr w:rsidR="00466F10" w:rsidRPr="007124D2" w14:paraId="385F721F" w14:textId="77777777" w:rsidTr="002F0FF9">
        <w:trPr>
          <w:jc w:val="center"/>
        </w:trPr>
        <w:tc>
          <w:tcPr>
            <w:tcW w:w="988" w:type="dxa"/>
            <w:vMerge/>
          </w:tcPr>
          <w:p w14:paraId="0D2F73EE" w14:textId="77777777" w:rsidR="00466F10" w:rsidRPr="001E6943" w:rsidRDefault="00466F10" w:rsidP="002F0FF9">
            <w:pPr>
              <w:pStyle w:val="06TEKSTWACIWY"/>
            </w:pPr>
          </w:p>
        </w:tc>
        <w:tc>
          <w:tcPr>
            <w:tcW w:w="5386" w:type="dxa"/>
            <w:vAlign w:val="center"/>
          </w:tcPr>
          <w:p w14:paraId="707F3904" w14:textId="603BA3C4" w:rsidR="00466F10" w:rsidRPr="00E73809" w:rsidRDefault="00B20652" w:rsidP="002F0FF9">
            <w:pPr>
              <w:pStyle w:val="06TEKSTWACIWY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Stara się być kreatywny w podejmowanych działaniach</w:t>
            </w:r>
          </w:p>
        </w:tc>
        <w:tc>
          <w:tcPr>
            <w:tcW w:w="567" w:type="dxa"/>
            <w:vAlign w:val="center"/>
          </w:tcPr>
          <w:p w14:paraId="5BBB3A33" w14:textId="77777777" w:rsidR="00466F10" w:rsidRPr="001E6943" w:rsidRDefault="00466F10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38B49803" w14:textId="77777777" w:rsidR="00466F10" w:rsidRPr="001E6943" w:rsidRDefault="00466F10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03386AA2" w14:textId="77777777" w:rsidR="00466F10" w:rsidRPr="001E6943" w:rsidRDefault="00466F10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265F7D87" w14:textId="77777777" w:rsidR="00466F10" w:rsidRPr="001E6943" w:rsidRDefault="00466F10" w:rsidP="002F0FF9">
            <w:pPr>
              <w:pStyle w:val="06TEKSTWACIWY"/>
              <w:jc w:val="center"/>
            </w:pPr>
          </w:p>
        </w:tc>
      </w:tr>
    </w:tbl>
    <w:p w14:paraId="40A9E415" w14:textId="77777777" w:rsidR="00466F10" w:rsidRPr="001E6943" w:rsidRDefault="00466F10" w:rsidP="00466F10">
      <w:pPr>
        <w:pStyle w:val="06TEKSTWACIWY"/>
        <w:tabs>
          <w:tab w:val="left" w:pos="567"/>
          <w:tab w:val="right" w:leader="dot" w:pos="3402"/>
          <w:tab w:val="left" w:pos="6005"/>
          <w:tab w:val="right" w:leader="dot" w:pos="8833"/>
        </w:tabs>
        <w:spacing w:before="600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6386921E" wp14:editId="3CA06C8E">
                <wp:simplePos x="0" y="0"/>
                <wp:positionH relativeFrom="margin">
                  <wp:posOffset>396910</wp:posOffset>
                </wp:positionH>
                <wp:positionV relativeFrom="paragraph">
                  <wp:posOffset>351692</wp:posOffset>
                </wp:positionV>
                <wp:extent cx="1733340" cy="154904"/>
                <wp:effectExtent l="0" t="0" r="0" b="0"/>
                <wp:wrapNone/>
                <wp:docPr id="107492048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3340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E75D62" w14:textId="77777777" w:rsidR="00466F10" w:rsidRPr="00D40140" w:rsidRDefault="00466F10" w:rsidP="00466F10">
                            <w:pPr>
                              <w:pStyle w:val="06TEKSTWACIWY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86921E" id="_x0000_s1109" type="#_x0000_t202" style="position:absolute;left:0;text-align:left;margin-left:31.25pt;margin-top:27.7pt;width:136.5pt;height:12.2pt;z-index:251964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" filled="f" stroked="f" strokeweight=".5pt">
                <v:textbox inset=".1mm,.1mm,.1mm,.1mm">
                  <w:txbxContent>
                    <w:p w14:paraId="36E75D62" w14:textId="77777777" w:rsidR="00466F10" w:rsidRPr="00D40140" w:rsidRDefault="00466F10" w:rsidP="00466F10">
                      <w:pPr>
                        <w:pStyle w:val="06TEKSTWACIWY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tab/>
      </w:r>
      <w:r w:rsidRPr="001E6943">
        <w:tab/>
      </w:r>
      <w:r w:rsidRPr="001E6943">
        <w:tab/>
      </w:r>
      <w:r w:rsidRPr="001E6943">
        <w:tab/>
      </w:r>
    </w:p>
    <w:p w14:paraId="76773286" w14:textId="04B56124" w:rsidR="00466F10" w:rsidRDefault="00466F10" w:rsidP="00466F10">
      <w:pPr>
        <w:pStyle w:val="06TEKSTWACIWY"/>
        <w:tabs>
          <w:tab w:val="center" w:pos="1985"/>
          <w:tab w:val="center" w:pos="7433"/>
        </w:tabs>
      </w:pPr>
      <w:r w:rsidRPr="001E6943">
        <w:rPr>
          <w:sz w:val="18"/>
          <w:szCs w:val="18"/>
        </w:rPr>
        <w:tab/>
      </w:r>
      <w:r>
        <w:rPr>
          <w:sz w:val="18"/>
          <w:szCs w:val="18"/>
        </w:rPr>
        <w:t>Miejscowość i data</w:t>
      </w:r>
      <w:r w:rsidRPr="001E6943">
        <w:rPr>
          <w:sz w:val="18"/>
          <w:szCs w:val="18"/>
        </w:rPr>
        <w:tab/>
        <w:t xml:space="preserve">Podpis </w:t>
      </w:r>
      <w:r>
        <w:rPr>
          <w:sz w:val="18"/>
          <w:szCs w:val="18"/>
        </w:rPr>
        <w:t xml:space="preserve">opiekuna praktyk </w:t>
      </w:r>
      <w:r w:rsidRPr="001E6943">
        <w:rPr>
          <w:sz w:val="18"/>
          <w:szCs w:val="18"/>
        </w:rPr>
        <w:t xml:space="preserve">i pieczęć </w:t>
      </w:r>
      <w:r>
        <w:rPr>
          <w:sz w:val="18"/>
          <w:szCs w:val="18"/>
        </w:rPr>
        <w:t>instytucji</w:t>
      </w:r>
    </w:p>
    <w:p w14:paraId="30D653D6" w14:textId="77777777" w:rsidR="00466F10" w:rsidRDefault="00466F10" w:rsidP="000E1E1B">
      <w:pPr>
        <w:pStyle w:val="06TEKSTWACIWY"/>
      </w:pPr>
    </w:p>
    <w:p w14:paraId="5359D7F5" w14:textId="77777777" w:rsidR="00466F10" w:rsidRDefault="00466F10" w:rsidP="000E1E1B">
      <w:pPr>
        <w:pStyle w:val="06TEKSTWACIWY"/>
        <w:sectPr w:rsidR="00466F10" w:rsidSect="00411799">
          <w:headerReference w:type="default" r:id="rId16"/>
          <w:footerReference w:type="default" r:id="rId17"/>
          <w:headerReference w:type="first" r:id="rId18"/>
          <w:footerReference w:type="first" r:id="rId19"/>
          <w:pgSz w:w="12240" w:h="15840"/>
          <w:pgMar w:top="1417" w:right="1417" w:bottom="1417" w:left="1417" w:header="720" w:footer="720" w:gutter="0"/>
          <w:cols w:space="720"/>
          <w:titlePg/>
          <w:docGrid w:linePitch="360"/>
        </w:sectPr>
      </w:pPr>
    </w:p>
    <w:p w14:paraId="019CE71C" w14:textId="1B96F81F" w:rsidR="0091308F" w:rsidRDefault="0091308F" w:rsidP="0091308F">
      <w:pPr>
        <w:pStyle w:val="02podtytudokumentu"/>
      </w:pPr>
      <w:r w:rsidRPr="001E6943">
        <w:rPr>
          <w:rFonts w:eastAsiaTheme="minorEastAsia"/>
          <w:noProof/>
          <w14:ligatures w14:val="none"/>
        </w:rPr>
        <w:lastRenderedPageBreak/>
        <mc:AlternateContent>
          <mc:Choice Requires="wps">
            <w:drawing>
              <wp:anchor distT="0" distB="0" distL="114300" distR="114300" simplePos="0" relativeHeight="251984896" behindDoc="0" locked="0" layoutInCell="1" allowOverlap="1" wp14:anchorId="1D95A548" wp14:editId="10F275FA">
                <wp:simplePos x="0" y="0"/>
                <wp:positionH relativeFrom="margin">
                  <wp:posOffset>1601034</wp:posOffset>
                </wp:positionH>
                <wp:positionV relativeFrom="paragraph">
                  <wp:posOffset>1099766</wp:posOffset>
                </wp:positionV>
                <wp:extent cx="4382892" cy="154904"/>
                <wp:effectExtent l="0" t="0" r="0" b="0"/>
                <wp:wrapNone/>
                <wp:docPr id="72939433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2892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4E576C9" w14:textId="77777777" w:rsidR="0091308F" w:rsidRPr="00D40140" w:rsidRDefault="0091308F" w:rsidP="0091308F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95A548" id="_x0000_s1110" type="#_x0000_t202" style="position:absolute;left:0;text-align:left;margin-left:126.05pt;margin-top:86.6pt;width:345.1pt;height:12.2pt;z-index:251984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" filled="f" stroked="f" strokeweight=".5pt">
                <v:textbox inset=".1mm,.1mm,.1mm,.1mm">
                  <w:txbxContent>
                    <w:p w14:paraId="24E576C9" w14:textId="77777777" w:rsidR="0091308F" w:rsidRPr="00D40140" w:rsidRDefault="0091308F" w:rsidP="0091308F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t xml:space="preserve">Karta kompetencji praktykanta – studenta (blok praktyk </w:t>
      </w:r>
      <w:r>
        <w:t>nr 4</w:t>
      </w:r>
      <w:r w:rsidRPr="001E6943">
        <w:t>)</w:t>
      </w:r>
      <w:r w:rsidRPr="001E6943">
        <w:br/>
        <w:t>na kierunku Dziennikarstwo i Komunikacja Społeczna</w:t>
      </w:r>
      <w:r w:rsidRPr="001E6943">
        <w:br/>
        <w:t>UKSW w Warszawie</w:t>
      </w:r>
    </w:p>
    <w:p w14:paraId="7B5ACA47" w14:textId="77777777" w:rsidR="0091308F" w:rsidRPr="001E6943" w:rsidRDefault="0091308F" w:rsidP="0091308F">
      <w:pPr>
        <w:pStyle w:val="06TEKSTWACIWY"/>
        <w:tabs>
          <w:tab w:val="right" w:leader="dot" w:pos="940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968512" behindDoc="0" locked="0" layoutInCell="1" allowOverlap="1" wp14:anchorId="40A4C1DA" wp14:editId="0BAD8D5C">
                <wp:simplePos x="0" y="0"/>
                <wp:positionH relativeFrom="margin">
                  <wp:posOffset>5082994</wp:posOffset>
                </wp:positionH>
                <wp:positionV relativeFrom="paragraph">
                  <wp:posOffset>238778</wp:posOffset>
                </wp:positionV>
                <wp:extent cx="898561" cy="154904"/>
                <wp:effectExtent l="0" t="0" r="3175" b="0"/>
                <wp:wrapNone/>
                <wp:docPr id="15783847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8561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B389AA" w14:textId="77777777" w:rsidR="0091308F" w:rsidRPr="00D40140" w:rsidRDefault="0091308F" w:rsidP="0091308F">
                            <w:pPr>
                              <w:pStyle w:val="06TEKSTWACIWY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A4C1DA" id="_x0000_s1111" type="#_x0000_t202" style="position:absolute;left:0;text-align:left;margin-left:400.25pt;margin-top:18.8pt;width:70.75pt;height:12.2pt;z-index:251968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" filled="f" stroked="f" strokeweight=".5pt">
                <v:textbox inset=".1mm,.1mm,.1mm,.1mm">
                  <w:txbxContent>
                    <w:p w14:paraId="44B389AA" w14:textId="77777777" w:rsidR="0091308F" w:rsidRPr="00D40140" w:rsidRDefault="0091308F" w:rsidP="0091308F">
                      <w:pPr>
                        <w:pStyle w:val="06TEKSTWACIWY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 wp14:anchorId="1C14A8A3" wp14:editId="5F96411E">
                <wp:simplePos x="0" y="0"/>
                <wp:positionH relativeFrom="margin">
                  <wp:posOffset>2951135</wp:posOffset>
                </wp:positionH>
                <wp:positionV relativeFrom="paragraph">
                  <wp:posOffset>254454</wp:posOffset>
                </wp:positionV>
                <wp:extent cx="1400339" cy="154904"/>
                <wp:effectExtent l="0" t="0" r="0" b="0"/>
                <wp:wrapNone/>
                <wp:docPr id="1480877493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0339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CE4AA7" w14:textId="77777777" w:rsidR="0091308F" w:rsidRPr="00D40140" w:rsidRDefault="0091308F" w:rsidP="0091308F">
                            <w:pPr>
                              <w:pStyle w:val="06TEKSTWACIWY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14A8A3" id="_x0000_s1112" type="#_x0000_t202" style="position:absolute;left:0;text-align:left;margin-left:232.35pt;margin-top:20.05pt;width:110.25pt;height:12.2pt;z-index:251967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" filled="f" stroked="f" strokeweight=".5pt">
                <v:textbox inset=".1mm,.1mm,.1mm,.1mm">
                  <w:txbxContent>
                    <w:p w14:paraId="5ACE4AA7" w14:textId="77777777" w:rsidR="0091308F" w:rsidRPr="00D40140" w:rsidRDefault="0091308F" w:rsidP="0091308F">
                      <w:pPr>
                        <w:pStyle w:val="06TEKSTWACIWY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966464" behindDoc="0" locked="0" layoutInCell="1" allowOverlap="1" wp14:anchorId="224CF5D1" wp14:editId="7D7F0533">
                <wp:simplePos x="0" y="0"/>
                <wp:positionH relativeFrom="margin">
                  <wp:posOffset>855852</wp:posOffset>
                </wp:positionH>
                <wp:positionV relativeFrom="paragraph">
                  <wp:posOffset>238778</wp:posOffset>
                </wp:positionV>
                <wp:extent cx="987189" cy="154904"/>
                <wp:effectExtent l="0" t="0" r="3810" b="0"/>
                <wp:wrapNone/>
                <wp:docPr id="521118595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7189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52402C" w14:textId="77777777" w:rsidR="0091308F" w:rsidRPr="00D40140" w:rsidRDefault="0091308F" w:rsidP="0091308F">
                            <w:pPr>
                              <w:pStyle w:val="06TEKSTWACIWY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4CF5D1" id="_x0000_s1113" type="#_x0000_t202" style="position:absolute;left:0;text-align:left;margin-left:67.4pt;margin-top:18.8pt;width:77.75pt;height:12.2pt;z-index:251966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" filled="f" stroked="f" strokeweight=".5pt">
                <v:textbox inset=".1mm,.1mm,.1mm,.1mm">
                  <w:txbxContent>
                    <w:p w14:paraId="6652402C" w14:textId="77777777" w:rsidR="0091308F" w:rsidRPr="00D40140" w:rsidRDefault="0091308F" w:rsidP="0091308F">
                      <w:pPr>
                        <w:pStyle w:val="06TEKSTWACIWY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t xml:space="preserve">Imię i nazwisko studenta </w:t>
      </w:r>
      <w:r w:rsidRPr="001E6943">
        <w:tab/>
      </w:r>
    </w:p>
    <w:p w14:paraId="650EECF8" w14:textId="77777777" w:rsidR="0091308F" w:rsidRPr="001E6943" w:rsidRDefault="0091308F" w:rsidP="0091308F">
      <w:pPr>
        <w:pStyle w:val="06TEKSTWACIWY"/>
        <w:tabs>
          <w:tab w:val="right" w:leader="dot" w:pos="4536"/>
          <w:tab w:val="right" w:leader="dot" w:pos="7938"/>
          <w:tab w:val="right" w:leader="dot" w:pos="940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969536" behindDoc="0" locked="0" layoutInCell="1" allowOverlap="1" wp14:anchorId="0CF7712A" wp14:editId="0BBD007F">
                <wp:simplePos x="0" y="0"/>
                <wp:positionH relativeFrom="margin">
                  <wp:posOffset>3102664</wp:posOffset>
                </wp:positionH>
                <wp:positionV relativeFrom="paragraph">
                  <wp:posOffset>247596</wp:posOffset>
                </wp:positionV>
                <wp:extent cx="2879254" cy="154904"/>
                <wp:effectExtent l="0" t="0" r="3810" b="0"/>
                <wp:wrapNone/>
                <wp:docPr id="103501889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9254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626E2AF" w14:textId="77777777" w:rsidR="0091308F" w:rsidRPr="00D40140" w:rsidRDefault="0091308F" w:rsidP="0091308F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F7712A" id="_x0000_s1114" type="#_x0000_t202" style="position:absolute;left:0;text-align:left;margin-left:244.3pt;margin-top:19.5pt;width:226.7pt;height:12.2pt;z-index:251969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" filled="f" stroked="f" strokeweight=".5pt">
                <v:textbox inset=".1mm,.1mm,.1mm,.1mm">
                  <w:txbxContent>
                    <w:p w14:paraId="2626E2AF" w14:textId="77777777" w:rsidR="0091308F" w:rsidRPr="00D40140" w:rsidRDefault="0091308F" w:rsidP="0091308F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t xml:space="preserve">Rok studiów </w:t>
      </w:r>
      <w:r w:rsidRPr="001E6943">
        <w:tab/>
        <w:t xml:space="preserve"> Stopień studiów </w:t>
      </w:r>
      <w:r w:rsidRPr="001E6943">
        <w:tab/>
        <w:t xml:space="preserve"> Nr albumu</w:t>
      </w:r>
      <w:r w:rsidRPr="001E6943">
        <w:tab/>
      </w:r>
    </w:p>
    <w:p w14:paraId="08A5CFF9" w14:textId="77777777" w:rsidR="0091308F" w:rsidRPr="001E6943" w:rsidRDefault="0091308F" w:rsidP="0091308F">
      <w:pPr>
        <w:pStyle w:val="06TEKSTWACIWY"/>
        <w:tabs>
          <w:tab w:val="right" w:leader="dot" w:pos="940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970560" behindDoc="0" locked="0" layoutInCell="1" allowOverlap="1" wp14:anchorId="6CC8D05D" wp14:editId="6EEE83E2">
                <wp:simplePos x="0" y="0"/>
                <wp:positionH relativeFrom="margin">
                  <wp:posOffset>1028283</wp:posOffset>
                </wp:positionH>
                <wp:positionV relativeFrom="paragraph">
                  <wp:posOffset>245963</wp:posOffset>
                </wp:positionV>
                <wp:extent cx="4953236" cy="154904"/>
                <wp:effectExtent l="0" t="0" r="0" b="0"/>
                <wp:wrapNone/>
                <wp:docPr id="1137396993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3236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B3167F" w14:textId="77777777" w:rsidR="0091308F" w:rsidRPr="00D40140" w:rsidRDefault="0091308F" w:rsidP="0091308F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C8D05D" id="_x0000_s1115" type="#_x0000_t202" style="position:absolute;left:0;text-align:left;margin-left:80.95pt;margin-top:19.35pt;width:390pt;height:12.2pt;z-index:251970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" filled="f" stroked="f" strokeweight=".5pt">
                <v:textbox inset=".1mm,.1mm,.1mm,.1mm">
                  <w:txbxContent>
                    <w:p w14:paraId="0BB3167F" w14:textId="77777777" w:rsidR="0091308F" w:rsidRPr="00D40140" w:rsidRDefault="0091308F" w:rsidP="0091308F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t xml:space="preserve">Nazwa instytucji, w której zrealizowano praktykę </w:t>
      </w:r>
      <w:r w:rsidRPr="001E6943">
        <w:tab/>
      </w:r>
    </w:p>
    <w:p w14:paraId="5C2829D2" w14:textId="77777777" w:rsidR="0091308F" w:rsidRPr="001E6943" w:rsidRDefault="0091308F" w:rsidP="0091308F">
      <w:pPr>
        <w:pStyle w:val="06TEKSTWACIWY"/>
        <w:tabs>
          <w:tab w:val="right" w:leader="dot" w:pos="940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 wp14:anchorId="4F4657EE" wp14:editId="58A835C7">
                <wp:simplePos x="0" y="0"/>
                <wp:positionH relativeFrom="margin">
                  <wp:posOffset>1179812</wp:posOffset>
                </wp:positionH>
                <wp:positionV relativeFrom="paragraph">
                  <wp:posOffset>244330</wp:posOffset>
                </wp:positionV>
                <wp:extent cx="370749" cy="154305"/>
                <wp:effectExtent l="0" t="0" r="0" b="0"/>
                <wp:wrapNone/>
                <wp:docPr id="1696921068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749" cy="1543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AAF6011" w14:textId="77777777" w:rsidR="0091308F" w:rsidRPr="00D40140" w:rsidRDefault="0091308F" w:rsidP="0091308F">
                            <w:pPr>
                              <w:pStyle w:val="06TEKSTWACIWY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4657EE" id="_x0000_s1116" type="#_x0000_t202" style="position:absolute;left:0;text-align:left;margin-left:92.9pt;margin-top:19.25pt;width:29.2pt;height:12.15pt;z-index:251971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" filled="f" stroked="f" strokeweight=".5pt">
                <v:textbox inset=".1mm,.1mm,.1mm,.1mm">
                  <w:txbxContent>
                    <w:p w14:paraId="7AAF6011" w14:textId="77777777" w:rsidR="0091308F" w:rsidRPr="00D40140" w:rsidRDefault="0091308F" w:rsidP="0091308F">
                      <w:pPr>
                        <w:pStyle w:val="06TEKSTWACIWY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974656" behindDoc="0" locked="0" layoutInCell="1" allowOverlap="1" wp14:anchorId="4823F7D9" wp14:editId="26E81088">
                <wp:simplePos x="0" y="0"/>
                <wp:positionH relativeFrom="margin">
                  <wp:posOffset>2679427</wp:posOffset>
                </wp:positionH>
                <wp:positionV relativeFrom="paragraph">
                  <wp:posOffset>244330</wp:posOffset>
                </wp:positionV>
                <wp:extent cx="323959" cy="154305"/>
                <wp:effectExtent l="0" t="0" r="6350" b="0"/>
                <wp:wrapNone/>
                <wp:docPr id="961693344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959" cy="1543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8006F3" w14:textId="77777777" w:rsidR="0091308F" w:rsidRPr="00D40140" w:rsidRDefault="0091308F" w:rsidP="0091308F">
                            <w:pPr>
                              <w:pStyle w:val="06TEKSTWACIWY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23F7D9" id="_x0000_s1117" type="#_x0000_t202" style="position:absolute;left:0;text-align:left;margin-left:211pt;margin-top:19.25pt;width:25.5pt;height:12.15pt;z-index:251974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" filled="f" stroked="f" strokeweight=".5pt">
                <v:textbox inset=".1mm,.1mm,.1mm,.1mm">
                  <w:txbxContent>
                    <w:p w14:paraId="2D8006F3" w14:textId="77777777" w:rsidR="0091308F" w:rsidRPr="00D40140" w:rsidRDefault="0091308F" w:rsidP="0091308F">
                      <w:pPr>
                        <w:pStyle w:val="06TEKSTWACIWY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975680" behindDoc="0" locked="0" layoutInCell="1" allowOverlap="1" wp14:anchorId="2FCEFCEF" wp14:editId="32CA3A43">
                <wp:simplePos x="0" y="0"/>
                <wp:positionH relativeFrom="margin">
                  <wp:posOffset>3102664</wp:posOffset>
                </wp:positionH>
                <wp:positionV relativeFrom="paragraph">
                  <wp:posOffset>244330</wp:posOffset>
                </wp:positionV>
                <wp:extent cx="318734" cy="154305"/>
                <wp:effectExtent l="0" t="0" r="0" b="0"/>
                <wp:wrapNone/>
                <wp:docPr id="995787548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734" cy="1543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3246488" w14:textId="77777777" w:rsidR="0091308F" w:rsidRPr="00D40140" w:rsidRDefault="0091308F" w:rsidP="0091308F">
                            <w:pPr>
                              <w:pStyle w:val="06TEKSTWACIWY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CEFCEF" id="_x0000_s1118" type="#_x0000_t202" style="position:absolute;left:0;text-align:left;margin-left:244.3pt;margin-top:19.25pt;width:25.1pt;height:12.15pt;z-index:25197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" filled="f" stroked="f" strokeweight=".5pt">
                <v:textbox inset=".1mm,.1mm,.1mm,.1mm">
                  <w:txbxContent>
                    <w:p w14:paraId="03246488" w14:textId="77777777" w:rsidR="0091308F" w:rsidRPr="00D40140" w:rsidRDefault="0091308F" w:rsidP="0091308F">
                      <w:pPr>
                        <w:pStyle w:val="06TEKSTWACIWY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976704" behindDoc="0" locked="0" layoutInCell="1" allowOverlap="1" wp14:anchorId="1329E33A" wp14:editId="48FED51A">
                <wp:simplePos x="0" y="0"/>
                <wp:positionH relativeFrom="margin">
                  <wp:posOffset>3520676</wp:posOffset>
                </wp:positionH>
                <wp:positionV relativeFrom="paragraph">
                  <wp:posOffset>244330</wp:posOffset>
                </wp:positionV>
                <wp:extent cx="329184" cy="154305"/>
                <wp:effectExtent l="0" t="0" r="1270" b="0"/>
                <wp:wrapNone/>
                <wp:docPr id="1884680172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184" cy="1543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0FC693" w14:textId="77777777" w:rsidR="0091308F" w:rsidRPr="00D40140" w:rsidRDefault="0091308F" w:rsidP="0091308F">
                            <w:pPr>
                              <w:pStyle w:val="06TEKSTWACIWY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29E33A" id="_x0000_s1119" type="#_x0000_t202" style="position:absolute;left:0;text-align:left;margin-left:277.2pt;margin-top:19.25pt;width:25.9pt;height:12.15pt;z-index:25197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" filled="f" stroked="f" strokeweight=".5pt">
                <v:textbox inset=".1mm,.1mm,.1mm,.1mm">
                  <w:txbxContent>
                    <w:p w14:paraId="520FC693" w14:textId="77777777" w:rsidR="0091308F" w:rsidRPr="00D40140" w:rsidRDefault="0091308F" w:rsidP="0091308F">
                      <w:pPr>
                        <w:pStyle w:val="06TEKSTWACIWY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973632" behindDoc="0" locked="0" layoutInCell="1" allowOverlap="1" wp14:anchorId="734226A7" wp14:editId="4BD1B733">
                <wp:simplePos x="0" y="0"/>
                <wp:positionH relativeFrom="margin">
                  <wp:posOffset>2063333</wp:posOffset>
                </wp:positionH>
                <wp:positionV relativeFrom="paragraph">
                  <wp:posOffset>244711</wp:posOffset>
                </wp:positionV>
                <wp:extent cx="397111" cy="154904"/>
                <wp:effectExtent l="0" t="0" r="0" b="0"/>
                <wp:wrapNone/>
                <wp:docPr id="1446000897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7111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72FB47" w14:textId="77777777" w:rsidR="0091308F" w:rsidRPr="00D40140" w:rsidRDefault="0091308F" w:rsidP="0091308F">
                            <w:pPr>
                              <w:pStyle w:val="06TEKSTWACIWY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4226A7" id="_x0000_s1120" type="#_x0000_t202" style="position:absolute;left:0;text-align:left;margin-left:162.45pt;margin-top:19.25pt;width:31.25pt;height:12.2pt;z-index:251973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" filled="f" stroked="f" strokeweight=".5pt">
                <v:textbox inset=".1mm,.1mm,.1mm,.1mm">
                  <w:txbxContent>
                    <w:p w14:paraId="7372FB47" w14:textId="77777777" w:rsidR="0091308F" w:rsidRPr="00D40140" w:rsidRDefault="0091308F" w:rsidP="0091308F">
                      <w:pPr>
                        <w:pStyle w:val="06TEKSTWACIWY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972608" behindDoc="0" locked="0" layoutInCell="1" allowOverlap="1" wp14:anchorId="476DF3F9" wp14:editId="60356621">
                <wp:simplePos x="0" y="0"/>
                <wp:positionH relativeFrom="margin">
                  <wp:posOffset>1629428</wp:posOffset>
                </wp:positionH>
                <wp:positionV relativeFrom="paragraph">
                  <wp:posOffset>244711</wp:posOffset>
                </wp:positionV>
                <wp:extent cx="397111" cy="154904"/>
                <wp:effectExtent l="0" t="0" r="0" b="0"/>
                <wp:wrapNone/>
                <wp:docPr id="137941195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7111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60F71D" w14:textId="77777777" w:rsidR="0091308F" w:rsidRPr="00D40140" w:rsidRDefault="0091308F" w:rsidP="0091308F">
                            <w:pPr>
                              <w:pStyle w:val="06TEKSTWACIWY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6DF3F9" id="_x0000_s1121" type="#_x0000_t202" style="position:absolute;left:0;text-align:left;margin-left:128.3pt;margin-top:19.25pt;width:31.25pt;height:12.2pt;z-index:251972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" filled="f" stroked="f" strokeweight=".5pt">
                <v:textbox inset=".1mm,.1mm,.1mm,.1mm">
                  <w:txbxContent>
                    <w:p w14:paraId="3F60F71D" w14:textId="77777777" w:rsidR="0091308F" w:rsidRPr="00D40140" w:rsidRDefault="0091308F" w:rsidP="0091308F">
                      <w:pPr>
                        <w:pStyle w:val="06TEKSTWACIWY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t xml:space="preserve">Adres instytucji </w:t>
      </w:r>
      <w:r w:rsidRPr="001E6943">
        <w:tab/>
      </w:r>
    </w:p>
    <w:p w14:paraId="0BD93722" w14:textId="77777777" w:rsidR="0091308F" w:rsidRPr="001E6943" w:rsidRDefault="0091308F" w:rsidP="0091308F">
      <w:pPr>
        <w:pStyle w:val="06TEKSTWACIWY"/>
        <w:tabs>
          <w:tab w:val="right" w:leader="dot" w:pos="2552"/>
          <w:tab w:val="right" w:leader="dot" w:pos="3261"/>
          <w:tab w:val="right" w:leader="dot" w:pos="4111"/>
          <w:tab w:val="right" w:leader="dot" w:pos="4820"/>
          <w:tab w:val="right" w:leader="dot" w:pos="5529"/>
          <w:tab w:val="right" w:leader="dot" w:pos="609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977728" behindDoc="0" locked="0" layoutInCell="1" allowOverlap="1" wp14:anchorId="7B9BF58C" wp14:editId="2927FBD7">
                <wp:simplePos x="0" y="0"/>
                <wp:positionH relativeFrom="margin">
                  <wp:posOffset>1738901</wp:posOffset>
                </wp:positionH>
                <wp:positionV relativeFrom="paragraph">
                  <wp:posOffset>247922</wp:posOffset>
                </wp:positionV>
                <wp:extent cx="4242381" cy="154904"/>
                <wp:effectExtent l="0" t="0" r="0" b="0"/>
                <wp:wrapNone/>
                <wp:docPr id="151534736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42381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6902E3" w14:textId="77777777" w:rsidR="0091308F" w:rsidRPr="00D40140" w:rsidRDefault="0091308F" w:rsidP="0091308F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9BF58C" id="_x0000_s1122" type="#_x0000_t202" style="position:absolute;left:0;text-align:left;margin-left:136.9pt;margin-top:19.5pt;width:334.05pt;height:12.2pt;z-index:25197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" filled="f" stroked="f" strokeweight=".5pt">
                <v:textbox inset=".1mm,.1mm,.1mm,.1mm">
                  <w:txbxContent>
                    <w:p w14:paraId="1E6902E3" w14:textId="77777777" w:rsidR="0091308F" w:rsidRPr="00D40140" w:rsidRDefault="0091308F" w:rsidP="0091308F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t xml:space="preserve">Termin praktyk od </w:t>
      </w:r>
      <w:r w:rsidRPr="001E6943">
        <w:tab/>
        <w:t>/</w:t>
      </w:r>
      <w:r w:rsidRPr="001E6943">
        <w:tab/>
        <w:t>/</w:t>
      </w:r>
      <w:r w:rsidRPr="001E6943">
        <w:tab/>
        <w:t xml:space="preserve"> do </w:t>
      </w:r>
      <w:r w:rsidRPr="001E6943">
        <w:tab/>
        <w:t>/</w:t>
      </w:r>
      <w:r w:rsidRPr="001E6943">
        <w:tab/>
        <w:t>/</w:t>
      </w:r>
      <w:r w:rsidRPr="001E6943">
        <w:tab/>
      </w:r>
    </w:p>
    <w:p w14:paraId="2724BEA9" w14:textId="77777777" w:rsidR="0091308F" w:rsidRPr="001E6943" w:rsidRDefault="0091308F" w:rsidP="0091308F">
      <w:pPr>
        <w:pStyle w:val="06TEKSTWACIWY"/>
        <w:tabs>
          <w:tab w:val="right" w:leader="dot" w:pos="9406"/>
        </w:tabs>
        <w:spacing w:line="360" w:lineRule="auto"/>
      </w:pPr>
      <w:r w:rsidRPr="001E6943">
        <w:t xml:space="preserve">Zrealizowana liczba godzin </w:t>
      </w:r>
      <w:r w:rsidRPr="001E6943">
        <w:tab/>
      </w:r>
    </w:p>
    <w:p w14:paraId="47B332C9" w14:textId="77777777" w:rsidR="0091308F" w:rsidRPr="001E6943" w:rsidRDefault="0091308F" w:rsidP="0091308F">
      <w:pPr>
        <w:pStyle w:val="06TEKSTWACIWY"/>
        <w:spacing w:before="600"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978752" behindDoc="0" locked="0" layoutInCell="1" allowOverlap="1" wp14:anchorId="7DF523DE" wp14:editId="406E07C4">
                <wp:simplePos x="0" y="0"/>
                <wp:positionH relativeFrom="margin">
                  <wp:posOffset>238760</wp:posOffset>
                </wp:positionH>
                <wp:positionV relativeFrom="paragraph">
                  <wp:posOffset>610235</wp:posOffset>
                </wp:positionV>
                <wp:extent cx="5741416" cy="154904"/>
                <wp:effectExtent l="0" t="0" r="0" b="0"/>
                <wp:wrapNone/>
                <wp:docPr id="776304733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1416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592D05" w14:textId="77777777" w:rsidR="0091308F" w:rsidRPr="00D40140" w:rsidRDefault="0091308F" w:rsidP="0091308F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F523DE" id="_x0000_s1123" type="#_x0000_t202" style="position:absolute;left:0;text-align:left;margin-left:18.8pt;margin-top:48.05pt;width:452.1pt;height:12.2pt;z-index:25197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" filled="f" stroked="f" strokeweight=".5pt">
                <v:textbox inset=".1mm,.1mm,.1mm,.1mm">
                  <w:txbxContent>
                    <w:p w14:paraId="53592D05" w14:textId="77777777" w:rsidR="0091308F" w:rsidRPr="00D40140" w:rsidRDefault="0091308F" w:rsidP="0091308F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t>Zakres obowiązków w trakcie wykonywania praktyki (wypełnia student):</w:t>
      </w:r>
    </w:p>
    <w:p w14:paraId="40B0173F" w14:textId="77777777" w:rsidR="0091308F" w:rsidRPr="001E6943" w:rsidRDefault="0091308F" w:rsidP="00B321E8">
      <w:pPr>
        <w:pStyle w:val="08-listanumerowana"/>
        <w:numPr>
          <w:ilvl w:val="0"/>
          <w:numId w:val="24"/>
        </w:numPr>
        <w:tabs>
          <w:tab w:val="right" w:leader="dot" w:pos="940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979776" behindDoc="0" locked="0" layoutInCell="1" allowOverlap="1" wp14:anchorId="582CB74E" wp14:editId="468101A7">
                <wp:simplePos x="0" y="0"/>
                <wp:positionH relativeFrom="margin">
                  <wp:posOffset>240665</wp:posOffset>
                </wp:positionH>
                <wp:positionV relativeFrom="paragraph">
                  <wp:posOffset>248920</wp:posOffset>
                </wp:positionV>
                <wp:extent cx="5741416" cy="154904"/>
                <wp:effectExtent l="0" t="0" r="0" b="0"/>
                <wp:wrapNone/>
                <wp:docPr id="2057296847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1416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C51751" w14:textId="77777777" w:rsidR="0091308F" w:rsidRPr="00D40140" w:rsidRDefault="0091308F" w:rsidP="0091308F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2CB74E" id="_x0000_s1124" type="#_x0000_t202" style="position:absolute;left:0;text-align:left;margin-left:18.95pt;margin-top:19.6pt;width:452.1pt;height:12.2pt;z-index:25197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" filled="f" stroked="f" strokeweight=".5pt">
                <v:textbox inset=".1mm,.1mm,.1mm,.1mm">
                  <w:txbxContent>
                    <w:p w14:paraId="4CC51751" w14:textId="77777777" w:rsidR="0091308F" w:rsidRPr="00D40140" w:rsidRDefault="0091308F" w:rsidP="0091308F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tab/>
      </w:r>
    </w:p>
    <w:p w14:paraId="3E7897A4" w14:textId="77777777" w:rsidR="0091308F" w:rsidRPr="001E6943" w:rsidRDefault="0091308F" w:rsidP="0091308F">
      <w:pPr>
        <w:pStyle w:val="08-listanumerowana"/>
        <w:numPr>
          <w:ilvl w:val="0"/>
          <w:numId w:val="18"/>
        </w:numPr>
        <w:tabs>
          <w:tab w:val="right" w:leader="dot" w:pos="940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980800" behindDoc="0" locked="0" layoutInCell="1" allowOverlap="1" wp14:anchorId="5E294719" wp14:editId="70996558">
                <wp:simplePos x="0" y="0"/>
                <wp:positionH relativeFrom="margin">
                  <wp:posOffset>239395</wp:posOffset>
                </wp:positionH>
                <wp:positionV relativeFrom="paragraph">
                  <wp:posOffset>241300</wp:posOffset>
                </wp:positionV>
                <wp:extent cx="5741416" cy="154904"/>
                <wp:effectExtent l="0" t="0" r="0" b="0"/>
                <wp:wrapNone/>
                <wp:docPr id="1206325354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1416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B2DD1F9" w14:textId="77777777" w:rsidR="0091308F" w:rsidRPr="00D40140" w:rsidRDefault="0091308F" w:rsidP="0091308F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294719" id="_x0000_s1125" type="#_x0000_t202" style="position:absolute;left:0;text-align:left;margin-left:18.85pt;margin-top:19pt;width:452.1pt;height:12.2pt;z-index:25198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" filled="f" stroked="f" strokeweight=".5pt">
                <v:textbox inset=".1mm,.1mm,.1mm,.1mm">
                  <w:txbxContent>
                    <w:p w14:paraId="1B2DD1F9" w14:textId="77777777" w:rsidR="0091308F" w:rsidRPr="00D40140" w:rsidRDefault="0091308F" w:rsidP="0091308F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tab/>
      </w:r>
    </w:p>
    <w:p w14:paraId="335E3A8E" w14:textId="77777777" w:rsidR="0091308F" w:rsidRPr="001E6943" w:rsidRDefault="0091308F" w:rsidP="0091308F">
      <w:pPr>
        <w:pStyle w:val="08-listanumerowana"/>
        <w:numPr>
          <w:ilvl w:val="0"/>
          <w:numId w:val="18"/>
        </w:numPr>
        <w:tabs>
          <w:tab w:val="right" w:leader="dot" w:pos="940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981824" behindDoc="0" locked="0" layoutInCell="1" allowOverlap="1" wp14:anchorId="47D1C3F3" wp14:editId="5557192B">
                <wp:simplePos x="0" y="0"/>
                <wp:positionH relativeFrom="margin">
                  <wp:posOffset>239395</wp:posOffset>
                </wp:positionH>
                <wp:positionV relativeFrom="paragraph">
                  <wp:posOffset>245745</wp:posOffset>
                </wp:positionV>
                <wp:extent cx="5741416" cy="154904"/>
                <wp:effectExtent l="0" t="0" r="0" b="0"/>
                <wp:wrapNone/>
                <wp:docPr id="504505000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1416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1C721D" w14:textId="77777777" w:rsidR="0091308F" w:rsidRPr="00D40140" w:rsidRDefault="0091308F" w:rsidP="0091308F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D1C3F3" id="_x0000_s1126" type="#_x0000_t202" style="position:absolute;left:0;text-align:left;margin-left:18.85pt;margin-top:19.35pt;width:452.1pt;height:12.2pt;z-index:251981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" filled="f" stroked="f" strokeweight=".5pt">
                <v:textbox inset=".1mm,.1mm,.1mm,.1mm">
                  <w:txbxContent>
                    <w:p w14:paraId="021C721D" w14:textId="77777777" w:rsidR="0091308F" w:rsidRPr="00D40140" w:rsidRDefault="0091308F" w:rsidP="0091308F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tab/>
      </w:r>
    </w:p>
    <w:p w14:paraId="40F93A78" w14:textId="77777777" w:rsidR="0091308F" w:rsidRPr="001E6943" w:rsidRDefault="0091308F" w:rsidP="0091308F">
      <w:pPr>
        <w:pStyle w:val="08-listanumerowana"/>
        <w:numPr>
          <w:ilvl w:val="0"/>
          <w:numId w:val="18"/>
        </w:numPr>
        <w:tabs>
          <w:tab w:val="right" w:leader="dot" w:pos="940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 wp14:anchorId="096D62F0" wp14:editId="44793C45">
                <wp:simplePos x="0" y="0"/>
                <wp:positionH relativeFrom="margin">
                  <wp:posOffset>239395</wp:posOffset>
                </wp:positionH>
                <wp:positionV relativeFrom="paragraph">
                  <wp:posOffset>243205</wp:posOffset>
                </wp:positionV>
                <wp:extent cx="5741416" cy="154904"/>
                <wp:effectExtent l="0" t="0" r="0" b="0"/>
                <wp:wrapNone/>
                <wp:docPr id="1857855992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1416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C9A98E1" w14:textId="77777777" w:rsidR="0091308F" w:rsidRPr="00D40140" w:rsidRDefault="0091308F" w:rsidP="0091308F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6D62F0" id="_x0000_s1127" type="#_x0000_t202" style="position:absolute;left:0;text-align:left;margin-left:18.85pt;margin-top:19.15pt;width:452.1pt;height:12.2pt;z-index:251982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" filled="f" stroked="f" strokeweight=".5pt">
                <v:textbox inset=".1mm,.1mm,.1mm,.1mm">
                  <w:txbxContent>
                    <w:p w14:paraId="2C9A98E1" w14:textId="77777777" w:rsidR="0091308F" w:rsidRPr="00D40140" w:rsidRDefault="0091308F" w:rsidP="0091308F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tab/>
      </w:r>
    </w:p>
    <w:p w14:paraId="3444E21D" w14:textId="77777777" w:rsidR="0091308F" w:rsidRPr="001E6943" w:rsidRDefault="0091308F" w:rsidP="0091308F">
      <w:pPr>
        <w:pStyle w:val="08-listanumerowana"/>
        <w:numPr>
          <w:ilvl w:val="0"/>
          <w:numId w:val="18"/>
        </w:numPr>
        <w:tabs>
          <w:tab w:val="right" w:leader="dot" w:pos="9406"/>
        </w:tabs>
        <w:spacing w:line="360" w:lineRule="auto"/>
      </w:pPr>
      <w:r w:rsidRPr="001E6943">
        <w:tab/>
      </w:r>
    </w:p>
    <w:p w14:paraId="51A3482D" w14:textId="77777777" w:rsidR="0091308F" w:rsidRPr="001E6943" w:rsidRDefault="0091308F" w:rsidP="0091308F">
      <w:pPr>
        <w:pStyle w:val="06TEKSTWACIWY"/>
        <w:tabs>
          <w:tab w:val="left" w:pos="567"/>
          <w:tab w:val="right" w:leader="dot" w:pos="3402"/>
          <w:tab w:val="left" w:pos="6005"/>
          <w:tab w:val="right" w:leader="dot" w:pos="8833"/>
        </w:tabs>
        <w:spacing w:before="960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983872" behindDoc="0" locked="0" layoutInCell="1" allowOverlap="1" wp14:anchorId="7A0A0DE9" wp14:editId="6EC4A498">
                <wp:simplePos x="0" y="0"/>
                <wp:positionH relativeFrom="margin">
                  <wp:posOffset>355981</wp:posOffset>
                </wp:positionH>
                <wp:positionV relativeFrom="paragraph">
                  <wp:posOffset>596900</wp:posOffset>
                </wp:positionV>
                <wp:extent cx="1786128" cy="154904"/>
                <wp:effectExtent l="0" t="0" r="5080" b="0"/>
                <wp:wrapNone/>
                <wp:docPr id="423442558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6128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EDC748" w14:textId="77777777" w:rsidR="0091308F" w:rsidRPr="00D40140" w:rsidRDefault="0091308F" w:rsidP="0091308F">
                            <w:pPr>
                              <w:pStyle w:val="06TEKSTWACIWY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0A0DE9" id="_x0000_s1128" type="#_x0000_t202" style="position:absolute;left:0;text-align:left;margin-left:28.05pt;margin-top:47pt;width:140.65pt;height:12.2pt;z-index:251983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" filled="f" stroked="f" strokeweight=".5pt">
                <v:textbox inset=".1mm,.1mm,.1mm,.1mm">
                  <w:txbxContent>
                    <w:p w14:paraId="73EDC748" w14:textId="77777777" w:rsidR="0091308F" w:rsidRPr="00D40140" w:rsidRDefault="0091308F" w:rsidP="0091308F">
                      <w:pPr>
                        <w:pStyle w:val="06TEKSTWACIWY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tab/>
      </w:r>
      <w:r w:rsidRPr="001E6943">
        <w:tab/>
      </w:r>
      <w:r w:rsidRPr="001E6943">
        <w:tab/>
      </w:r>
      <w:r w:rsidRPr="001E6943">
        <w:tab/>
      </w:r>
    </w:p>
    <w:p w14:paraId="0014D7CB" w14:textId="77777777" w:rsidR="0091308F" w:rsidRPr="001E6943" w:rsidRDefault="0091308F" w:rsidP="0091308F">
      <w:pPr>
        <w:pStyle w:val="06TEKSTWACIWY"/>
        <w:tabs>
          <w:tab w:val="center" w:pos="1988"/>
          <w:tab w:val="center" w:pos="7433"/>
        </w:tabs>
        <w:spacing w:line="360" w:lineRule="auto"/>
        <w:rPr>
          <w:sz w:val="18"/>
          <w:szCs w:val="18"/>
        </w:rPr>
      </w:pPr>
      <w:r w:rsidRPr="001E6943">
        <w:rPr>
          <w:sz w:val="18"/>
          <w:szCs w:val="18"/>
        </w:rPr>
        <w:tab/>
        <w:t>Miejscowość i data</w:t>
      </w:r>
      <w:r w:rsidRPr="001E6943">
        <w:rPr>
          <w:sz w:val="18"/>
          <w:szCs w:val="18"/>
        </w:rPr>
        <w:tab/>
        <w:t>Podpis studenta</w:t>
      </w:r>
    </w:p>
    <w:p w14:paraId="3AA73A5F" w14:textId="77777777" w:rsidR="0091308F" w:rsidRPr="001E6943" w:rsidRDefault="0091308F" w:rsidP="0091308F">
      <w:pPr>
        <w:pStyle w:val="06TEKSTWACIWY"/>
        <w:spacing w:before="720" w:after="360" w:line="360" w:lineRule="auto"/>
        <w:rPr>
          <w:b/>
          <w:bCs/>
        </w:rPr>
      </w:pPr>
      <w:r w:rsidRPr="001E6943">
        <w:rPr>
          <w:b/>
          <w:bCs/>
        </w:rPr>
        <w:t>ZALICZENIE PRAKTYKI PRZEZ PEŁNOMOCNIKA DZIEKANA ds. PRAKTYK:</w:t>
      </w:r>
    </w:p>
    <w:p w14:paraId="3C772E1F" w14:textId="77777777" w:rsidR="0091308F" w:rsidRPr="001E6943" w:rsidRDefault="0091308F" w:rsidP="0091308F">
      <w:pPr>
        <w:pStyle w:val="06TEKSTWACIWY"/>
        <w:tabs>
          <w:tab w:val="right" w:leader="dot" w:pos="9406"/>
        </w:tabs>
        <w:spacing w:line="360" w:lineRule="auto"/>
      </w:pPr>
      <w:r w:rsidRPr="001E6943">
        <w:rPr>
          <w:i/>
          <w:iCs/>
        </w:rPr>
        <w:t xml:space="preserve">Zaliczam / nie zaliczam </w:t>
      </w:r>
      <w:r w:rsidRPr="001E6943">
        <w:t xml:space="preserve">praktykę kierunkową / praktyki kierunkowej w wymiarze </w:t>
      </w:r>
      <w:r w:rsidRPr="001E6943">
        <w:tab/>
        <w:t xml:space="preserve"> godzin.</w:t>
      </w:r>
    </w:p>
    <w:p w14:paraId="43313A0C" w14:textId="77777777" w:rsidR="0091308F" w:rsidRPr="001E6943" w:rsidRDefault="0091308F" w:rsidP="0091308F">
      <w:pPr>
        <w:pStyle w:val="06TEKSTWACIWY"/>
        <w:tabs>
          <w:tab w:val="right" w:leader="dot" w:pos="9406"/>
        </w:tabs>
        <w:spacing w:line="360" w:lineRule="auto"/>
      </w:pPr>
      <w:r w:rsidRPr="001E6943">
        <w:t xml:space="preserve">Ocena: </w:t>
      </w:r>
      <w:r w:rsidRPr="001E6943">
        <w:tab/>
      </w:r>
    </w:p>
    <w:p w14:paraId="528CAF95" w14:textId="77777777" w:rsidR="0091308F" w:rsidRPr="001E6943" w:rsidRDefault="0091308F" w:rsidP="0091308F">
      <w:pPr>
        <w:pStyle w:val="06TEKSTWACIWY"/>
        <w:tabs>
          <w:tab w:val="left" w:pos="567"/>
          <w:tab w:val="right" w:leader="dot" w:pos="3402"/>
          <w:tab w:val="left" w:pos="6005"/>
          <w:tab w:val="right" w:leader="dot" w:pos="8833"/>
        </w:tabs>
        <w:spacing w:before="600"/>
      </w:pPr>
      <w:r w:rsidRPr="001E6943">
        <w:tab/>
      </w:r>
      <w:r w:rsidRPr="001E6943">
        <w:tab/>
      </w:r>
      <w:r w:rsidRPr="001E6943">
        <w:tab/>
      </w:r>
      <w:r w:rsidRPr="001E6943">
        <w:tab/>
      </w:r>
    </w:p>
    <w:p w14:paraId="7A38BD12" w14:textId="77777777" w:rsidR="0091308F" w:rsidRDefault="0091308F" w:rsidP="0091308F">
      <w:pPr>
        <w:pStyle w:val="06TEKSTWACIWY"/>
        <w:tabs>
          <w:tab w:val="center" w:pos="1985"/>
          <w:tab w:val="center" w:pos="7447"/>
        </w:tabs>
        <w:rPr>
          <w:sz w:val="18"/>
          <w:szCs w:val="18"/>
        </w:rPr>
      </w:pPr>
      <w:r w:rsidRPr="001E6943">
        <w:rPr>
          <w:sz w:val="18"/>
          <w:szCs w:val="18"/>
        </w:rPr>
        <w:tab/>
        <w:t>Data</w:t>
      </w:r>
      <w:r w:rsidRPr="001E6943">
        <w:rPr>
          <w:sz w:val="18"/>
          <w:szCs w:val="18"/>
        </w:rPr>
        <w:tab/>
        <w:t>Podpis i pieczęć pełnomocnika</w:t>
      </w:r>
    </w:p>
    <w:p w14:paraId="6DBA427D" w14:textId="77777777" w:rsidR="0091308F" w:rsidRDefault="0091308F" w:rsidP="0091308F">
      <w:pPr>
        <w:rPr>
          <w:rFonts w:ascii="Times New Roman" w:eastAsiaTheme="minorHAnsi" w:hAnsi="Times New Roman" w:cs="Times New Roman"/>
          <w:kern w:val="2"/>
          <w:sz w:val="18"/>
          <w:szCs w:val="18"/>
          <w:lang w:val="pl-PL"/>
          <w14:ligatures w14:val="standardContextual"/>
        </w:rPr>
      </w:pPr>
      <w:r w:rsidRPr="00466F10">
        <w:rPr>
          <w:sz w:val="18"/>
          <w:szCs w:val="18"/>
          <w:lang w:val="pl-PL"/>
        </w:rPr>
        <w:br w:type="page"/>
      </w:r>
    </w:p>
    <w:p w14:paraId="5F26E525" w14:textId="77777777" w:rsidR="00B029C9" w:rsidRDefault="00B029C9" w:rsidP="00B029C9">
      <w:pPr>
        <w:pStyle w:val="04nagwekpodrzdnydogwnego"/>
      </w:pPr>
      <w:r w:rsidRPr="001E6943">
        <w:rPr>
          <w:rFonts w:eastAsiaTheme="minorEastAsia"/>
          <w:noProof/>
          <w14:ligatures w14:val="none"/>
        </w:rPr>
        <w:lastRenderedPageBreak/>
        <mc:AlternateContent>
          <mc:Choice Requires="wps">
            <w:drawing>
              <wp:anchor distT="0" distB="0" distL="114300" distR="114300" simplePos="0" relativeHeight="251986944" behindDoc="0" locked="0" layoutInCell="1" allowOverlap="1" wp14:anchorId="2B93587F" wp14:editId="4EB6C4B2">
                <wp:simplePos x="0" y="0"/>
                <wp:positionH relativeFrom="margin">
                  <wp:posOffset>1581150</wp:posOffset>
                </wp:positionH>
                <wp:positionV relativeFrom="paragraph">
                  <wp:posOffset>338455</wp:posOffset>
                </wp:positionV>
                <wp:extent cx="4371867" cy="154904"/>
                <wp:effectExtent l="0" t="0" r="0" b="0"/>
                <wp:wrapNone/>
                <wp:docPr id="2028577213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71867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689794" w14:textId="77777777" w:rsidR="00B029C9" w:rsidRPr="00D40140" w:rsidRDefault="00B029C9" w:rsidP="00B029C9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93587F" id="_x0000_s1129" type="#_x0000_t202" style="position:absolute;left:0;text-align:left;margin-left:124.5pt;margin-top:26.65pt;width:344.25pt;height:12.2pt;z-index:251986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" filled="f" stroked="f" strokeweight=".5pt">
                <v:textbox inset=".1mm,.1mm,.1mm,.1mm">
                  <w:txbxContent>
                    <w:p w14:paraId="44689794" w14:textId="77777777" w:rsidR="00B029C9" w:rsidRPr="00D40140" w:rsidRDefault="00B029C9" w:rsidP="00B029C9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t>Ocena efektów praktykanta UKSW (wypełnia opiekun w Instytucji)</w:t>
      </w:r>
    </w:p>
    <w:p w14:paraId="7231A7F6" w14:textId="77777777" w:rsidR="00B029C9" w:rsidRDefault="00B029C9" w:rsidP="00B029C9">
      <w:pPr>
        <w:pStyle w:val="06TEKSTWACIWY"/>
        <w:tabs>
          <w:tab w:val="right" w:leader="dot" w:pos="940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987968" behindDoc="0" locked="0" layoutInCell="1" allowOverlap="1" wp14:anchorId="54A4C238" wp14:editId="4FBBCB37">
                <wp:simplePos x="0" y="0"/>
                <wp:positionH relativeFrom="margin">
                  <wp:posOffset>520700</wp:posOffset>
                </wp:positionH>
                <wp:positionV relativeFrom="paragraph">
                  <wp:posOffset>240665</wp:posOffset>
                </wp:positionV>
                <wp:extent cx="5434330" cy="154904"/>
                <wp:effectExtent l="0" t="0" r="1270" b="0"/>
                <wp:wrapNone/>
                <wp:docPr id="1795306990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34330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 id="93">
                        <w:txbxContent>
                          <w:p w14:paraId="4183DA57" w14:textId="77777777" w:rsidR="00B029C9" w:rsidRPr="00D40140" w:rsidRDefault="00B029C9" w:rsidP="00B029C9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A4C238" id="_x0000_s1130" type="#_x0000_t202" style="position:absolute;left:0;text-align:left;margin-left:41pt;margin-top:18.95pt;width:427.9pt;height:12.2pt;z-index:251987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" filled="f" stroked="f" strokeweight=".5pt">
                <v:textbox style="mso-next-textbox:#_x0000_s1131" inset=".1mm,.1mm,.1mm,.1mm">
                  <w:txbxContent>
                    <w:p w14:paraId="4183DA57" w14:textId="77777777" w:rsidR="00B029C9" w:rsidRPr="00D40140" w:rsidRDefault="00B029C9" w:rsidP="00B029C9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t xml:space="preserve">Imię i nazwisko studenta </w:t>
      </w:r>
      <w:r w:rsidRPr="001E6943">
        <w:tab/>
      </w:r>
    </w:p>
    <w:p w14:paraId="76057B4E" w14:textId="77777777" w:rsidR="00B029C9" w:rsidRDefault="00B029C9" w:rsidP="00B029C9">
      <w:pPr>
        <w:pStyle w:val="06TEKSTWACIWY"/>
        <w:tabs>
          <w:tab w:val="right" w:leader="dot" w:pos="940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988992" behindDoc="0" locked="0" layoutInCell="1" allowOverlap="1" wp14:anchorId="726FD3E5" wp14:editId="4720ED01">
                <wp:simplePos x="0" y="0"/>
                <wp:positionH relativeFrom="margin">
                  <wp:posOffset>18415</wp:posOffset>
                </wp:positionH>
                <wp:positionV relativeFrom="paragraph">
                  <wp:posOffset>240665</wp:posOffset>
                </wp:positionV>
                <wp:extent cx="5933440" cy="154904"/>
                <wp:effectExtent l="0" t="0" r="0" b="0"/>
                <wp:wrapNone/>
                <wp:docPr id="913007344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3440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linkedTxbx id="93" seq="1"/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6FD3E5" id="_x0000_s1131" type="#_x0000_t202" style="position:absolute;left:0;text-align:left;margin-left:1.45pt;margin-top:18.95pt;width:467.2pt;height:12.2pt;z-index:251988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" filled="f" stroked="f" strokeweight=".5pt">
                <v:textbox inset=".1mm,.1mm,.1mm,.1mm">
                  <w:txbxContent/>
                </v:textbox>
                <w10:wrap anchorx="margin"/>
              </v:shape>
            </w:pict>
          </mc:Fallback>
        </mc:AlternateContent>
      </w:r>
      <w:r>
        <w:t xml:space="preserve">Uwagi: </w:t>
      </w:r>
      <w:r>
        <w:tab/>
      </w:r>
    </w:p>
    <w:p w14:paraId="4B58519A" w14:textId="77777777" w:rsidR="00B029C9" w:rsidRPr="001E6943" w:rsidRDefault="00B029C9" w:rsidP="00B029C9">
      <w:pPr>
        <w:pStyle w:val="06TEKSTWACIWY"/>
        <w:tabs>
          <w:tab w:val="right" w:leader="dot" w:pos="940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990016" behindDoc="0" locked="0" layoutInCell="1" allowOverlap="1" wp14:anchorId="55312018" wp14:editId="58A925AA">
                <wp:simplePos x="0" y="0"/>
                <wp:positionH relativeFrom="margin">
                  <wp:posOffset>1452880</wp:posOffset>
                </wp:positionH>
                <wp:positionV relativeFrom="paragraph">
                  <wp:posOffset>252730</wp:posOffset>
                </wp:positionV>
                <wp:extent cx="4499999" cy="154904"/>
                <wp:effectExtent l="0" t="0" r="0" b="0"/>
                <wp:wrapNone/>
                <wp:docPr id="1286353149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99999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 id="94">
                        <w:txbxContent>
                          <w:p w14:paraId="3B86F2E1" w14:textId="77777777" w:rsidR="00B029C9" w:rsidRPr="00D40140" w:rsidRDefault="00B029C9" w:rsidP="00B029C9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312018" id="_x0000_s1132" type="#_x0000_t202" style="position:absolute;left:0;text-align:left;margin-left:114.4pt;margin-top:19.9pt;width:354.35pt;height:12.2pt;z-index:251990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" filled="f" stroked="f" strokeweight=".5pt">
                <v:textbox style="mso-next-textbox:#_x0000_s1133" inset=".1mm,.1mm,.1mm,.1mm">
                  <w:txbxContent>
                    <w:p w14:paraId="3B86F2E1" w14:textId="77777777" w:rsidR="00B029C9" w:rsidRPr="00D40140" w:rsidRDefault="00B029C9" w:rsidP="00B029C9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tab/>
      </w:r>
    </w:p>
    <w:p w14:paraId="163F5AF0" w14:textId="77777777" w:rsidR="00B029C9" w:rsidRDefault="00B029C9" w:rsidP="00B029C9">
      <w:pPr>
        <w:pStyle w:val="06TEKSTWACIWY"/>
        <w:tabs>
          <w:tab w:val="right" w:leader="dot" w:pos="940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991040" behindDoc="0" locked="0" layoutInCell="1" allowOverlap="1" wp14:anchorId="6C16C8A4" wp14:editId="411C2C45">
                <wp:simplePos x="0" y="0"/>
                <wp:positionH relativeFrom="margin">
                  <wp:posOffset>19050</wp:posOffset>
                </wp:positionH>
                <wp:positionV relativeFrom="paragraph">
                  <wp:posOffset>247015</wp:posOffset>
                </wp:positionV>
                <wp:extent cx="5933631" cy="154904"/>
                <wp:effectExtent l="0" t="0" r="0" b="0"/>
                <wp:wrapNone/>
                <wp:docPr id="952474993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3631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linkedTxbx id="94" seq="1"/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16C8A4" id="_x0000_s1133" type="#_x0000_t202" style="position:absolute;left:0;text-align:left;margin-left:1.5pt;margin-top:19.45pt;width:467.2pt;height:12.2pt;z-index:251991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" filled="f" stroked="f" strokeweight=".5pt">
                <v:textbox style="mso-next-textbox:#_x0000_s1134" inset=".1mm,.1mm,.1mm,.1mm">
                  <w:txbxContent/>
                </v:textbox>
                <w10:wrap anchorx="margin"/>
              </v:shape>
            </w:pict>
          </mc:Fallback>
        </mc:AlternateContent>
      </w:r>
      <w:r>
        <w:t xml:space="preserve">Opinia o praktykancie: </w:t>
      </w:r>
      <w:r>
        <w:tab/>
      </w:r>
    </w:p>
    <w:p w14:paraId="1790626F" w14:textId="77777777" w:rsidR="00B029C9" w:rsidRDefault="00B029C9" w:rsidP="00B029C9">
      <w:pPr>
        <w:pStyle w:val="06TEKSTWACIWY"/>
        <w:tabs>
          <w:tab w:val="right" w:leader="dot" w:pos="940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992064" behindDoc="0" locked="0" layoutInCell="1" allowOverlap="1" wp14:anchorId="70DB3419" wp14:editId="246A858A">
                <wp:simplePos x="0" y="0"/>
                <wp:positionH relativeFrom="margin">
                  <wp:posOffset>19685</wp:posOffset>
                </wp:positionH>
                <wp:positionV relativeFrom="paragraph">
                  <wp:posOffset>241935</wp:posOffset>
                </wp:positionV>
                <wp:extent cx="5933631" cy="154904"/>
                <wp:effectExtent l="0" t="0" r="0" b="0"/>
                <wp:wrapNone/>
                <wp:docPr id="1609023132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3631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linkedTxbx id="94" seq="2"/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DB3419" id="_x0000_s1134" type="#_x0000_t202" style="position:absolute;left:0;text-align:left;margin-left:1.55pt;margin-top:19.05pt;width:467.2pt;height:12.2pt;z-index:251992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" filled="f" stroked="f" strokeweight=".5pt">
                <v:textbox style="mso-next-textbox:#_x0000_s1135" inset=".1mm,.1mm,.1mm,.1mm">
                  <w:txbxContent/>
                </v:textbox>
                <w10:wrap anchorx="margin"/>
              </v:shape>
            </w:pict>
          </mc:Fallback>
        </mc:AlternateContent>
      </w:r>
      <w:r>
        <w:tab/>
      </w:r>
    </w:p>
    <w:p w14:paraId="191D0D79" w14:textId="77777777" w:rsidR="00B029C9" w:rsidRDefault="00B029C9" w:rsidP="00B029C9">
      <w:pPr>
        <w:pStyle w:val="06TEKSTWACIWY"/>
        <w:tabs>
          <w:tab w:val="right" w:leader="dot" w:pos="940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 wp14:anchorId="2591CC89" wp14:editId="65606F98">
                <wp:simplePos x="0" y="0"/>
                <wp:positionH relativeFrom="margin">
                  <wp:posOffset>19685</wp:posOffset>
                </wp:positionH>
                <wp:positionV relativeFrom="paragraph">
                  <wp:posOffset>241300</wp:posOffset>
                </wp:positionV>
                <wp:extent cx="5933631" cy="154904"/>
                <wp:effectExtent l="0" t="0" r="0" b="0"/>
                <wp:wrapNone/>
                <wp:docPr id="175229456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3631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linkedTxbx id="94" seq="3"/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91CC89" id="_x0000_s1135" type="#_x0000_t202" style="position:absolute;left:0;text-align:left;margin-left:1.55pt;margin-top:19pt;width:467.2pt;height:12.2pt;z-index:251993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" filled="f" stroked="f" strokeweight=".5pt">
                <v:textbox inset=".1mm,.1mm,.1mm,.1mm">
                  <w:txbxContent/>
                </v:textbox>
                <w10:wrap anchorx="margin"/>
              </v:shape>
            </w:pict>
          </mc:Fallback>
        </mc:AlternateContent>
      </w:r>
      <w:r>
        <w:tab/>
      </w:r>
    </w:p>
    <w:p w14:paraId="0A9AA9EF" w14:textId="77777777" w:rsidR="00B029C9" w:rsidRPr="001E6943" w:rsidRDefault="00B029C9" w:rsidP="00B029C9">
      <w:pPr>
        <w:pStyle w:val="06TEKSTWACIWY"/>
        <w:tabs>
          <w:tab w:val="right" w:leader="dot" w:pos="940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994112" behindDoc="0" locked="0" layoutInCell="1" allowOverlap="1" wp14:anchorId="3FA61387" wp14:editId="6147FECD">
                <wp:simplePos x="0" y="0"/>
                <wp:positionH relativeFrom="margin">
                  <wp:posOffset>1259840</wp:posOffset>
                </wp:positionH>
                <wp:positionV relativeFrom="paragraph">
                  <wp:posOffset>244475</wp:posOffset>
                </wp:positionV>
                <wp:extent cx="4692797" cy="154904"/>
                <wp:effectExtent l="0" t="0" r="6350" b="0"/>
                <wp:wrapNone/>
                <wp:docPr id="248814497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92797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941814" w14:textId="77777777" w:rsidR="00B029C9" w:rsidRPr="00D40140" w:rsidRDefault="00B029C9" w:rsidP="00B029C9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A61387" id="_x0000_s1136" type="#_x0000_t202" style="position:absolute;left:0;text-align:left;margin-left:99.2pt;margin-top:19.25pt;width:369.5pt;height:12.2pt;z-index:251994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" filled="f" stroked="f" strokeweight=".5pt">
                <v:textbox inset=".1mm,.1mm,.1mm,.1mm">
                  <w:txbxContent>
                    <w:p w14:paraId="4C941814" w14:textId="77777777" w:rsidR="00B029C9" w:rsidRPr="00D40140" w:rsidRDefault="00B029C9" w:rsidP="00B029C9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tab/>
      </w:r>
    </w:p>
    <w:p w14:paraId="6A75FA88" w14:textId="77777777" w:rsidR="00B029C9" w:rsidRDefault="00B029C9" w:rsidP="00B029C9">
      <w:pPr>
        <w:pStyle w:val="06TEKSTWACIWY"/>
        <w:tabs>
          <w:tab w:val="right" w:leader="dot" w:pos="9406"/>
        </w:tabs>
      </w:pPr>
      <w:r>
        <w:t xml:space="preserve">Ocena praktykanta: </w:t>
      </w:r>
      <w:r>
        <w:tab/>
      </w:r>
    </w:p>
    <w:p w14:paraId="4B1922E6" w14:textId="77777777" w:rsidR="00B029C9" w:rsidRPr="008033A6" w:rsidRDefault="00B029C9" w:rsidP="00B029C9">
      <w:pPr>
        <w:pStyle w:val="06TEKSTWACIWY"/>
        <w:tabs>
          <w:tab w:val="center" w:pos="5670"/>
        </w:tabs>
        <w:spacing w:line="360" w:lineRule="auto"/>
        <w:rPr>
          <w:sz w:val="21"/>
          <w:szCs w:val="21"/>
        </w:rPr>
      </w:pPr>
      <w:r w:rsidRPr="008033A6">
        <w:rPr>
          <w:sz w:val="21"/>
          <w:szCs w:val="21"/>
        </w:rPr>
        <w:tab/>
        <w:t>(słownie: bardzo dobry, dobry, dostateczny, niedostateczny)</w:t>
      </w:r>
    </w:p>
    <w:p w14:paraId="1E5CB630" w14:textId="77777777" w:rsidR="00B029C9" w:rsidRDefault="00B029C9" w:rsidP="00B029C9">
      <w:pPr>
        <w:pStyle w:val="06TEKSTWACIWY"/>
        <w:spacing w:after="480"/>
        <w:rPr>
          <w:sz w:val="18"/>
          <w:szCs w:val="18"/>
        </w:rPr>
      </w:pPr>
      <w:r>
        <w:rPr>
          <w:sz w:val="18"/>
          <w:szCs w:val="18"/>
        </w:rPr>
        <w:t>Skala ocen: 5 – bardzo wysoki poziom przygotowania, 4 – wysoki poziom przygotowania, 3 – spełnia w stopniu dostatecznym oczekiwaniom instytucji, 2 – poważne zastrzeżenia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88"/>
        <w:gridCol w:w="5386"/>
        <w:gridCol w:w="567"/>
        <w:gridCol w:w="567"/>
        <w:gridCol w:w="567"/>
        <w:gridCol w:w="567"/>
      </w:tblGrid>
      <w:tr w:rsidR="00B029C9" w:rsidRPr="007124D2" w14:paraId="2F0F99C6" w14:textId="77777777" w:rsidTr="002F0FF9">
        <w:trPr>
          <w:trHeight w:val="916"/>
          <w:jc w:val="center"/>
        </w:trPr>
        <w:tc>
          <w:tcPr>
            <w:tcW w:w="6374" w:type="dxa"/>
            <w:gridSpan w:val="2"/>
            <w:vMerge w:val="restart"/>
            <w:vAlign w:val="center"/>
          </w:tcPr>
          <w:p w14:paraId="65C600BD" w14:textId="77777777" w:rsidR="00B029C9" w:rsidRPr="001E6943" w:rsidRDefault="00B029C9" w:rsidP="002F0FF9">
            <w:pPr>
              <w:pStyle w:val="06TEKSTWACIWY"/>
              <w:jc w:val="center"/>
              <w:rPr>
                <w:b/>
                <w:bCs/>
              </w:rPr>
            </w:pPr>
            <w:r w:rsidRPr="001E6943">
              <w:rPr>
                <w:b/>
                <w:bCs/>
              </w:rPr>
              <w:t>Efekty podlegające ocenie</w:t>
            </w:r>
          </w:p>
        </w:tc>
        <w:tc>
          <w:tcPr>
            <w:tcW w:w="2268" w:type="dxa"/>
            <w:gridSpan w:val="4"/>
            <w:vAlign w:val="center"/>
          </w:tcPr>
          <w:p w14:paraId="7817406D" w14:textId="77777777" w:rsidR="00B029C9" w:rsidRPr="00D25D99" w:rsidRDefault="00B029C9" w:rsidP="002F0FF9">
            <w:pPr>
              <w:pStyle w:val="06TEKSTWACIWY"/>
              <w:jc w:val="center"/>
              <w:rPr>
                <w:sz w:val="21"/>
                <w:szCs w:val="21"/>
              </w:rPr>
            </w:pPr>
            <w:r w:rsidRPr="00D25D99">
              <w:rPr>
                <w:sz w:val="21"/>
                <w:szCs w:val="21"/>
              </w:rPr>
              <w:t>Ocena osiągnięcia przez</w:t>
            </w:r>
            <w:r w:rsidRPr="00D25D99">
              <w:rPr>
                <w:sz w:val="21"/>
                <w:szCs w:val="21"/>
              </w:rPr>
              <w:br/>
              <w:t>studenta założonych</w:t>
            </w:r>
            <w:r w:rsidRPr="00D25D99">
              <w:rPr>
                <w:sz w:val="21"/>
                <w:szCs w:val="21"/>
              </w:rPr>
              <w:br/>
              <w:t>efektów</w:t>
            </w:r>
          </w:p>
        </w:tc>
      </w:tr>
      <w:tr w:rsidR="00B029C9" w:rsidRPr="001E6943" w14:paraId="18DC0174" w14:textId="77777777" w:rsidTr="002F0FF9">
        <w:trPr>
          <w:trHeight w:val="71"/>
          <w:jc w:val="center"/>
        </w:trPr>
        <w:tc>
          <w:tcPr>
            <w:tcW w:w="6374" w:type="dxa"/>
            <w:gridSpan w:val="2"/>
            <w:vMerge/>
            <w:vAlign w:val="center"/>
          </w:tcPr>
          <w:p w14:paraId="048B044B" w14:textId="77777777" w:rsidR="00B029C9" w:rsidRPr="001E6943" w:rsidRDefault="00B029C9" w:rsidP="002F0FF9">
            <w:pPr>
              <w:pStyle w:val="06TEKSTWACIWY"/>
              <w:jc w:val="center"/>
              <w:rPr>
                <w:b/>
                <w:bCs/>
              </w:rPr>
            </w:pPr>
          </w:p>
        </w:tc>
        <w:tc>
          <w:tcPr>
            <w:tcW w:w="567" w:type="dxa"/>
            <w:vAlign w:val="center"/>
          </w:tcPr>
          <w:p w14:paraId="64307009" w14:textId="77777777" w:rsidR="00B029C9" w:rsidRPr="005051B8" w:rsidRDefault="00B029C9" w:rsidP="002F0FF9">
            <w:pPr>
              <w:pStyle w:val="06TEKSTWACIWY"/>
              <w:jc w:val="center"/>
              <w:rPr>
                <w:b/>
                <w:bCs/>
              </w:rPr>
            </w:pPr>
            <w:r w:rsidRPr="005051B8">
              <w:rPr>
                <w:b/>
                <w:bCs/>
              </w:rPr>
              <w:t>2</w:t>
            </w:r>
          </w:p>
        </w:tc>
        <w:tc>
          <w:tcPr>
            <w:tcW w:w="567" w:type="dxa"/>
            <w:vAlign w:val="center"/>
          </w:tcPr>
          <w:p w14:paraId="3146EB5A" w14:textId="77777777" w:rsidR="00B029C9" w:rsidRPr="005051B8" w:rsidRDefault="00B029C9" w:rsidP="002F0FF9">
            <w:pPr>
              <w:pStyle w:val="06TEKSTWACIWY"/>
              <w:jc w:val="center"/>
              <w:rPr>
                <w:b/>
                <w:bCs/>
              </w:rPr>
            </w:pPr>
            <w:r w:rsidRPr="005051B8">
              <w:rPr>
                <w:b/>
                <w:bCs/>
              </w:rPr>
              <w:t>3</w:t>
            </w:r>
          </w:p>
        </w:tc>
        <w:tc>
          <w:tcPr>
            <w:tcW w:w="567" w:type="dxa"/>
            <w:vAlign w:val="center"/>
          </w:tcPr>
          <w:p w14:paraId="08BFAC9F" w14:textId="77777777" w:rsidR="00B029C9" w:rsidRPr="005051B8" w:rsidRDefault="00B029C9" w:rsidP="002F0FF9">
            <w:pPr>
              <w:pStyle w:val="06TEKSTWACIWY"/>
              <w:jc w:val="center"/>
              <w:rPr>
                <w:b/>
                <w:bCs/>
              </w:rPr>
            </w:pPr>
            <w:r w:rsidRPr="005051B8">
              <w:rPr>
                <w:b/>
                <w:bCs/>
              </w:rPr>
              <w:t>4</w:t>
            </w:r>
          </w:p>
        </w:tc>
        <w:tc>
          <w:tcPr>
            <w:tcW w:w="567" w:type="dxa"/>
            <w:vAlign w:val="center"/>
          </w:tcPr>
          <w:p w14:paraId="3C4E09D5" w14:textId="77777777" w:rsidR="00B029C9" w:rsidRPr="005051B8" w:rsidRDefault="00B029C9" w:rsidP="002F0FF9">
            <w:pPr>
              <w:pStyle w:val="06TEKSTWACIWY"/>
              <w:jc w:val="center"/>
              <w:rPr>
                <w:b/>
                <w:bCs/>
              </w:rPr>
            </w:pPr>
            <w:r w:rsidRPr="005051B8">
              <w:rPr>
                <w:b/>
                <w:bCs/>
              </w:rPr>
              <w:t>5</w:t>
            </w:r>
          </w:p>
        </w:tc>
      </w:tr>
      <w:tr w:rsidR="00B029C9" w:rsidRPr="007124D2" w14:paraId="10FA4400" w14:textId="77777777" w:rsidTr="002F0FF9">
        <w:trPr>
          <w:jc w:val="center"/>
        </w:trPr>
        <w:tc>
          <w:tcPr>
            <w:tcW w:w="988" w:type="dxa"/>
            <w:vMerge w:val="restart"/>
            <w:textDirection w:val="btLr"/>
            <w:vAlign w:val="center"/>
          </w:tcPr>
          <w:p w14:paraId="4B308725" w14:textId="77777777" w:rsidR="00B029C9" w:rsidRPr="001E6943" w:rsidRDefault="00B029C9" w:rsidP="002F0FF9">
            <w:pPr>
              <w:pStyle w:val="06TEKSTWACIWY"/>
              <w:ind w:left="113" w:right="113"/>
              <w:jc w:val="center"/>
              <w:rPr>
                <w:b/>
                <w:bCs/>
                <w:sz w:val="21"/>
                <w:szCs w:val="21"/>
              </w:rPr>
            </w:pPr>
            <w:r w:rsidRPr="001E6943">
              <w:rPr>
                <w:b/>
                <w:bCs/>
                <w:sz w:val="21"/>
                <w:szCs w:val="21"/>
              </w:rPr>
              <w:t>Umiejętności</w:t>
            </w:r>
          </w:p>
        </w:tc>
        <w:tc>
          <w:tcPr>
            <w:tcW w:w="5386" w:type="dxa"/>
            <w:vAlign w:val="center"/>
          </w:tcPr>
          <w:p w14:paraId="1FBD85A3" w14:textId="4DDBDC73" w:rsidR="00B029C9" w:rsidRPr="00E73809" w:rsidRDefault="0045574A" w:rsidP="002F0FF9">
            <w:pPr>
              <w:pStyle w:val="06TEKSTWACIWY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Zna strukturę organizacyjną instytucji medialnej oraz zasad jej</w:t>
            </w:r>
            <w:r>
              <w:rPr>
                <w:sz w:val="18"/>
                <w:szCs w:val="18"/>
              </w:rPr>
              <w:br/>
              <w:t>funkcjonowania i potrafi się w nich poruszać</w:t>
            </w:r>
          </w:p>
        </w:tc>
        <w:tc>
          <w:tcPr>
            <w:tcW w:w="567" w:type="dxa"/>
            <w:vAlign w:val="center"/>
          </w:tcPr>
          <w:p w14:paraId="44BC86F8" w14:textId="77777777" w:rsidR="00B029C9" w:rsidRPr="001E6943" w:rsidRDefault="00B029C9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0F92C03F" w14:textId="77777777" w:rsidR="00B029C9" w:rsidRPr="001E6943" w:rsidRDefault="00B029C9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0BE5F6CC" w14:textId="77777777" w:rsidR="00B029C9" w:rsidRPr="001E6943" w:rsidRDefault="00B029C9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1039B5A5" w14:textId="77777777" w:rsidR="00B029C9" w:rsidRPr="001E6943" w:rsidRDefault="00B029C9" w:rsidP="002F0FF9">
            <w:pPr>
              <w:pStyle w:val="06TEKSTWACIWY"/>
              <w:jc w:val="center"/>
            </w:pPr>
          </w:p>
        </w:tc>
      </w:tr>
      <w:tr w:rsidR="00B029C9" w:rsidRPr="007124D2" w14:paraId="438C6268" w14:textId="77777777" w:rsidTr="002F0FF9">
        <w:trPr>
          <w:jc w:val="center"/>
        </w:trPr>
        <w:tc>
          <w:tcPr>
            <w:tcW w:w="988" w:type="dxa"/>
            <w:vMerge/>
            <w:vAlign w:val="center"/>
          </w:tcPr>
          <w:p w14:paraId="6C0F6B4B" w14:textId="77777777" w:rsidR="00B029C9" w:rsidRPr="001E6943" w:rsidRDefault="00B029C9" w:rsidP="002F0FF9">
            <w:pPr>
              <w:pStyle w:val="06TEKSTWACIWY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5386" w:type="dxa"/>
            <w:vAlign w:val="center"/>
          </w:tcPr>
          <w:p w14:paraId="26941E66" w14:textId="31FCDBF1" w:rsidR="00B029C9" w:rsidRPr="00E73809" w:rsidRDefault="0045574A" w:rsidP="002F0FF9">
            <w:pPr>
              <w:pStyle w:val="06TEKSTWACIWY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Zna i potrafi interpretować regulacje prawne i etyczne związane</w:t>
            </w:r>
            <w:r>
              <w:rPr>
                <w:sz w:val="18"/>
                <w:szCs w:val="18"/>
              </w:rPr>
              <w:br/>
              <w:t>z wybranym zawodem</w:t>
            </w:r>
          </w:p>
        </w:tc>
        <w:tc>
          <w:tcPr>
            <w:tcW w:w="567" w:type="dxa"/>
            <w:vAlign w:val="center"/>
          </w:tcPr>
          <w:p w14:paraId="1B5EF62A" w14:textId="77777777" w:rsidR="00B029C9" w:rsidRPr="001E6943" w:rsidRDefault="00B029C9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25166B32" w14:textId="77777777" w:rsidR="00B029C9" w:rsidRPr="001E6943" w:rsidRDefault="00B029C9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681B3102" w14:textId="77777777" w:rsidR="00B029C9" w:rsidRPr="001E6943" w:rsidRDefault="00B029C9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7633FD61" w14:textId="77777777" w:rsidR="00B029C9" w:rsidRPr="001E6943" w:rsidRDefault="00B029C9" w:rsidP="002F0FF9">
            <w:pPr>
              <w:pStyle w:val="06TEKSTWACIWY"/>
              <w:jc w:val="center"/>
            </w:pPr>
          </w:p>
        </w:tc>
      </w:tr>
      <w:tr w:rsidR="00B029C9" w:rsidRPr="007124D2" w14:paraId="4C8CF27D" w14:textId="77777777" w:rsidTr="002F0FF9">
        <w:trPr>
          <w:jc w:val="center"/>
        </w:trPr>
        <w:tc>
          <w:tcPr>
            <w:tcW w:w="988" w:type="dxa"/>
            <w:vMerge/>
            <w:vAlign w:val="center"/>
          </w:tcPr>
          <w:p w14:paraId="7BA80678" w14:textId="77777777" w:rsidR="00B029C9" w:rsidRPr="001E6943" w:rsidRDefault="00B029C9" w:rsidP="002F0FF9">
            <w:pPr>
              <w:pStyle w:val="06TEKSTWACIWY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5386" w:type="dxa"/>
            <w:vAlign w:val="center"/>
          </w:tcPr>
          <w:p w14:paraId="780D2FDD" w14:textId="47DA43A7" w:rsidR="00B029C9" w:rsidRPr="00E73809" w:rsidRDefault="00F75315" w:rsidP="002F0FF9">
            <w:pPr>
              <w:pStyle w:val="06TEKSTWACIWY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Zna różne role zawodowe związane ze studiowanym kierunkiem</w:t>
            </w:r>
            <w:r>
              <w:rPr>
                <w:sz w:val="18"/>
                <w:szCs w:val="18"/>
              </w:rPr>
              <w:br/>
              <w:t>i potrafi się w nie wcielać</w:t>
            </w:r>
          </w:p>
        </w:tc>
        <w:tc>
          <w:tcPr>
            <w:tcW w:w="567" w:type="dxa"/>
            <w:vAlign w:val="center"/>
          </w:tcPr>
          <w:p w14:paraId="2CF21E4F" w14:textId="77777777" w:rsidR="00B029C9" w:rsidRPr="001E6943" w:rsidRDefault="00B029C9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5F817B43" w14:textId="77777777" w:rsidR="00B029C9" w:rsidRPr="001E6943" w:rsidRDefault="00B029C9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0562ACE2" w14:textId="77777777" w:rsidR="00B029C9" w:rsidRPr="001E6943" w:rsidRDefault="00B029C9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358F1106" w14:textId="77777777" w:rsidR="00B029C9" w:rsidRPr="001E6943" w:rsidRDefault="00B029C9" w:rsidP="002F0FF9">
            <w:pPr>
              <w:pStyle w:val="06TEKSTWACIWY"/>
              <w:jc w:val="center"/>
            </w:pPr>
          </w:p>
        </w:tc>
      </w:tr>
      <w:tr w:rsidR="00B029C9" w:rsidRPr="007124D2" w14:paraId="559C7934" w14:textId="77777777" w:rsidTr="002F0FF9">
        <w:trPr>
          <w:jc w:val="center"/>
        </w:trPr>
        <w:tc>
          <w:tcPr>
            <w:tcW w:w="988" w:type="dxa"/>
            <w:vMerge/>
            <w:vAlign w:val="center"/>
          </w:tcPr>
          <w:p w14:paraId="563F810C" w14:textId="77777777" w:rsidR="00B029C9" w:rsidRPr="001E6943" w:rsidRDefault="00B029C9" w:rsidP="002F0FF9">
            <w:pPr>
              <w:pStyle w:val="06TEKSTWACIWY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5386" w:type="dxa"/>
            <w:vAlign w:val="center"/>
          </w:tcPr>
          <w:p w14:paraId="5D4688D1" w14:textId="129A7F15" w:rsidR="00B029C9" w:rsidRPr="00E73809" w:rsidRDefault="00F75315" w:rsidP="002F0FF9">
            <w:pPr>
              <w:pStyle w:val="06TEKSTWACIWY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Pozyskuje i wykorzystuje informacje niezbędne do realizacji zleconego</w:t>
            </w:r>
            <w:r>
              <w:rPr>
                <w:sz w:val="18"/>
                <w:szCs w:val="18"/>
              </w:rPr>
              <w:br/>
              <w:t>zadania</w:t>
            </w:r>
          </w:p>
        </w:tc>
        <w:tc>
          <w:tcPr>
            <w:tcW w:w="567" w:type="dxa"/>
            <w:vAlign w:val="center"/>
          </w:tcPr>
          <w:p w14:paraId="75FBA37F" w14:textId="77777777" w:rsidR="00B029C9" w:rsidRPr="001E6943" w:rsidRDefault="00B029C9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51BC3CB7" w14:textId="77777777" w:rsidR="00B029C9" w:rsidRPr="001E6943" w:rsidRDefault="00B029C9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3D7222CE" w14:textId="77777777" w:rsidR="00B029C9" w:rsidRPr="001E6943" w:rsidRDefault="00B029C9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5EAE0902" w14:textId="77777777" w:rsidR="00B029C9" w:rsidRPr="001E6943" w:rsidRDefault="00B029C9" w:rsidP="002F0FF9">
            <w:pPr>
              <w:pStyle w:val="06TEKSTWACIWY"/>
              <w:jc w:val="center"/>
            </w:pPr>
          </w:p>
        </w:tc>
      </w:tr>
      <w:tr w:rsidR="00B029C9" w:rsidRPr="007124D2" w14:paraId="0DAEFEF9" w14:textId="77777777" w:rsidTr="002F0FF9">
        <w:trPr>
          <w:jc w:val="center"/>
        </w:trPr>
        <w:tc>
          <w:tcPr>
            <w:tcW w:w="988" w:type="dxa"/>
            <w:vMerge/>
            <w:vAlign w:val="center"/>
          </w:tcPr>
          <w:p w14:paraId="6EE293CF" w14:textId="77777777" w:rsidR="00B029C9" w:rsidRPr="001E6943" w:rsidRDefault="00B029C9" w:rsidP="002F0FF9">
            <w:pPr>
              <w:pStyle w:val="06TEKSTWACIWY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5386" w:type="dxa"/>
            <w:vAlign w:val="center"/>
          </w:tcPr>
          <w:p w14:paraId="054D56D3" w14:textId="3F8CDCDB" w:rsidR="00B029C9" w:rsidRPr="00E73809" w:rsidRDefault="00F75315" w:rsidP="002F0FF9">
            <w:pPr>
              <w:pStyle w:val="06TEKSTWACIWY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Tworzy i interpretuje przekazy słowne – w tym audialne, tekstowe</w:t>
            </w:r>
            <w:r>
              <w:rPr>
                <w:sz w:val="18"/>
                <w:szCs w:val="18"/>
              </w:rPr>
              <w:br/>
              <w:t>i hipertekstowe – właściwe dla określonego medium</w:t>
            </w:r>
          </w:p>
        </w:tc>
        <w:tc>
          <w:tcPr>
            <w:tcW w:w="567" w:type="dxa"/>
            <w:vAlign w:val="center"/>
          </w:tcPr>
          <w:p w14:paraId="0308A26A" w14:textId="77777777" w:rsidR="00B029C9" w:rsidRPr="001E6943" w:rsidRDefault="00B029C9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7D4B741A" w14:textId="77777777" w:rsidR="00B029C9" w:rsidRPr="001E6943" w:rsidRDefault="00B029C9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52B2011B" w14:textId="77777777" w:rsidR="00B029C9" w:rsidRPr="001E6943" w:rsidRDefault="00B029C9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11E15CBA" w14:textId="77777777" w:rsidR="00B029C9" w:rsidRPr="001E6943" w:rsidRDefault="00B029C9" w:rsidP="002F0FF9">
            <w:pPr>
              <w:pStyle w:val="06TEKSTWACIWY"/>
              <w:jc w:val="center"/>
            </w:pPr>
          </w:p>
        </w:tc>
      </w:tr>
      <w:tr w:rsidR="00B029C9" w:rsidRPr="007124D2" w14:paraId="20F02078" w14:textId="77777777" w:rsidTr="002F0FF9">
        <w:trPr>
          <w:jc w:val="center"/>
        </w:trPr>
        <w:tc>
          <w:tcPr>
            <w:tcW w:w="988" w:type="dxa"/>
            <w:vMerge/>
            <w:vAlign w:val="center"/>
          </w:tcPr>
          <w:p w14:paraId="0D78612A" w14:textId="77777777" w:rsidR="00B029C9" w:rsidRPr="001E6943" w:rsidRDefault="00B029C9" w:rsidP="002F0FF9">
            <w:pPr>
              <w:pStyle w:val="06TEKSTWACIWY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5386" w:type="dxa"/>
            <w:vAlign w:val="center"/>
          </w:tcPr>
          <w:p w14:paraId="5E343F67" w14:textId="35284F75" w:rsidR="00B029C9" w:rsidRPr="00E73809" w:rsidRDefault="001D0AF3" w:rsidP="002F0FF9">
            <w:pPr>
              <w:pStyle w:val="06TEKSTWACIWY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Posługuje się nowoczesnymi narzędziami pracy właściwymi dla mediów i zawodów związanych z komunikacją społeczną/medialno-kulturową</w:t>
            </w:r>
          </w:p>
        </w:tc>
        <w:tc>
          <w:tcPr>
            <w:tcW w:w="567" w:type="dxa"/>
            <w:vAlign w:val="center"/>
          </w:tcPr>
          <w:p w14:paraId="157146A2" w14:textId="77777777" w:rsidR="00B029C9" w:rsidRPr="001E6943" w:rsidRDefault="00B029C9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35AF8420" w14:textId="77777777" w:rsidR="00B029C9" w:rsidRPr="001E6943" w:rsidRDefault="00B029C9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296CA036" w14:textId="77777777" w:rsidR="00B029C9" w:rsidRPr="001E6943" w:rsidRDefault="00B029C9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474AF043" w14:textId="77777777" w:rsidR="00B029C9" w:rsidRPr="001E6943" w:rsidRDefault="00B029C9" w:rsidP="002F0FF9">
            <w:pPr>
              <w:pStyle w:val="06TEKSTWACIWY"/>
              <w:jc w:val="center"/>
            </w:pPr>
          </w:p>
        </w:tc>
      </w:tr>
      <w:tr w:rsidR="00B029C9" w:rsidRPr="007124D2" w14:paraId="1D2D3876" w14:textId="77777777" w:rsidTr="002F0FF9">
        <w:trPr>
          <w:jc w:val="center"/>
        </w:trPr>
        <w:tc>
          <w:tcPr>
            <w:tcW w:w="988" w:type="dxa"/>
            <w:vMerge w:val="restart"/>
            <w:textDirection w:val="btLr"/>
            <w:vAlign w:val="center"/>
          </w:tcPr>
          <w:p w14:paraId="371A652D" w14:textId="77777777" w:rsidR="00B029C9" w:rsidRPr="001E6943" w:rsidRDefault="00B029C9" w:rsidP="002F0FF9">
            <w:pPr>
              <w:pStyle w:val="06TEKSTWACIWY"/>
              <w:ind w:left="113" w:right="113"/>
              <w:jc w:val="center"/>
              <w:rPr>
                <w:b/>
                <w:bCs/>
                <w:sz w:val="21"/>
                <w:szCs w:val="21"/>
              </w:rPr>
            </w:pPr>
            <w:r w:rsidRPr="001E6943">
              <w:rPr>
                <w:b/>
                <w:bCs/>
                <w:sz w:val="21"/>
                <w:szCs w:val="21"/>
              </w:rPr>
              <w:t>Kompetencje</w:t>
            </w:r>
            <w:r w:rsidRPr="001E6943">
              <w:rPr>
                <w:b/>
                <w:bCs/>
                <w:sz w:val="21"/>
                <w:szCs w:val="21"/>
              </w:rPr>
              <w:br/>
              <w:t>społeczne</w:t>
            </w:r>
          </w:p>
        </w:tc>
        <w:tc>
          <w:tcPr>
            <w:tcW w:w="5386" w:type="dxa"/>
            <w:vAlign w:val="center"/>
          </w:tcPr>
          <w:p w14:paraId="0AA83110" w14:textId="5BF27CB1" w:rsidR="00B029C9" w:rsidRPr="00E73809" w:rsidRDefault="00E10679" w:rsidP="002F0FF9">
            <w:pPr>
              <w:pStyle w:val="06TEKSTWACIWY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Jest aktywnym uczestnikiem wyspecjalizowanej</w:t>
            </w:r>
            <w:r>
              <w:rPr>
                <w:sz w:val="18"/>
                <w:szCs w:val="18"/>
              </w:rPr>
              <w:br/>
              <w:t>grupy zawodowej</w:t>
            </w:r>
          </w:p>
        </w:tc>
        <w:tc>
          <w:tcPr>
            <w:tcW w:w="567" w:type="dxa"/>
            <w:vAlign w:val="center"/>
          </w:tcPr>
          <w:p w14:paraId="716EF1C0" w14:textId="77777777" w:rsidR="00B029C9" w:rsidRPr="001E6943" w:rsidRDefault="00B029C9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483D42C5" w14:textId="77777777" w:rsidR="00B029C9" w:rsidRPr="001E6943" w:rsidRDefault="00B029C9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71374852" w14:textId="77777777" w:rsidR="00B029C9" w:rsidRPr="001E6943" w:rsidRDefault="00B029C9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70DE59F0" w14:textId="77777777" w:rsidR="00B029C9" w:rsidRPr="001E6943" w:rsidRDefault="00B029C9" w:rsidP="002F0FF9">
            <w:pPr>
              <w:pStyle w:val="06TEKSTWACIWY"/>
              <w:jc w:val="center"/>
            </w:pPr>
          </w:p>
        </w:tc>
      </w:tr>
      <w:tr w:rsidR="00B029C9" w:rsidRPr="00720556" w14:paraId="6C056037" w14:textId="77777777" w:rsidTr="002F0FF9">
        <w:trPr>
          <w:jc w:val="center"/>
        </w:trPr>
        <w:tc>
          <w:tcPr>
            <w:tcW w:w="988" w:type="dxa"/>
            <w:vMerge/>
          </w:tcPr>
          <w:p w14:paraId="6ADBCC79" w14:textId="77777777" w:rsidR="00B029C9" w:rsidRPr="001E6943" w:rsidRDefault="00B029C9" w:rsidP="002F0FF9">
            <w:pPr>
              <w:pStyle w:val="06TEKSTWACIWY"/>
            </w:pPr>
          </w:p>
        </w:tc>
        <w:tc>
          <w:tcPr>
            <w:tcW w:w="5386" w:type="dxa"/>
            <w:vAlign w:val="center"/>
          </w:tcPr>
          <w:p w14:paraId="0D403459" w14:textId="28C18C05" w:rsidR="00B029C9" w:rsidRPr="00E73809" w:rsidRDefault="00EC44D1" w:rsidP="002F0FF9">
            <w:pPr>
              <w:pStyle w:val="06TEKSTWACIWY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Samodzielnie realizuje powierzone zadania</w:t>
            </w:r>
          </w:p>
        </w:tc>
        <w:tc>
          <w:tcPr>
            <w:tcW w:w="567" w:type="dxa"/>
            <w:vAlign w:val="center"/>
          </w:tcPr>
          <w:p w14:paraId="7324ED81" w14:textId="77777777" w:rsidR="00B029C9" w:rsidRPr="001E6943" w:rsidRDefault="00B029C9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6AB87063" w14:textId="77777777" w:rsidR="00B029C9" w:rsidRPr="001E6943" w:rsidRDefault="00B029C9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40BC6FD7" w14:textId="77777777" w:rsidR="00B029C9" w:rsidRPr="001E6943" w:rsidRDefault="00B029C9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181B57D6" w14:textId="77777777" w:rsidR="00B029C9" w:rsidRPr="001E6943" w:rsidRDefault="00B029C9" w:rsidP="002F0FF9">
            <w:pPr>
              <w:pStyle w:val="06TEKSTWACIWY"/>
              <w:jc w:val="center"/>
            </w:pPr>
          </w:p>
        </w:tc>
      </w:tr>
      <w:tr w:rsidR="00B029C9" w:rsidRPr="007124D2" w14:paraId="73125A12" w14:textId="77777777" w:rsidTr="002F0FF9">
        <w:trPr>
          <w:jc w:val="center"/>
        </w:trPr>
        <w:tc>
          <w:tcPr>
            <w:tcW w:w="988" w:type="dxa"/>
            <w:vMerge/>
          </w:tcPr>
          <w:p w14:paraId="25491604" w14:textId="77777777" w:rsidR="00B029C9" w:rsidRPr="001E6943" w:rsidRDefault="00B029C9" w:rsidP="002F0FF9">
            <w:pPr>
              <w:pStyle w:val="06TEKSTWACIWY"/>
            </w:pPr>
          </w:p>
        </w:tc>
        <w:tc>
          <w:tcPr>
            <w:tcW w:w="5386" w:type="dxa"/>
            <w:vAlign w:val="center"/>
          </w:tcPr>
          <w:p w14:paraId="7FDE70D7" w14:textId="60E97043" w:rsidR="00B029C9" w:rsidRPr="00E73809" w:rsidRDefault="00EC44D1" w:rsidP="002F0FF9">
            <w:pPr>
              <w:pStyle w:val="06TEKSTWACIWY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Ponosi odpowiedzialność za powierzone zadania</w:t>
            </w:r>
          </w:p>
        </w:tc>
        <w:tc>
          <w:tcPr>
            <w:tcW w:w="567" w:type="dxa"/>
            <w:vAlign w:val="center"/>
          </w:tcPr>
          <w:p w14:paraId="139BDCB2" w14:textId="77777777" w:rsidR="00B029C9" w:rsidRPr="001E6943" w:rsidRDefault="00B029C9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5D6E646A" w14:textId="77777777" w:rsidR="00B029C9" w:rsidRPr="001E6943" w:rsidRDefault="00B029C9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6F0F28D9" w14:textId="77777777" w:rsidR="00B029C9" w:rsidRPr="001E6943" w:rsidRDefault="00B029C9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339EEDB7" w14:textId="77777777" w:rsidR="00B029C9" w:rsidRPr="001E6943" w:rsidRDefault="00B029C9" w:rsidP="002F0FF9">
            <w:pPr>
              <w:pStyle w:val="06TEKSTWACIWY"/>
              <w:jc w:val="center"/>
            </w:pPr>
          </w:p>
        </w:tc>
      </w:tr>
      <w:tr w:rsidR="00B029C9" w:rsidRPr="00720556" w14:paraId="28D96E68" w14:textId="77777777" w:rsidTr="002F0FF9">
        <w:trPr>
          <w:jc w:val="center"/>
        </w:trPr>
        <w:tc>
          <w:tcPr>
            <w:tcW w:w="988" w:type="dxa"/>
            <w:vMerge/>
          </w:tcPr>
          <w:p w14:paraId="22166784" w14:textId="77777777" w:rsidR="00B029C9" w:rsidRPr="001E6943" w:rsidRDefault="00B029C9" w:rsidP="002F0FF9">
            <w:pPr>
              <w:pStyle w:val="06TEKSTWACIWY"/>
            </w:pPr>
          </w:p>
        </w:tc>
        <w:tc>
          <w:tcPr>
            <w:tcW w:w="5386" w:type="dxa"/>
            <w:vAlign w:val="center"/>
          </w:tcPr>
          <w:p w14:paraId="508DF9E9" w14:textId="51290621" w:rsidR="00B029C9" w:rsidRPr="00E73809" w:rsidRDefault="00EC44D1" w:rsidP="002F0FF9">
            <w:pPr>
              <w:pStyle w:val="06TEKSTWACIWY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Prezentuje własne pomysły współpracownikom</w:t>
            </w:r>
          </w:p>
        </w:tc>
        <w:tc>
          <w:tcPr>
            <w:tcW w:w="567" w:type="dxa"/>
            <w:vAlign w:val="center"/>
          </w:tcPr>
          <w:p w14:paraId="71B93A01" w14:textId="77777777" w:rsidR="00B029C9" w:rsidRPr="001E6943" w:rsidRDefault="00B029C9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69F33AD0" w14:textId="77777777" w:rsidR="00B029C9" w:rsidRPr="001E6943" w:rsidRDefault="00B029C9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3324208B" w14:textId="77777777" w:rsidR="00B029C9" w:rsidRPr="001E6943" w:rsidRDefault="00B029C9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0C014C51" w14:textId="77777777" w:rsidR="00B029C9" w:rsidRPr="001E6943" w:rsidRDefault="00B029C9" w:rsidP="002F0FF9">
            <w:pPr>
              <w:pStyle w:val="06TEKSTWACIWY"/>
              <w:jc w:val="center"/>
            </w:pPr>
          </w:p>
        </w:tc>
      </w:tr>
      <w:tr w:rsidR="00B029C9" w:rsidRPr="007124D2" w14:paraId="290F5BF8" w14:textId="77777777" w:rsidTr="002F0FF9">
        <w:trPr>
          <w:jc w:val="center"/>
        </w:trPr>
        <w:tc>
          <w:tcPr>
            <w:tcW w:w="988" w:type="dxa"/>
            <w:vMerge/>
          </w:tcPr>
          <w:p w14:paraId="386D615A" w14:textId="77777777" w:rsidR="00B029C9" w:rsidRPr="001E6943" w:rsidRDefault="00B029C9" w:rsidP="002F0FF9">
            <w:pPr>
              <w:pStyle w:val="06TEKSTWACIWY"/>
            </w:pPr>
          </w:p>
        </w:tc>
        <w:tc>
          <w:tcPr>
            <w:tcW w:w="5386" w:type="dxa"/>
            <w:vAlign w:val="center"/>
          </w:tcPr>
          <w:p w14:paraId="573C7DCE" w14:textId="3E0A555D" w:rsidR="00B029C9" w:rsidRPr="00E73809" w:rsidRDefault="00EC44D1" w:rsidP="002F0FF9">
            <w:pPr>
              <w:pStyle w:val="06TEKSTWACIWY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Wyraża swoje opinie w dyskusji ze współpracownikami i potrafi do</w:t>
            </w:r>
            <w:r>
              <w:rPr>
                <w:sz w:val="18"/>
                <w:szCs w:val="18"/>
              </w:rPr>
              <w:br/>
              <w:t>nich przekonywać rozmówców</w:t>
            </w:r>
          </w:p>
        </w:tc>
        <w:tc>
          <w:tcPr>
            <w:tcW w:w="567" w:type="dxa"/>
            <w:vAlign w:val="center"/>
          </w:tcPr>
          <w:p w14:paraId="46B325F2" w14:textId="77777777" w:rsidR="00B029C9" w:rsidRPr="001E6943" w:rsidRDefault="00B029C9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61C39425" w14:textId="77777777" w:rsidR="00B029C9" w:rsidRPr="001E6943" w:rsidRDefault="00B029C9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27174A7A" w14:textId="77777777" w:rsidR="00B029C9" w:rsidRPr="001E6943" w:rsidRDefault="00B029C9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4390E789" w14:textId="77777777" w:rsidR="00B029C9" w:rsidRPr="001E6943" w:rsidRDefault="00B029C9" w:rsidP="002F0FF9">
            <w:pPr>
              <w:pStyle w:val="06TEKSTWACIWY"/>
              <w:jc w:val="center"/>
            </w:pPr>
          </w:p>
        </w:tc>
      </w:tr>
      <w:tr w:rsidR="00B029C9" w:rsidRPr="007124D2" w14:paraId="56631370" w14:textId="77777777" w:rsidTr="002F0FF9">
        <w:trPr>
          <w:jc w:val="center"/>
        </w:trPr>
        <w:tc>
          <w:tcPr>
            <w:tcW w:w="988" w:type="dxa"/>
            <w:vMerge/>
          </w:tcPr>
          <w:p w14:paraId="4D4813D5" w14:textId="77777777" w:rsidR="00B029C9" w:rsidRPr="001E6943" w:rsidRDefault="00B029C9" w:rsidP="002F0FF9">
            <w:pPr>
              <w:pStyle w:val="06TEKSTWACIWY"/>
            </w:pPr>
          </w:p>
        </w:tc>
        <w:tc>
          <w:tcPr>
            <w:tcW w:w="5386" w:type="dxa"/>
            <w:vAlign w:val="center"/>
          </w:tcPr>
          <w:p w14:paraId="612DAAF1" w14:textId="231B260B" w:rsidR="00B029C9" w:rsidRPr="00E73809" w:rsidRDefault="00CE3D1B" w:rsidP="002F0FF9">
            <w:pPr>
              <w:pStyle w:val="06TEKSTWACIWY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 praktyczną wiedzę z zakresu kierunku studiów pozwalającą na</w:t>
            </w:r>
            <w:r>
              <w:rPr>
                <w:sz w:val="18"/>
                <w:szCs w:val="18"/>
              </w:rPr>
              <w:br/>
              <w:t>samodzielne wykonywanie różnorodnych obowiązków</w:t>
            </w:r>
          </w:p>
        </w:tc>
        <w:tc>
          <w:tcPr>
            <w:tcW w:w="567" w:type="dxa"/>
            <w:vAlign w:val="center"/>
          </w:tcPr>
          <w:p w14:paraId="3003D437" w14:textId="77777777" w:rsidR="00B029C9" w:rsidRPr="001E6943" w:rsidRDefault="00B029C9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1DF114B4" w14:textId="77777777" w:rsidR="00B029C9" w:rsidRPr="001E6943" w:rsidRDefault="00B029C9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44B4053F" w14:textId="77777777" w:rsidR="00B029C9" w:rsidRPr="001E6943" w:rsidRDefault="00B029C9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493A2325" w14:textId="77777777" w:rsidR="00B029C9" w:rsidRPr="001E6943" w:rsidRDefault="00B029C9" w:rsidP="002F0FF9">
            <w:pPr>
              <w:pStyle w:val="06TEKSTWACIWY"/>
              <w:jc w:val="center"/>
            </w:pPr>
          </w:p>
        </w:tc>
      </w:tr>
      <w:tr w:rsidR="00B029C9" w:rsidRPr="007124D2" w14:paraId="5702FED2" w14:textId="77777777" w:rsidTr="002F0FF9">
        <w:trPr>
          <w:jc w:val="center"/>
        </w:trPr>
        <w:tc>
          <w:tcPr>
            <w:tcW w:w="988" w:type="dxa"/>
            <w:vMerge/>
          </w:tcPr>
          <w:p w14:paraId="31ED9717" w14:textId="77777777" w:rsidR="00B029C9" w:rsidRPr="001E6943" w:rsidRDefault="00B029C9" w:rsidP="002F0FF9">
            <w:pPr>
              <w:pStyle w:val="06TEKSTWACIWY"/>
            </w:pPr>
          </w:p>
        </w:tc>
        <w:tc>
          <w:tcPr>
            <w:tcW w:w="5386" w:type="dxa"/>
            <w:vAlign w:val="center"/>
          </w:tcPr>
          <w:p w14:paraId="02CA1A50" w14:textId="01D0638B" w:rsidR="00B029C9" w:rsidRPr="00E73809" w:rsidRDefault="00CE3D1B" w:rsidP="002F0FF9">
            <w:pPr>
              <w:pStyle w:val="06TEKSTWACIWY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 zaangażowaniem doskonali swoje kwalifikacje zawodowe</w:t>
            </w:r>
          </w:p>
        </w:tc>
        <w:tc>
          <w:tcPr>
            <w:tcW w:w="567" w:type="dxa"/>
            <w:vAlign w:val="center"/>
          </w:tcPr>
          <w:p w14:paraId="1E601115" w14:textId="77777777" w:rsidR="00B029C9" w:rsidRPr="001E6943" w:rsidRDefault="00B029C9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667C17F0" w14:textId="77777777" w:rsidR="00B029C9" w:rsidRPr="001E6943" w:rsidRDefault="00B029C9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41AF43B4" w14:textId="77777777" w:rsidR="00B029C9" w:rsidRPr="001E6943" w:rsidRDefault="00B029C9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7BC53158" w14:textId="77777777" w:rsidR="00B029C9" w:rsidRPr="001E6943" w:rsidRDefault="00B029C9" w:rsidP="002F0FF9">
            <w:pPr>
              <w:pStyle w:val="06TEKSTWACIWY"/>
              <w:jc w:val="center"/>
            </w:pPr>
          </w:p>
        </w:tc>
      </w:tr>
      <w:tr w:rsidR="00B029C9" w:rsidRPr="007124D2" w14:paraId="79BD227A" w14:textId="77777777" w:rsidTr="002F0FF9">
        <w:trPr>
          <w:jc w:val="center"/>
        </w:trPr>
        <w:tc>
          <w:tcPr>
            <w:tcW w:w="988" w:type="dxa"/>
            <w:vMerge/>
          </w:tcPr>
          <w:p w14:paraId="28F68FE3" w14:textId="77777777" w:rsidR="00B029C9" w:rsidRPr="001E6943" w:rsidRDefault="00B029C9" w:rsidP="002F0FF9">
            <w:pPr>
              <w:pStyle w:val="06TEKSTWACIWY"/>
            </w:pPr>
          </w:p>
        </w:tc>
        <w:tc>
          <w:tcPr>
            <w:tcW w:w="5386" w:type="dxa"/>
            <w:vAlign w:val="center"/>
          </w:tcPr>
          <w:p w14:paraId="15FAC9E4" w14:textId="10E4BB16" w:rsidR="00B029C9" w:rsidRPr="00E73809" w:rsidRDefault="00CE3D1B" w:rsidP="002F0FF9">
            <w:pPr>
              <w:pStyle w:val="06TEKSTWACIWY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Jest kreatywny w podejmowanych działaniach</w:t>
            </w:r>
          </w:p>
        </w:tc>
        <w:tc>
          <w:tcPr>
            <w:tcW w:w="567" w:type="dxa"/>
            <w:vAlign w:val="center"/>
          </w:tcPr>
          <w:p w14:paraId="511FDBCF" w14:textId="77777777" w:rsidR="00B029C9" w:rsidRPr="001E6943" w:rsidRDefault="00B029C9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4E4085F1" w14:textId="77777777" w:rsidR="00B029C9" w:rsidRPr="001E6943" w:rsidRDefault="00B029C9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1C5F3E0D" w14:textId="77777777" w:rsidR="00B029C9" w:rsidRPr="001E6943" w:rsidRDefault="00B029C9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0CDC47DA" w14:textId="77777777" w:rsidR="00B029C9" w:rsidRPr="001E6943" w:rsidRDefault="00B029C9" w:rsidP="002F0FF9">
            <w:pPr>
              <w:pStyle w:val="06TEKSTWACIWY"/>
              <w:jc w:val="center"/>
            </w:pPr>
          </w:p>
        </w:tc>
      </w:tr>
    </w:tbl>
    <w:p w14:paraId="67E08992" w14:textId="77777777" w:rsidR="00B029C9" w:rsidRPr="001E6943" w:rsidRDefault="00B029C9" w:rsidP="00B029C9">
      <w:pPr>
        <w:pStyle w:val="06TEKSTWACIWY"/>
        <w:tabs>
          <w:tab w:val="left" w:pos="567"/>
          <w:tab w:val="right" w:leader="dot" w:pos="3402"/>
          <w:tab w:val="left" w:pos="6005"/>
          <w:tab w:val="right" w:leader="dot" w:pos="8833"/>
        </w:tabs>
        <w:spacing w:before="600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995136" behindDoc="0" locked="0" layoutInCell="1" allowOverlap="1" wp14:anchorId="2206F9BB" wp14:editId="00A74D0F">
                <wp:simplePos x="0" y="0"/>
                <wp:positionH relativeFrom="margin">
                  <wp:posOffset>396910</wp:posOffset>
                </wp:positionH>
                <wp:positionV relativeFrom="paragraph">
                  <wp:posOffset>351692</wp:posOffset>
                </wp:positionV>
                <wp:extent cx="1733340" cy="154904"/>
                <wp:effectExtent l="0" t="0" r="0" b="0"/>
                <wp:wrapNone/>
                <wp:docPr id="347359445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3340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5A6434" w14:textId="77777777" w:rsidR="00B029C9" w:rsidRPr="00D40140" w:rsidRDefault="00B029C9" w:rsidP="00B029C9">
                            <w:pPr>
                              <w:pStyle w:val="06TEKSTWACIWY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06F9BB" id="_x0000_s1137" type="#_x0000_t202" style="position:absolute;left:0;text-align:left;margin-left:31.25pt;margin-top:27.7pt;width:136.5pt;height:12.2pt;z-index:251995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" filled="f" stroked="f" strokeweight=".5pt">
                <v:textbox inset=".1mm,.1mm,.1mm,.1mm">
                  <w:txbxContent>
                    <w:p w14:paraId="2B5A6434" w14:textId="77777777" w:rsidR="00B029C9" w:rsidRPr="00D40140" w:rsidRDefault="00B029C9" w:rsidP="00B029C9">
                      <w:pPr>
                        <w:pStyle w:val="06TEKSTWACIWY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tab/>
      </w:r>
      <w:r w:rsidRPr="001E6943">
        <w:tab/>
      </w:r>
      <w:r w:rsidRPr="001E6943">
        <w:tab/>
      </w:r>
      <w:r w:rsidRPr="001E6943">
        <w:tab/>
      </w:r>
    </w:p>
    <w:p w14:paraId="5077D3C7" w14:textId="53DF111F" w:rsidR="00D76B46" w:rsidRDefault="00B029C9" w:rsidP="007124D2">
      <w:pPr>
        <w:pStyle w:val="06TEKSTWACIWY"/>
        <w:tabs>
          <w:tab w:val="center" w:pos="2002"/>
          <w:tab w:val="center" w:pos="7433"/>
        </w:tabs>
      </w:pPr>
      <w:r w:rsidRPr="001E6943">
        <w:rPr>
          <w:sz w:val="18"/>
          <w:szCs w:val="18"/>
        </w:rPr>
        <w:tab/>
      </w:r>
      <w:r>
        <w:rPr>
          <w:sz w:val="18"/>
          <w:szCs w:val="18"/>
        </w:rPr>
        <w:t>Miejscowość i data</w:t>
      </w:r>
      <w:r w:rsidRPr="001E6943">
        <w:rPr>
          <w:sz w:val="18"/>
          <w:szCs w:val="18"/>
        </w:rPr>
        <w:tab/>
        <w:t xml:space="preserve">Podpis </w:t>
      </w:r>
      <w:r>
        <w:rPr>
          <w:sz w:val="18"/>
          <w:szCs w:val="18"/>
        </w:rPr>
        <w:t xml:space="preserve">opiekuna praktyk </w:t>
      </w:r>
      <w:r w:rsidRPr="001E6943">
        <w:rPr>
          <w:sz w:val="18"/>
          <w:szCs w:val="18"/>
        </w:rPr>
        <w:t xml:space="preserve">i pieczęć </w:t>
      </w:r>
      <w:r>
        <w:rPr>
          <w:sz w:val="18"/>
          <w:szCs w:val="18"/>
        </w:rPr>
        <w:t>instytucji</w:t>
      </w:r>
    </w:p>
    <w:sectPr w:rsidR="00D76B46" w:rsidSect="007124D2">
      <w:headerReference w:type="default" r:id="rId20"/>
      <w:footerReference w:type="default" r:id="rId21"/>
      <w:pgSz w:w="12240" w:h="15840"/>
      <w:pgMar w:top="1417" w:right="1417" w:bottom="1417" w:left="141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EDDE8B8" w14:textId="77777777" w:rsidR="00DF3D5D" w:rsidRDefault="00DF3D5D" w:rsidP="00132E6F">
      <w:pPr>
        <w:spacing w:after="0" w:line="240" w:lineRule="auto"/>
      </w:pPr>
      <w:r>
        <w:separator/>
      </w:r>
    </w:p>
  </w:endnote>
  <w:endnote w:type="continuationSeparator" w:id="0">
    <w:p w14:paraId="73A61532" w14:textId="77777777" w:rsidR="00DF3D5D" w:rsidRDefault="00DF3D5D" w:rsidP="00132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7E482F" w14:textId="57818AA1" w:rsidR="00132E6F" w:rsidRDefault="00411799">
    <w:pPr>
      <w:pStyle w:val="Stopka"/>
      <w:rPr>
        <w:sz w:val="11"/>
        <w:szCs w:val="11"/>
        <w:lang w:val="pl-PL"/>
      </w:rPr>
    </w:pPr>
    <w:r w:rsidRPr="00411799">
      <w:rPr>
        <w:sz w:val="11"/>
        <w:szCs w:val="11"/>
        <w:lang w:val="pl-PL"/>
      </w:rPr>
      <w:t xml:space="preserve">ul. </w:t>
    </w:r>
    <w:proofErr w:type="spellStart"/>
    <w:r w:rsidRPr="00411799">
      <w:rPr>
        <w:sz w:val="11"/>
        <w:szCs w:val="11"/>
        <w:lang w:val="pl-PL"/>
      </w:rPr>
      <w:t>Dewajtis</w:t>
    </w:r>
    <w:proofErr w:type="spellEnd"/>
    <w:r w:rsidRPr="00411799">
      <w:rPr>
        <w:sz w:val="11"/>
        <w:szCs w:val="11"/>
        <w:lang w:val="pl-PL"/>
      </w:rPr>
      <w:t xml:space="preserve"> 5, 01-815 Warszawa</w:t>
    </w:r>
    <w:r w:rsidRPr="00411799">
      <w:rPr>
        <w:sz w:val="11"/>
        <w:szCs w:val="11"/>
        <w:lang w:val="pl-PL"/>
      </w:rPr>
      <w:tab/>
      <w:t>NIP: 525-00-12-946</w:t>
    </w:r>
    <w:r w:rsidRPr="00411799">
      <w:rPr>
        <w:sz w:val="11"/>
        <w:szCs w:val="11"/>
        <w:lang w:val="pl-PL"/>
      </w:rPr>
      <w:tab/>
      <w:t>www.uksw.edu.pl</w:t>
    </w:r>
  </w:p>
  <w:p w14:paraId="2D61A681" w14:textId="0CA01303" w:rsidR="00411799" w:rsidRPr="00411799" w:rsidRDefault="00411799">
    <w:pPr>
      <w:pStyle w:val="Stopka"/>
      <w:rPr>
        <w:sz w:val="11"/>
        <w:szCs w:val="11"/>
        <w:lang w:val="pl-PL"/>
      </w:rPr>
    </w:pPr>
    <w:r>
      <w:rPr>
        <w:sz w:val="11"/>
        <w:szCs w:val="11"/>
        <w:lang w:val="pl-PL"/>
      </w:rPr>
      <w:t>tel. centrala: +48 22 561 88 52</w:t>
    </w:r>
    <w:r>
      <w:rPr>
        <w:sz w:val="11"/>
        <w:szCs w:val="11"/>
        <w:lang w:val="pl-PL"/>
      </w:rPr>
      <w:tab/>
      <w:t>REGON: 000001956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AC0385B" w14:textId="77777777" w:rsidR="00F12053" w:rsidRDefault="00F1205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0CE5F3" w14:textId="77777777" w:rsidR="006252E6" w:rsidRDefault="006252E6">
    <w:pPr>
      <w:pStyle w:val="Stopka"/>
      <w:rPr>
        <w:sz w:val="11"/>
        <w:szCs w:val="11"/>
        <w:lang w:val="pl-PL"/>
      </w:rPr>
    </w:pPr>
    <w:r w:rsidRPr="00411799">
      <w:rPr>
        <w:sz w:val="11"/>
        <w:szCs w:val="11"/>
        <w:lang w:val="pl-PL"/>
      </w:rPr>
      <w:t xml:space="preserve">ul. </w:t>
    </w:r>
    <w:proofErr w:type="spellStart"/>
    <w:r w:rsidRPr="00411799">
      <w:rPr>
        <w:sz w:val="11"/>
        <w:szCs w:val="11"/>
        <w:lang w:val="pl-PL"/>
      </w:rPr>
      <w:t>Dewajtis</w:t>
    </w:r>
    <w:proofErr w:type="spellEnd"/>
    <w:r w:rsidRPr="00411799">
      <w:rPr>
        <w:sz w:val="11"/>
        <w:szCs w:val="11"/>
        <w:lang w:val="pl-PL"/>
      </w:rPr>
      <w:t xml:space="preserve"> 5, 01-815 Warszawa</w:t>
    </w:r>
    <w:r w:rsidRPr="00411799">
      <w:rPr>
        <w:sz w:val="11"/>
        <w:szCs w:val="11"/>
        <w:lang w:val="pl-PL"/>
      </w:rPr>
      <w:tab/>
      <w:t>NIP: 525-00-12-946</w:t>
    </w:r>
    <w:r w:rsidRPr="00411799">
      <w:rPr>
        <w:sz w:val="11"/>
        <w:szCs w:val="11"/>
        <w:lang w:val="pl-PL"/>
      </w:rPr>
      <w:tab/>
      <w:t>www.uksw.edu.pl</w:t>
    </w:r>
  </w:p>
  <w:p w14:paraId="5CDE927D" w14:textId="77777777" w:rsidR="006252E6" w:rsidRPr="00411799" w:rsidRDefault="006252E6">
    <w:pPr>
      <w:pStyle w:val="Stopka"/>
      <w:rPr>
        <w:sz w:val="11"/>
        <w:szCs w:val="11"/>
        <w:lang w:val="pl-PL"/>
      </w:rPr>
    </w:pPr>
    <w:r>
      <w:rPr>
        <w:sz w:val="11"/>
        <w:szCs w:val="11"/>
        <w:lang w:val="pl-PL"/>
      </w:rPr>
      <w:t>tel. centrala: +48 22 561 88 52</w:t>
    </w:r>
    <w:r>
      <w:rPr>
        <w:sz w:val="11"/>
        <w:szCs w:val="11"/>
        <w:lang w:val="pl-PL"/>
      </w:rPr>
      <w:tab/>
      <w:t>REGON: 000001956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68E9B3" w14:textId="77777777" w:rsidR="006252E6" w:rsidRDefault="006252E6">
    <w:pPr>
      <w:pStyle w:val="Stopka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6994E0" w14:textId="77777777" w:rsidR="006252E6" w:rsidRDefault="006252E6">
    <w:pPr>
      <w:pStyle w:val="Stopka"/>
      <w:rPr>
        <w:sz w:val="11"/>
        <w:szCs w:val="11"/>
        <w:lang w:val="pl-PL"/>
      </w:rPr>
    </w:pPr>
    <w:r w:rsidRPr="00411799">
      <w:rPr>
        <w:sz w:val="11"/>
        <w:szCs w:val="11"/>
        <w:lang w:val="pl-PL"/>
      </w:rPr>
      <w:t xml:space="preserve">ul. </w:t>
    </w:r>
    <w:proofErr w:type="spellStart"/>
    <w:r w:rsidRPr="00411799">
      <w:rPr>
        <w:sz w:val="11"/>
        <w:szCs w:val="11"/>
        <w:lang w:val="pl-PL"/>
      </w:rPr>
      <w:t>Dewajtis</w:t>
    </w:r>
    <w:proofErr w:type="spellEnd"/>
    <w:r w:rsidRPr="00411799">
      <w:rPr>
        <w:sz w:val="11"/>
        <w:szCs w:val="11"/>
        <w:lang w:val="pl-PL"/>
      </w:rPr>
      <w:t xml:space="preserve"> 5, 01-815 Warszawa</w:t>
    </w:r>
    <w:r w:rsidRPr="00411799">
      <w:rPr>
        <w:sz w:val="11"/>
        <w:szCs w:val="11"/>
        <w:lang w:val="pl-PL"/>
      </w:rPr>
      <w:tab/>
      <w:t>NIP: 525-00-12-946</w:t>
    </w:r>
    <w:r w:rsidRPr="00411799">
      <w:rPr>
        <w:sz w:val="11"/>
        <w:szCs w:val="11"/>
        <w:lang w:val="pl-PL"/>
      </w:rPr>
      <w:tab/>
      <w:t>www.uksw.edu.pl</w:t>
    </w:r>
  </w:p>
  <w:p w14:paraId="7B814A09" w14:textId="77777777" w:rsidR="006252E6" w:rsidRPr="00411799" w:rsidRDefault="006252E6">
    <w:pPr>
      <w:pStyle w:val="Stopka"/>
      <w:rPr>
        <w:sz w:val="11"/>
        <w:szCs w:val="11"/>
        <w:lang w:val="pl-PL"/>
      </w:rPr>
    </w:pPr>
    <w:r>
      <w:rPr>
        <w:sz w:val="11"/>
        <w:szCs w:val="11"/>
        <w:lang w:val="pl-PL"/>
      </w:rPr>
      <w:t>tel. centrala: +48 22 561 88 52</w:t>
    </w:r>
    <w:r>
      <w:rPr>
        <w:sz w:val="11"/>
        <w:szCs w:val="11"/>
        <w:lang w:val="pl-PL"/>
      </w:rPr>
      <w:tab/>
      <w:t>REGON: 000001956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E02E8F" w14:textId="77777777" w:rsidR="006252E6" w:rsidRDefault="006252E6">
    <w:pPr>
      <w:pStyle w:val="Stopka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BECF76" w14:textId="77777777" w:rsidR="00132E6F" w:rsidRDefault="00132E6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301845D" w14:textId="77777777" w:rsidR="00DF3D5D" w:rsidRDefault="00DF3D5D" w:rsidP="00132E6F">
      <w:pPr>
        <w:spacing w:after="0" w:line="240" w:lineRule="auto"/>
      </w:pPr>
      <w:r>
        <w:separator/>
      </w:r>
    </w:p>
  </w:footnote>
  <w:footnote w:type="continuationSeparator" w:id="0">
    <w:p w14:paraId="34DBCEFA" w14:textId="77777777" w:rsidR="00DF3D5D" w:rsidRDefault="00DF3D5D" w:rsidP="00132E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1ABA64" w14:textId="77777777" w:rsidR="00132E6F" w:rsidRDefault="00132E6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023402" w14:textId="6B3EF869" w:rsidR="00F12053" w:rsidRPr="00F12053" w:rsidRDefault="00F12053" w:rsidP="00F1205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A34844" w14:textId="77777777" w:rsidR="006252E6" w:rsidRDefault="006252E6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B144E4" w14:textId="4073BD86" w:rsidR="00685D54" w:rsidRPr="00F12053" w:rsidRDefault="00685D54" w:rsidP="00F12053">
    <w:pPr>
      <w:pStyle w:val="Nagwek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37FCBB" w14:textId="77777777" w:rsidR="006252E6" w:rsidRDefault="006252E6">
    <w:pPr>
      <w:pStyle w:val="Nagwek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C650BEA" w14:textId="333AA588" w:rsidR="006252E6" w:rsidRPr="00F12053" w:rsidRDefault="006252E6" w:rsidP="00F12053">
    <w:pPr>
      <w:pStyle w:val="Nagwek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B738EC" w14:textId="77777777" w:rsidR="00132E6F" w:rsidRDefault="00132E6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E1E0BAE"/>
    <w:multiLevelType w:val="multilevel"/>
    <w:tmpl w:val="72186C1E"/>
    <w:lvl w:ilvl="0">
      <w:start w:val="1"/>
      <w:numFmt w:val="decimal"/>
      <w:pStyle w:val="07b-listaalfabetyczn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2FDC5A67"/>
    <w:multiLevelType w:val="multilevel"/>
    <w:tmpl w:val="D108D996"/>
    <w:lvl w:ilvl="0">
      <w:start w:val="1"/>
      <w:numFmt w:val="bullet"/>
      <w:pStyle w:val="07listawypunktowan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C90E11"/>
    <w:multiLevelType w:val="multilevel"/>
    <w:tmpl w:val="98BC121C"/>
    <w:lvl w:ilvl="0">
      <w:start w:val="1"/>
      <w:numFmt w:val="decimal"/>
      <w:pStyle w:val="08-listanumerowana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FB10772"/>
    <w:multiLevelType w:val="multilevel"/>
    <w:tmpl w:val="717C2E08"/>
    <w:lvl w:ilvl="0">
      <w:start w:val="1"/>
      <w:numFmt w:val="decimal"/>
      <w:pStyle w:val="07a-listanumerowana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5A850B5"/>
    <w:multiLevelType w:val="hybridMultilevel"/>
    <w:tmpl w:val="284EBC9A"/>
    <w:lvl w:ilvl="0" w:tplc="E2CC595C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9568FA"/>
    <w:multiLevelType w:val="multilevel"/>
    <w:tmpl w:val="2A045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6C941E2"/>
    <w:multiLevelType w:val="multilevel"/>
    <w:tmpl w:val="7590A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9010028">
    <w:abstractNumId w:val="8"/>
  </w:num>
  <w:num w:numId="2" w16cid:durableId="1413701948">
    <w:abstractNumId w:val="6"/>
  </w:num>
  <w:num w:numId="3" w16cid:durableId="473446926">
    <w:abstractNumId w:val="5"/>
  </w:num>
  <w:num w:numId="4" w16cid:durableId="1477186803">
    <w:abstractNumId w:val="4"/>
  </w:num>
  <w:num w:numId="5" w16cid:durableId="597719877">
    <w:abstractNumId w:val="7"/>
  </w:num>
  <w:num w:numId="6" w16cid:durableId="724448100">
    <w:abstractNumId w:val="3"/>
  </w:num>
  <w:num w:numId="7" w16cid:durableId="2052263251">
    <w:abstractNumId w:val="2"/>
  </w:num>
  <w:num w:numId="8" w16cid:durableId="886995076">
    <w:abstractNumId w:val="1"/>
  </w:num>
  <w:num w:numId="9" w16cid:durableId="1851335285">
    <w:abstractNumId w:val="0"/>
  </w:num>
  <w:num w:numId="10" w16cid:durableId="1558740377">
    <w:abstractNumId w:val="10"/>
  </w:num>
  <w:num w:numId="11" w16cid:durableId="512261236">
    <w:abstractNumId w:val="14"/>
  </w:num>
  <w:num w:numId="12" w16cid:durableId="388916352">
    <w:abstractNumId w:val="15"/>
  </w:num>
  <w:num w:numId="13" w16cid:durableId="1705908167">
    <w:abstractNumId w:val="12"/>
  </w:num>
  <w:num w:numId="14" w16cid:durableId="578907128">
    <w:abstractNumId w:val="13"/>
  </w:num>
  <w:num w:numId="15" w16cid:durableId="177472466">
    <w:abstractNumId w:val="11"/>
  </w:num>
  <w:num w:numId="16" w16cid:durableId="203561825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9823945">
    <w:abstractNumId w:val="9"/>
  </w:num>
  <w:num w:numId="18" w16cid:durableId="2342480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514382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037468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01319219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3512309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13655767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794667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9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45FD"/>
    <w:rsid w:val="00010FE3"/>
    <w:rsid w:val="000241B8"/>
    <w:rsid w:val="00024656"/>
    <w:rsid w:val="00034616"/>
    <w:rsid w:val="00051AB2"/>
    <w:rsid w:val="0006063C"/>
    <w:rsid w:val="0006096C"/>
    <w:rsid w:val="000625BC"/>
    <w:rsid w:val="0008021E"/>
    <w:rsid w:val="000850AF"/>
    <w:rsid w:val="000A03BF"/>
    <w:rsid w:val="000A547D"/>
    <w:rsid w:val="000A7057"/>
    <w:rsid w:val="000A7AF7"/>
    <w:rsid w:val="000B3865"/>
    <w:rsid w:val="000C14D2"/>
    <w:rsid w:val="000C1A5E"/>
    <w:rsid w:val="000C7C3C"/>
    <w:rsid w:val="000E1E1B"/>
    <w:rsid w:val="000E3028"/>
    <w:rsid w:val="000E3058"/>
    <w:rsid w:val="000E672E"/>
    <w:rsid w:val="000E70BE"/>
    <w:rsid w:val="001161B5"/>
    <w:rsid w:val="00123511"/>
    <w:rsid w:val="00127CE0"/>
    <w:rsid w:val="00132E6F"/>
    <w:rsid w:val="00137359"/>
    <w:rsid w:val="0015074B"/>
    <w:rsid w:val="00156F8F"/>
    <w:rsid w:val="00164A37"/>
    <w:rsid w:val="00166F38"/>
    <w:rsid w:val="00171CFC"/>
    <w:rsid w:val="001866C8"/>
    <w:rsid w:val="001D0AF3"/>
    <w:rsid w:val="001E6943"/>
    <w:rsid w:val="00213F86"/>
    <w:rsid w:val="00223B28"/>
    <w:rsid w:val="00226BC9"/>
    <w:rsid w:val="002428C9"/>
    <w:rsid w:val="002439E0"/>
    <w:rsid w:val="0024540A"/>
    <w:rsid w:val="0025026A"/>
    <w:rsid w:val="0026428F"/>
    <w:rsid w:val="00265FC1"/>
    <w:rsid w:val="00271202"/>
    <w:rsid w:val="002744DA"/>
    <w:rsid w:val="002869A7"/>
    <w:rsid w:val="00291218"/>
    <w:rsid w:val="0029275D"/>
    <w:rsid w:val="002962FC"/>
    <w:rsid w:val="0029639D"/>
    <w:rsid w:val="002A23AC"/>
    <w:rsid w:val="002B0D37"/>
    <w:rsid w:val="002B3704"/>
    <w:rsid w:val="002B43B2"/>
    <w:rsid w:val="002B63D9"/>
    <w:rsid w:val="002D345F"/>
    <w:rsid w:val="00300678"/>
    <w:rsid w:val="00302D27"/>
    <w:rsid w:val="00306C18"/>
    <w:rsid w:val="00326F90"/>
    <w:rsid w:val="00352E29"/>
    <w:rsid w:val="0037033D"/>
    <w:rsid w:val="003E4A43"/>
    <w:rsid w:val="003F07B3"/>
    <w:rsid w:val="00411799"/>
    <w:rsid w:val="0041262C"/>
    <w:rsid w:val="004176AB"/>
    <w:rsid w:val="00425B73"/>
    <w:rsid w:val="00432237"/>
    <w:rsid w:val="00443B07"/>
    <w:rsid w:val="00446961"/>
    <w:rsid w:val="00450C60"/>
    <w:rsid w:val="0045574A"/>
    <w:rsid w:val="00466F10"/>
    <w:rsid w:val="00483190"/>
    <w:rsid w:val="00487F63"/>
    <w:rsid w:val="00493893"/>
    <w:rsid w:val="004A09D1"/>
    <w:rsid w:val="004B4486"/>
    <w:rsid w:val="004E6E64"/>
    <w:rsid w:val="004F23D4"/>
    <w:rsid w:val="004F5AE6"/>
    <w:rsid w:val="005051B8"/>
    <w:rsid w:val="00520A95"/>
    <w:rsid w:val="0053732F"/>
    <w:rsid w:val="005422A0"/>
    <w:rsid w:val="00547302"/>
    <w:rsid w:val="005B61FF"/>
    <w:rsid w:val="005E40AC"/>
    <w:rsid w:val="005F1CD6"/>
    <w:rsid w:val="005F28D8"/>
    <w:rsid w:val="005F5F90"/>
    <w:rsid w:val="006252E6"/>
    <w:rsid w:val="006255A4"/>
    <w:rsid w:val="00626040"/>
    <w:rsid w:val="00632009"/>
    <w:rsid w:val="00647FA1"/>
    <w:rsid w:val="006601C1"/>
    <w:rsid w:val="00660758"/>
    <w:rsid w:val="00672D78"/>
    <w:rsid w:val="006749AD"/>
    <w:rsid w:val="00685D54"/>
    <w:rsid w:val="00693EFB"/>
    <w:rsid w:val="006A1DB3"/>
    <w:rsid w:val="006A2B52"/>
    <w:rsid w:val="006A31C6"/>
    <w:rsid w:val="006B5738"/>
    <w:rsid w:val="006B613A"/>
    <w:rsid w:val="006C49D7"/>
    <w:rsid w:val="006E6253"/>
    <w:rsid w:val="006E6E79"/>
    <w:rsid w:val="006F0ABE"/>
    <w:rsid w:val="007004A0"/>
    <w:rsid w:val="00704C1B"/>
    <w:rsid w:val="007124D2"/>
    <w:rsid w:val="00720556"/>
    <w:rsid w:val="00763D2C"/>
    <w:rsid w:val="0076474C"/>
    <w:rsid w:val="00775FB8"/>
    <w:rsid w:val="00777549"/>
    <w:rsid w:val="007921CE"/>
    <w:rsid w:val="00792954"/>
    <w:rsid w:val="007D36D1"/>
    <w:rsid w:val="007D4480"/>
    <w:rsid w:val="007D4B6F"/>
    <w:rsid w:val="008033A6"/>
    <w:rsid w:val="00806F7B"/>
    <w:rsid w:val="00824C4B"/>
    <w:rsid w:val="00824C57"/>
    <w:rsid w:val="0084709A"/>
    <w:rsid w:val="00847652"/>
    <w:rsid w:val="008854CA"/>
    <w:rsid w:val="008A7103"/>
    <w:rsid w:val="008C11ED"/>
    <w:rsid w:val="008F4E92"/>
    <w:rsid w:val="00904C7C"/>
    <w:rsid w:val="00906037"/>
    <w:rsid w:val="00911307"/>
    <w:rsid w:val="0091308F"/>
    <w:rsid w:val="00914EE2"/>
    <w:rsid w:val="00916FEA"/>
    <w:rsid w:val="00921D84"/>
    <w:rsid w:val="0093255B"/>
    <w:rsid w:val="009361E3"/>
    <w:rsid w:val="009361EC"/>
    <w:rsid w:val="0096302F"/>
    <w:rsid w:val="00973378"/>
    <w:rsid w:val="00992542"/>
    <w:rsid w:val="009935BB"/>
    <w:rsid w:val="009A2B5B"/>
    <w:rsid w:val="009D71F7"/>
    <w:rsid w:val="009F12E7"/>
    <w:rsid w:val="00A01893"/>
    <w:rsid w:val="00A12FEA"/>
    <w:rsid w:val="00A30530"/>
    <w:rsid w:val="00A45840"/>
    <w:rsid w:val="00A57FE4"/>
    <w:rsid w:val="00A61F26"/>
    <w:rsid w:val="00A65B6E"/>
    <w:rsid w:val="00A834BE"/>
    <w:rsid w:val="00A83532"/>
    <w:rsid w:val="00A86A76"/>
    <w:rsid w:val="00A9765F"/>
    <w:rsid w:val="00AA1D8D"/>
    <w:rsid w:val="00AA2E59"/>
    <w:rsid w:val="00AA3BE6"/>
    <w:rsid w:val="00AB43C9"/>
    <w:rsid w:val="00AF2CAB"/>
    <w:rsid w:val="00B029C9"/>
    <w:rsid w:val="00B066E6"/>
    <w:rsid w:val="00B0783F"/>
    <w:rsid w:val="00B20652"/>
    <w:rsid w:val="00B25369"/>
    <w:rsid w:val="00B321E8"/>
    <w:rsid w:val="00B37189"/>
    <w:rsid w:val="00B47730"/>
    <w:rsid w:val="00B54269"/>
    <w:rsid w:val="00B54DC1"/>
    <w:rsid w:val="00B6769D"/>
    <w:rsid w:val="00BD3569"/>
    <w:rsid w:val="00C13FC6"/>
    <w:rsid w:val="00C42AB5"/>
    <w:rsid w:val="00C510C4"/>
    <w:rsid w:val="00C5331D"/>
    <w:rsid w:val="00C55B08"/>
    <w:rsid w:val="00C81286"/>
    <w:rsid w:val="00C948AA"/>
    <w:rsid w:val="00C9739E"/>
    <w:rsid w:val="00CA0780"/>
    <w:rsid w:val="00CA5810"/>
    <w:rsid w:val="00CA6926"/>
    <w:rsid w:val="00CB0664"/>
    <w:rsid w:val="00CB5068"/>
    <w:rsid w:val="00CB7CBC"/>
    <w:rsid w:val="00CE3D1B"/>
    <w:rsid w:val="00CE618E"/>
    <w:rsid w:val="00D25D99"/>
    <w:rsid w:val="00D40140"/>
    <w:rsid w:val="00D61736"/>
    <w:rsid w:val="00D67016"/>
    <w:rsid w:val="00D76B46"/>
    <w:rsid w:val="00D77C71"/>
    <w:rsid w:val="00D93927"/>
    <w:rsid w:val="00D93EB0"/>
    <w:rsid w:val="00D944A3"/>
    <w:rsid w:val="00DA3F3D"/>
    <w:rsid w:val="00DC03A0"/>
    <w:rsid w:val="00DC09E5"/>
    <w:rsid w:val="00DE4714"/>
    <w:rsid w:val="00DF3D5D"/>
    <w:rsid w:val="00E10679"/>
    <w:rsid w:val="00E3788C"/>
    <w:rsid w:val="00E530C3"/>
    <w:rsid w:val="00E73809"/>
    <w:rsid w:val="00E80F5E"/>
    <w:rsid w:val="00EA624B"/>
    <w:rsid w:val="00EA6C6D"/>
    <w:rsid w:val="00EA7A07"/>
    <w:rsid w:val="00EC44D1"/>
    <w:rsid w:val="00ED7741"/>
    <w:rsid w:val="00EF3770"/>
    <w:rsid w:val="00EF3FBA"/>
    <w:rsid w:val="00F12053"/>
    <w:rsid w:val="00F14129"/>
    <w:rsid w:val="00F37E62"/>
    <w:rsid w:val="00F4004E"/>
    <w:rsid w:val="00F44857"/>
    <w:rsid w:val="00F57A52"/>
    <w:rsid w:val="00F722DD"/>
    <w:rsid w:val="00F72781"/>
    <w:rsid w:val="00F75315"/>
    <w:rsid w:val="00F75880"/>
    <w:rsid w:val="00F83721"/>
    <w:rsid w:val="00F8427C"/>
    <w:rsid w:val="00FA3E31"/>
    <w:rsid w:val="00FA5CAE"/>
    <w:rsid w:val="00FC2F46"/>
    <w:rsid w:val="00FC693F"/>
    <w:rsid w:val="00FD7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F49BED"/>
  <w14:defaultImageDpi w14:val="300"/>
  <w15:docId w15:val="{86C33F1D-7E18-D44A-8A43-99B8CD0BA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01tytugwnydokumentu">
    <w:name w:val="*01. tytuł główny dokumentu"/>
    <w:basedOn w:val="Normalny"/>
    <w:link w:val="01tytugwnydokumentuZnak"/>
    <w:qFormat/>
    <w:rsid w:val="00265FC1"/>
    <w:pPr>
      <w:keepNext/>
      <w:keepLines/>
      <w:spacing w:before="360" w:after="0" w:line="240" w:lineRule="auto"/>
      <w:jc w:val="center"/>
    </w:pPr>
    <w:rPr>
      <w:rFonts w:ascii="Times New Roman" w:eastAsiaTheme="minorHAnsi" w:hAnsi="Times New Roman" w:cs="Times New Roman"/>
      <w:b/>
      <w:bCs/>
      <w:caps/>
      <w:kern w:val="2"/>
      <w:sz w:val="36"/>
      <w:szCs w:val="28"/>
      <w:lang w:val="pl-PL"/>
      <w14:ligatures w14:val="standardContextual"/>
    </w:rPr>
  </w:style>
  <w:style w:type="character" w:customStyle="1" w:styleId="01tytugwnydokumentuZnak">
    <w:name w:val="*01. tytuł główny dokumentu Znak"/>
    <w:basedOn w:val="Domylnaczcionkaakapitu"/>
    <w:link w:val="01tytugwnydokumentu"/>
    <w:rsid w:val="00265FC1"/>
    <w:rPr>
      <w:rFonts w:ascii="Times New Roman" w:eastAsiaTheme="minorHAnsi" w:hAnsi="Times New Roman" w:cs="Times New Roman"/>
      <w:b/>
      <w:bCs/>
      <w:caps/>
      <w:kern w:val="2"/>
      <w:sz w:val="36"/>
      <w:szCs w:val="28"/>
      <w:lang w:val="pl-PL"/>
      <w14:ligatures w14:val="standardContextual"/>
    </w:rPr>
  </w:style>
  <w:style w:type="paragraph" w:customStyle="1" w:styleId="06TEKSTWACIWY">
    <w:name w:val="*06. TEKST WŁAŚCIWY"/>
    <w:basedOn w:val="Normalny"/>
    <w:link w:val="06TEKSTWACIWYZnak"/>
    <w:qFormat/>
    <w:rsid w:val="0076474C"/>
    <w:pPr>
      <w:spacing w:after="0" w:line="240" w:lineRule="auto"/>
      <w:jc w:val="both"/>
    </w:pPr>
    <w:rPr>
      <w:rFonts w:ascii="Times New Roman" w:eastAsiaTheme="minorHAnsi" w:hAnsi="Times New Roman" w:cs="Times New Roman"/>
      <w:kern w:val="2"/>
      <w:sz w:val="24"/>
      <w:szCs w:val="24"/>
      <w:lang w:val="pl-PL"/>
      <w14:ligatures w14:val="standardContextual"/>
    </w:rPr>
  </w:style>
  <w:style w:type="character" w:customStyle="1" w:styleId="06TEKSTWACIWYZnak">
    <w:name w:val="*06. TEKST WŁAŚCIWY Znak"/>
    <w:basedOn w:val="Domylnaczcionkaakapitu"/>
    <w:link w:val="06TEKSTWACIWY"/>
    <w:rsid w:val="0076474C"/>
    <w:rPr>
      <w:rFonts w:ascii="Times New Roman" w:eastAsiaTheme="minorHAnsi" w:hAnsi="Times New Roman" w:cs="Times New Roman"/>
      <w:kern w:val="2"/>
      <w:sz w:val="24"/>
      <w:szCs w:val="24"/>
      <w:lang w:val="pl-PL"/>
      <w14:ligatures w14:val="standardContextual"/>
    </w:rPr>
  </w:style>
  <w:style w:type="paragraph" w:customStyle="1" w:styleId="02podtytudokumentu">
    <w:name w:val="*02. podtytuł dokumentu"/>
    <w:basedOn w:val="Normalny"/>
    <w:link w:val="02podtytudokumentuZnak"/>
    <w:qFormat/>
    <w:rsid w:val="00265FC1"/>
    <w:pPr>
      <w:keepNext/>
      <w:keepLines/>
      <w:spacing w:before="60" w:after="600" w:line="240" w:lineRule="auto"/>
      <w:jc w:val="center"/>
    </w:pPr>
    <w:rPr>
      <w:rFonts w:ascii="Times New Roman" w:eastAsiaTheme="minorHAnsi" w:hAnsi="Times New Roman" w:cs="Times New Roman"/>
      <w:b/>
      <w:bCs/>
      <w:kern w:val="2"/>
      <w:sz w:val="32"/>
      <w:szCs w:val="24"/>
      <w:lang w:val="pl-PL"/>
      <w14:ligatures w14:val="standardContextual"/>
    </w:rPr>
  </w:style>
  <w:style w:type="character" w:customStyle="1" w:styleId="02podtytudokumentuZnak">
    <w:name w:val="*02. podtytuł dokumentu Znak"/>
    <w:basedOn w:val="Domylnaczcionkaakapitu"/>
    <w:link w:val="02podtytudokumentu"/>
    <w:rsid w:val="00265FC1"/>
    <w:rPr>
      <w:rFonts w:ascii="Times New Roman" w:eastAsiaTheme="minorHAnsi" w:hAnsi="Times New Roman" w:cs="Times New Roman"/>
      <w:b/>
      <w:bCs/>
      <w:kern w:val="2"/>
      <w:sz w:val="32"/>
      <w:szCs w:val="24"/>
      <w:lang w:val="pl-PL"/>
      <w14:ligatures w14:val="standardContextual"/>
    </w:rPr>
  </w:style>
  <w:style w:type="paragraph" w:customStyle="1" w:styleId="10podpis">
    <w:name w:val="*10. podpis"/>
    <w:basedOn w:val="Normalny"/>
    <w:link w:val="10podpisZnak"/>
    <w:qFormat/>
    <w:rsid w:val="00265FC1"/>
    <w:pPr>
      <w:keepNext/>
      <w:keepLines/>
      <w:tabs>
        <w:tab w:val="center" w:pos="6804"/>
      </w:tabs>
      <w:spacing w:before="720" w:after="0" w:line="240" w:lineRule="auto"/>
    </w:pPr>
    <w:rPr>
      <w:rFonts w:ascii="Times New Roman" w:eastAsiaTheme="minorHAnsi" w:hAnsi="Times New Roman" w:cs="Times New Roman"/>
      <w:i/>
      <w:iCs/>
      <w:kern w:val="2"/>
      <w:sz w:val="24"/>
      <w:szCs w:val="24"/>
      <w:lang w:val="pl-PL"/>
      <w14:ligatures w14:val="standardContextual"/>
    </w:rPr>
  </w:style>
  <w:style w:type="character" w:customStyle="1" w:styleId="10podpisZnak">
    <w:name w:val="*10. podpis Znak"/>
    <w:basedOn w:val="Domylnaczcionkaakapitu"/>
    <w:link w:val="10podpis"/>
    <w:rsid w:val="00265FC1"/>
    <w:rPr>
      <w:rFonts w:ascii="Times New Roman" w:eastAsiaTheme="minorHAnsi" w:hAnsi="Times New Roman" w:cs="Times New Roman"/>
      <w:i/>
      <w:iCs/>
      <w:kern w:val="2"/>
      <w:sz w:val="24"/>
      <w:szCs w:val="24"/>
      <w:lang w:val="pl-PL"/>
      <w14:ligatures w14:val="standardContextual"/>
    </w:rPr>
  </w:style>
  <w:style w:type="paragraph" w:customStyle="1" w:styleId="03nagwekgwnywdokumencie">
    <w:name w:val="*03. nagłówek główny w dokumencie"/>
    <w:basedOn w:val="Normalny"/>
    <w:link w:val="03nagwekgwnywdokumencieZnak"/>
    <w:qFormat/>
    <w:rsid w:val="00265FC1"/>
    <w:pPr>
      <w:keepNext/>
      <w:keepLines/>
      <w:spacing w:before="360" w:after="240" w:line="240" w:lineRule="auto"/>
      <w:jc w:val="center"/>
    </w:pPr>
    <w:rPr>
      <w:rFonts w:ascii="Times New Roman" w:eastAsiaTheme="minorHAnsi" w:hAnsi="Times New Roman" w:cs="Times New Roman"/>
      <w:b/>
      <w:bCs/>
      <w:kern w:val="2"/>
      <w:sz w:val="32"/>
      <w:szCs w:val="28"/>
      <w:lang w:val="pl-PL"/>
      <w14:ligatures w14:val="standardContextual"/>
    </w:rPr>
  </w:style>
  <w:style w:type="character" w:customStyle="1" w:styleId="03nagwekgwnywdokumencieZnak">
    <w:name w:val="*03. nagłówek główny w dokumencie Znak"/>
    <w:basedOn w:val="Domylnaczcionkaakapitu"/>
    <w:link w:val="03nagwekgwnywdokumencie"/>
    <w:rsid w:val="00265FC1"/>
    <w:rPr>
      <w:rFonts w:ascii="Times New Roman" w:eastAsiaTheme="minorHAnsi" w:hAnsi="Times New Roman" w:cs="Times New Roman"/>
      <w:b/>
      <w:bCs/>
      <w:kern w:val="2"/>
      <w:sz w:val="32"/>
      <w:szCs w:val="28"/>
      <w:lang w:val="pl-PL"/>
      <w14:ligatures w14:val="standardContextual"/>
    </w:rPr>
  </w:style>
  <w:style w:type="paragraph" w:customStyle="1" w:styleId="09tabela-tekst">
    <w:name w:val="*09 tabela - tekst"/>
    <w:basedOn w:val="08tabel-nagwek"/>
    <w:link w:val="09tabela-tekstZnak"/>
    <w:qFormat/>
    <w:rsid w:val="00265FC1"/>
    <w:pPr>
      <w:jc w:val="left"/>
    </w:pPr>
    <w:rPr>
      <w:b w:val="0"/>
      <w:bCs w:val="0"/>
      <w:sz w:val="24"/>
      <w:szCs w:val="24"/>
    </w:rPr>
  </w:style>
  <w:style w:type="paragraph" w:customStyle="1" w:styleId="07listawypunktowana">
    <w:name w:val="*07. lista wypunktowana"/>
    <w:basedOn w:val="Normalny"/>
    <w:link w:val="07listawypunktowanaZnak"/>
    <w:qFormat/>
    <w:rsid w:val="00265FC1"/>
    <w:pPr>
      <w:numPr>
        <w:numId w:val="10"/>
      </w:numPr>
      <w:spacing w:after="120" w:line="240" w:lineRule="auto"/>
      <w:ind w:left="714" w:hanging="357"/>
      <w:contextualSpacing/>
      <w:jc w:val="both"/>
    </w:pPr>
    <w:rPr>
      <w:rFonts w:ascii="Times New Roman" w:eastAsiaTheme="minorHAnsi" w:hAnsi="Times New Roman" w:cs="Times New Roman"/>
      <w:kern w:val="2"/>
      <w:sz w:val="24"/>
      <w:szCs w:val="24"/>
      <w:lang w:val="pl-PL"/>
      <w14:ligatures w14:val="standardContextual"/>
    </w:rPr>
  </w:style>
  <w:style w:type="character" w:customStyle="1" w:styleId="07listawypunktowanaZnak">
    <w:name w:val="*07. lista wypunktowana Znak"/>
    <w:basedOn w:val="Domylnaczcionkaakapitu"/>
    <w:link w:val="07listawypunktowana"/>
    <w:rsid w:val="00265FC1"/>
    <w:rPr>
      <w:rFonts w:ascii="Times New Roman" w:eastAsiaTheme="minorHAnsi" w:hAnsi="Times New Roman" w:cs="Times New Roman"/>
      <w:kern w:val="2"/>
      <w:sz w:val="24"/>
      <w:szCs w:val="24"/>
      <w:lang w:val="pl-PL"/>
      <w14:ligatures w14:val="standardContextual"/>
    </w:rPr>
  </w:style>
  <w:style w:type="character" w:customStyle="1" w:styleId="09tabela-tekstZnak">
    <w:name w:val="*09 tabela - tekst Znak"/>
    <w:basedOn w:val="08tabel-nagwekZnak"/>
    <w:link w:val="09tabela-tekst"/>
    <w:rsid w:val="00265FC1"/>
    <w:rPr>
      <w:rFonts w:ascii="Times New Roman" w:eastAsiaTheme="minorHAnsi" w:hAnsi="Times New Roman" w:cs="Times New Roman"/>
      <w:b w:val="0"/>
      <w:bCs w:val="0"/>
      <w:kern w:val="2"/>
      <w:sz w:val="24"/>
      <w:szCs w:val="24"/>
      <w:lang w:val="pl-PL"/>
      <w14:ligatures w14:val="standardContextual"/>
    </w:rPr>
  </w:style>
  <w:style w:type="paragraph" w:customStyle="1" w:styleId="04nagwekpodrzdnydogwnego">
    <w:name w:val="*04. nagłówek podrzędny do głównego"/>
    <w:basedOn w:val="Normalny"/>
    <w:link w:val="04nagwekpodrzdnydogwnegoZnak"/>
    <w:qFormat/>
    <w:rsid w:val="00265FC1"/>
    <w:pPr>
      <w:keepNext/>
      <w:keepLines/>
      <w:spacing w:before="360" w:after="240" w:line="240" w:lineRule="auto"/>
      <w:jc w:val="center"/>
    </w:pPr>
    <w:rPr>
      <w:rFonts w:ascii="Times New Roman" w:eastAsiaTheme="minorHAnsi" w:hAnsi="Times New Roman" w:cs="Times New Roman"/>
      <w:b/>
      <w:bCs/>
      <w:kern w:val="2"/>
      <w:sz w:val="28"/>
      <w:szCs w:val="24"/>
      <w:lang w:val="pl-PL"/>
      <w14:ligatures w14:val="standardContextual"/>
    </w:rPr>
  </w:style>
  <w:style w:type="character" w:customStyle="1" w:styleId="04nagwekpodrzdnydogwnegoZnak">
    <w:name w:val="*04. nagłówek podrzędny do głównego Znak"/>
    <w:basedOn w:val="Domylnaczcionkaakapitu"/>
    <w:link w:val="04nagwekpodrzdnydogwnego"/>
    <w:rsid w:val="00265FC1"/>
    <w:rPr>
      <w:rFonts w:ascii="Times New Roman" w:eastAsiaTheme="minorHAnsi" w:hAnsi="Times New Roman" w:cs="Times New Roman"/>
      <w:b/>
      <w:bCs/>
      <w:kern w:val="2"/>
      <w:sz w:val="28"/>
      <w:szCs w:val="24"/>
      <w:lang w:val="pl-PL"/>
      <w14:ligatures w14:val="standardContextual"/>
    </w:rPr>
  </w:style>
  <w:style w:type="paragraph" w:customStyle="1" w:styleId="05nagwekpodpodrzdnydopodrzdnego">
    <w:name w:val="*05. nagłówek podpodrzędny do podrzędnego"/>
    <w:link w:val="05nagwekpodpodrzdnydopodrzdnegoZnak"/>
    <w:qFormat/>
    <w:rsid w:val="00265FC1"/>
    <w:pPr>
      <w:keepNext/>
      <w:keepLines/>
      <w:spacing w:before="240" w:after="120" w:line="240" w:lineRule="auto"/>
      <w:contextualSpacing/>
      <w:jc w:val="center"/>
    </w:pPr>
    <w:rPr>
      <w:rFonts w:ascii="Times New Roman" w:eastAsiaTheme="minorHAnsi" w:hAnsi="Times New Roman" w:cs="Times New Roman"/>
      <w:b/>
      <w:bCs/>
      <w:kern w:val="2"/>
      <w:sz w:val="24"/>
      <w:szCs w:val="24"/>
      <w:lang w:val="pl-PL"/>
      <w14:ligatures w14:val="standardContextual"/>
    </w:rPr>
  </w:style>
  <w:style w:type="character" w:customStyle="1" w:styleId="05nagwekpodpodrzdnydopodrzdnegoZnak">
    <w:name w:val="*05. nagłówek podpodrzędny do podrzędnego Znak"/>
    <w:basedOn w:val="04nagwekpodrzdnydogwnegoZnak"/>
    <w:link w:val="05nagwekpodpodrzdnydopodrzdnego"/>
    <w:rsid w:val="00265FC1"/>
    <w:rPr>
      <w:rFonts w:ascii="Times New Roman" w:eastAsiaTheme="minorHAnsi" w:hAnsi="Times New Roman" w:cs="Times New Roman"/>
      <w:b/>
      <w:bCs/>
      <w:kern w:val="2"/>
      <w:sz w:val="24"/>
      <w:szCs w:val="24"/>
      <w:lang w:val="pl-PL"/>
      <w14:ligatures w14:val="standardContextual"/>
    </w:rPr>
  </w:style>
  <w:style w:type="paragraph" w:customStyle="1" w:styleId="08tabel-nagwek">
    <w:name w:val="*08. tabel - nagłówek"/>
    <w:basedOn w:val="Normalny"/>
    <w:link w:val="08tabel-nagwekZnak"/>
    <w:qFormat/>
    <w:rsid w:val="00265FC1"/>
    <w:pPr>
      <w:spacing w:after="0" w:line="240" w:lineRule="auto"/>
      <w:jc w:val="center"/>
    </w:pPr>
    <w:rPr>
      <w:rFonts w:ascii="Times New Roman" w:eastAsiaTheme="minorHAnsi" w:hAnsi="Times New Roman" w:cs="Times New Roman"/>
      <w:b/>
      <w:bCs/>
      <w:kern w:val="2"/>
      <w:sz w:val="28"/>
      <w:szCs w:val="28"/>
      <w:lang w:val="pl-PL"/>
      <w14:ligatures w14:val="standardContextual"/>
    </w:rPr>
  </w:style>
  <w:style w:type="character" w:customStyle="1" w:styleId="08tabel-nagwekZnak">
    <w:name w:val="*08. tabel - nagłówek Znak"/>
    <w:basedOn w:val="Domylnaczcionkaakapitu"/>
    <w:link w:val="08tabel-nagwek"/>
    <w:rsid w:val="00265FC1"/>
    <w:rPr>
      <w:rFonts w:ascii="Times New Roman" w:eastAsiaTheme="minorHAnsi" w:hAnsi="Times New Roman" w:cs="Times New Roman"/>
      <w:b/>
      <w:bCs/>
      <w:kern w:val="2"/>
      <w:sz w:val="28"/>
      <w:szCs w:val="28"/>
      <w:lang w:val="pl-PL"/>
      <w14:ligatures w14:val="standardContextual"/>
    </w:rPr>
  </w:style>
  <w:style w:type="paragraph" w:customStyle="1" w:styleId="07a-listanumerowana">
    <w:name w:val="*07a - lista numerowana"/>
    <w:link w:val="07a-listanumerowanaZnak"/>
    <w:qFormat/>
    <w:rsid w:val="00265FC1"/>
    <w:pPr>
      <w:numPr>
        <w:numId w:val="13"/>
      </w:numPr>
      <w:spacing w:after="0" w:line="240" w:lineRule="auto"/>
      <w:ind w:left="357" w:hanging="357"/>
      <w:contextualSpacing/>
      <w:jc w:val="both"/>
    </w:pPr>
    <w:rPr>
      <w:rFonts w:ascii="Times New Roman" w:eastAsiaTheme="minorHAnsi" w:hAnsi="Times New Roman" w:cs="Times New Roman"/>
      <w:kern w:val="2"/>
      <w:sz w:val="24"/>
      <w:szCs w:val="24"/>
      <w:lang w:val="pl-PL"/>
      <w14:ligatures w14:val="standardContextual"/>
    </w:rPr>
  </w:style>
  <w:style w:type="character" w:customStyle="1" w:styleId="07a-listanumerowanaZnak">
    <w:name w:val="*07a - lista numerowana Znak"/>
    <w:basedOn w:val="Domylnaczcionkaakapitu"/>
    <w:link w:val="07a-listanumerowana"/>
    <w:rsid w:val="00265FC1"/>
    <w:rPr>
      <w:rFonts w:ascii="Times New Roman" w:eastAsiaTheme="minorHAnsi" w:hAnsi="Times New Roman" w:cs="Times New Roman"/>
      <w:kern w:val="2"/>
      <w:sz w:val="24"/>
      <w:szCs w:val="24"/>
      <w:lang w:val="pl-PL"/>
      <w14:ligatures w14:val="standardContextual"/>
    </w:rPr>
  </w:style>
  <w:style w:type="paragraph" w:customStyle="1" w:styleId="07b-listaalfabetyczna">
    <w:name w:val="*07b - lista alfabetyczna"/>
    <w:qFormat/>
    <w:rsid w:val="00265FC1"/>
    <w:pPr>
      <w:numPr>
        <w:numId w:val="17"/>
      </w:numPr>
      <w:spacing w:after="0" w:line="240" w:lineRule="auto"/>
      <w:ind w:left="714" w:hanging="357"/>
      <w:contextualSpacing/>
      <w:jc w:val="both"/>
    </w:pPr>
    <w:rPr>
      <w:rFonts w:ascii="Times New Roman" w:eastAsiaTheme="minorHAnsi" w:hAnsi="Times New Roman" w:cs="Times New Roman"/>
      <w:kern w:val="2"/>
      <w:sz w:val="24"/>
      <w:szCs w:val="24"/>
      <w:lang w:val="pl-PL"/>
      <w14:ligatures w14:val="standardContextual"/>
    </w:rPr>
  </w:style>
  <w:style w:type="paragraph" w:customStyle="1" w:styleId="12podpis">
    <w:name w:val="*12. podpis"/>
    <w:basedOn w:val="Normalny"/>
    <w:link w:val="12podpisZnak"/>
    <w:qFormat/>
    <w:rsid w:val="00265FC1"/>
    <w:pPr>
      <w:keepNext/>
      <w:keepLines/>
      <w:tabs>
        <w:tab w:val="center" w:pos="6804"/>
      </w:tabs>
      <w:spacing w:before="720" w:after="0" w:line="240" w:lineRule="auto"/>
    </w:pPr>
    <w:rPr>
      <w:rFonts w:ascii="Times New Roman" w:eastAsiaTheme="minorHAnsi" w:hAnsi="Times New Roman" w:cs="Times New Roman"/>
      <w:i/>
      <w:iCs/>
      <w:kern w:val="2"/>
      <w:sz w:val="24"/>
      <w:szCs w:val="24"/>
      <w:lang w:val="pl-PL"/>
      <w14:ligatures w14:val="standardContextual"/>
    </w:rPr>
  </w:style>
  <w:style w:type="character" w:customStyle="1" w:styleId="12podpisZnak">
    <w:name w:val="*12. podpis Znak"/>
    <w:basedOn w:val="Domylnaczcionkaakapitu"/>
    <w:link w:val="12podpis"/>
    <w:rsid w:val="00265FC1"/>
    <w:rPr>
      <w:rFonts w:ascii="Times New Roman" w:eastAsiaTheme="minorHAnsi" w:hAnsi="Times New Roman" w:cs="Times New Roman"/>
      <w:i/>
      <w:iCs/>
      <w:kern w:val="2"/>
      <w:sz w:val="24"/>
      <w:szCs w:val="24"/>
      <w:lang w:val="pl-PL"/>
      <w14:ligatures w14:val="standardContextual"/>
    </w:rPr>
  </w:style>
  <w:style w:type="paragraph" w:customStyle="1" w:styleId="11tabela-tekst">
    <w:name w:val="*11 tabela - tekst"/>
    <w:basedOn w:val="10tabel-nagwek"/>
    <w:link w:val="11tabela-tekstZnak"/>
    <w:qFormat/>
    <w:rsid w:val="00265FC1"/>
    <w:pPr>
      <w:jc w:val="left"/>
    </w:pPr>
    <w:rPr>
      <w:b w:val="0"/>
      <w:bCs w:val="0"/>
      <w:sz w:val="24"/>
      <w:szCs w:val="24"/>
    </w:rPr>
  </w:style>
  <w:style w:type="character" w:customStyle="1" w:styleId="11tabela-tekstZnak">
    <w:name w:val="*11 tabela - tekst Znak"/>
    <w:basedOn w:val="10tabel-nagwekZnak"/>
    <w:link w:val="11tabela-tekst"/>
    <w:rsid w:val="00265FC1"/>
    <w:rPr>
      <w:rFonts w:ascii="Times New Roman" w:eastAsiaTheme="minorHAnsi" w:hAnsi="Times New Roman" w:cs="Times New Roman"/>
      <w:b w:val="0"/>
      <w:bCs w:val="0"/>
      <w:kern w:val="2"/>
      <w:sz w:val="24"/>
      <w:szCs w:val="24"/>
      <w:lang w:val="pl-PL"/>
      <w14:ligatures w14:val="standardContextual"/>
    </w:rPr>
  </w:style>
  <w:style w:type="paragraph" w:customStyle="1" w:styleId="10tabel-nagwek">
    <w:name w:val="*10. tabel - nagłówek"/>
    <w:basedOn w:val="Normalny"/>
    <w:link w:val="10tabel-nagwekZnak"/>
    <w:qFormat/>
    <w:rsid w:val="00265FC1"/>
    <w:pPr>
      <w:spacing w:after="0" w:line="240" w:lineRule="auto"/>
      <w:jc w:val="center"/>
    </w:pPr>
    <w:rPr>
      <w:rFonts w:ascii="Times New Roman" w:eastAsiaTheme="minorHAnsi" w:hAnsi="Times New Roman" w:cs="Times New Roman"/>
      <w:b/>
      <w:bCs/>
      <w:kern w:val="2"/>
      <w:sz w:val="28"/>
      <w:szCs w:val="28"/>
      <w:lang w:val="pl-PL"/>
      <w14:ligatures w14:val="standardContextual"/>
    </w:rPr>
  </w:style>
  <w:style w:type="character" w:customStyle="1" w:styleId="10tabel-nagwekZnak">
    <w:name w:val="*10. tabel - nagłówek Znak"/>
    <w:basedOn w:val="Domylnaczcionkaakapitu"/>
    <w:link w:val="10tabel-nagwek"/>
    <w:rsid w:val="00265FC1"/>
    <w:rPr>
      <w:rFonts w:ascii="Times New Roman" w:eastAsiaTheme="minorHAnsi" w:hAnsi="Times New Roman" w:cs="Times New Roman"/>
      <w:b/>
      <w:bCs/>
      <w:kern w:val="2"/>
      <w:sz w:val="28"/>
      <w:szCs w:val="28"/>
      <w:lang w:val="pl-PL"/>
      <w14:ligatures w14:val="standardContextual"/>
    </w:rPr>
  </w:style>
  <w:style w:type="paragraph" w:customStyle="1" w:styleId="08-listanumerowana">
    <w:name w:val="*08 - lista numerowana"/>
    <w:link w:val="08-listanumerowanaZnak"/>
    <w:qFormat/>
    <w:rsid w:val="00265FC1"/>
    <w:pPr>
      <w:numPr>
        <w:numId w:val="15"/>
      </w:numPr>
      <w:spacing w:after="0" w:line="240" w:lineRule="auto"/>
      <w:contextualSpacing/>
      <w:jc w:val="both"/>
    </w:pPr>
    <w:rPr>
      <w:rFonts w:ascii="Times New Roman" w:eastAsiaTheme="minorHAnsi" w:hAnsi="Times New Roman" w:cs="Times New Roman"/>
      <w:kern w:val="2"/>
      <w:sz w:val="24"/>
      <w:szCs w:val="24"/>
      <w:lang w:val="pl-PL"/>
      <w14:ligatures w14:val="standardContextual"/>
    </w:rPr>
  </w:style>
  <w:style w:type="character" w:customStyle="1" w:styleId="08-listanumerowanaZnak">
    <w:name w:val="*08 - lista numerowana Znak"/>
    <w:basedOn w:val="Domylnaczcionkaakapitu"/>
    <w:link w:val="08-listanumerowana"/>
    <w:rsid w:val="00265FC1"/>
    <w:rPr>
      <w:rFonts w:ascii="Times New Roman" w:eastAsiaTheme="minorHAnsi" w:hAnsi="Times New Roman" w:cs="Times New Roman"/>
      <w:kern w:val="2"/>
      <w:sz w:val="24"/>
      <w:szCs w:val="24"/>
      <w:lang w:val="pl-PL"/>
      <w14:ligatures w14:val="standardContextual"/>
    </w:rPr>
  </w:style>
  <w:style w:type="paragraph" w:customStyle="1" w:styleId="09-listaalfabetyczna">
    <w:name w:val="*09 - lista alfabetyczna"/>
    <w:qFormat/>
    <w:rsid w:val="00265FC1"/>
    <w:pPr>
      <w:tabs>
        <w:tab w:val="num" w:pos="720"/>
      </w:tabs>
      <w:spacing w:after="0" w:line="240" w:lineRule="auto"/>
      <w:ind w:left="714" w:hanging="357"/>
      <w:contextualSpacing/>
      <w:jc w:val="both"/>
    </w:pPr>
    <w:rPr>
      <w:rFonts w:ascii="Times New Roman" w:eastAsiaTheme="minorHAnsi" w:hAnsi="Times New Roman" w:cs="Times New Roman"/>
      <w:kern w:val="2"/>
      <w:sz w:val="24"/>
      <w:szCs w:val="24"/>
      <w:lang w:val="pl-PL"/>
      <w14:ligatures w14:val="standardContextual"/>
    </w:rPr>
  </w:style>
  <w:style w:type="character" w:styleId="Hipercze">
    <w:name w:val="Hyperlink"/>
    <w:basedOn w:val="Domylnaczcionkaakapitu"/>
    <w:uiPriority w:val="99"/>
    <w:unhideWhenUsed/>
    <w:rsid w:val="00411799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117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408</TotalTime>
  <Pages>8</Pages>
  <Words>1270</Words>
  <Characters>8375</Characters>
  <Application>Microsoft Office Word</Application>
  <DocSecurity>0</DocSecurity>
  <Lines>598</Lines>
  <Paragraphs>224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9421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UWAGA</cp:lastModifiedBy>
  <cp:revision>216</cp:revision>
  <cp:lastPrinted>2026-09-03T19:35:00Z</cp:lastPrinted>
  <dcterms:created xsi:type="dcterms:W3CDTF">2013-12-23T23:15:00Z</dcterms:created>
  <dcterms:modified xsi:type="dcterms:W3CDTF">2026-09-08T19:44:00Z</dcterms:modified>
  <cp:category/>
</cp:coreProperties>
</file>