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E876D4" w14:textId="02B4785E" w:rsidR="0093255B" w:rsidRPr="001E6943" w:rsidRDefault="00562D32" w:rsidP="0024540A">
      <w:pPr>
        <w:pStyle w:val="02podtytudokumentu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475B1E19" wp14:editId="5CB5FBAC">
                <wp:simplePos x="0" y="0"/>
                <wp:positionH relativeFrom="margin">
                  <wp:posOffset>1578610</wp:posOffset>
                </wp:positionH>
                <wp:positionV relativeFrom="paragraph">
                  <wp:posOffset>1101090</wp:posOffset>
                </wp:positionV>
                <wp:extent cx="4371867" cy="154904"/>
                <wp:effectExtent l="0" t="0" r="0" b="0"/>
                <wp:wrapNone/>
                <wp:docPr id="155536191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1867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B6713B" w14:textId="77777777" w:rsidR="00562D32" w:rsidRPr="00D40140" w:rsidRDefault="00562D32" w:rsidP="00562D32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5B1E19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124.3pt;margin-top:86.7pt;width:344.25pt;height:12.2pt;z-index:25200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" filled="f" stroked="f" strokeweight=".5pt">
                <v:textbox inset=".1mm,.1mm,.1mm,.1mm">
                  <w:txbxContent>
                    <w:p w14:paraId="09B6713B" w14:textId="77777777" w:rsidR="00562D32" w:rsidRPr="00D40140" w:rsidRDefault="00562D32" w:rsidP="00562D32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3255B" w:rsidRPr="001E6943">
        <w:t>Karta kompetencji praktykanta – studenta (studia drugiego stopnia)</w:t>
      </w:r>
      <w:r w:rsidR="0093255B" w:rsidRPr="001E6943">
        <w:br/>
        <w:t>na kierunku Dziennikarstwo i Komunikacja Społeczna</w:t>
      </w:r>
      <w:r w:rsidR="0093255B" w:rsidRPr="001E6943">
        <w:br/>
        <w:t>UKSW w Warszawie</w:t>
      </w:r>
    </w:p>
    <w:p w14:paraId="44EDD3CA" w14:textId="3AE23252" w:rsidR="004F23D4" w:rsidRPr="001E6943" w:rsidRDefault="004F23D4" w:rsidP="004F23D4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3F727F9" wp14:editId="3BC523B2">
                <wp:simplePos x="0" y="0"/>
                <wp:positionH relativeFrom="margin">
                  <wp:posOffset>5082994</wp:posOffset>
                </wp:positionH>
                <wp:positionV relativeFrom="paragraph">
                  <wp:posOffset>238778</wp:posOffset>
                </wp:positionV>
                <wp:extent cx="898561" cy="154904"/>
                <wp:effectExtent l="0" t="0" r="3175" b="0"/>
                <wp:wrapNone/>
                <wp:docPr id="145107214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856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3F3365" w14:textId="77777777" w:rsidR="004F23D4" w:rsidRPr="00D40140" w:rsidRDefault="004F23D4" w:rsidP="00164A37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727F9" id="_x0000_s1046" type="#_x0000_t202" style="position:absolute;left:0;text-align:left;margin-left:400.25pt;margin-top:18.8pt;width:70.75pt;height:12.2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" filled="f" stroked="f" strokeweight=".5pt">
                <v:textbox inset=".1mm,.1mm,.1mm,.1mm">
                  <w:txbxContent>
                    <w:p w14:paraId="633F3365" w14:textId="77777777" w:rsidR="004F23D4" w:rsidRPr="00D40140" w:rsidRDefault="004F23D4" w:rsidP="00164A37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4F72BE6" wp14:editId="695BCDED">
                <wp:simplePos x="0" y="0"/>
                <wp:positionH relativeFrom="margin">
                  <wp:posOffset>2951135</wp:posOffset>
                </wp:positionH>
                <wp:positionV relativeFrom="paragraph">
                  <wp:posOffset>254454</wp:posOffset>
                </wp:positionV>
                <wp:extent cx="1400339" cy="154904"/>
                <wp:effectExtent l="0" t="0" r="0" b="0"/>
                <wp:wrapNone/>
                <wp:docPr id="12666167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0339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8EEC55" w14:textId="77777777" w:rsidR="004F23D4" w:rsidRPr="00D40140" w:rsidRDefault="004F23D4" w:rsidP="00164A37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F72BE6" id="_x0000_s1047" type="#_x0000_t202" style="position:absolute;left:0;text-align:left;margin-left:232.35pt;margin-top:20.05pt;width:110.25pt;height:12.2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" filled="f" stroked="f" strokeweight=".5pt">
                <v:textbox inset=".1mm,.1mm,.1mm,.1mm">
                  <w:txbxContent>
                    <w:p w14:paraId="408EEC55" w14:textId="77777777" w:rsidR="004F23D4" w:rsidRPr="00D40140" w:rsidRDefault="004F23D4" w:rsidP="00164A37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1F7DFDB" wp14:editId="1D539779">
                <wp:simplePos x="0" y="0"/>
                <wp:positionH relativeFrom="margin">
                  <wp:posOffset>855852</wp:posOffset>
                </wp:positionH>
                <wp:positionV relativeFrom="paragraph">
                  <wp:posOffset>238778</wp:posOffset>
                </wp:positionV>
                <wp:extent cx="987189" cy="154904"/>
                <wp:effectExtent l="0" t="0" r="3810" b="0"/>
                <wp:wrapNone/>
                <wp:docPr id="171287486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7189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C91BE5" w14:textId="77777777" w:rsidR="004F23D4" w:rsidRPr="00D40140" w:rsidRDefault="004F23D4" w:rsidP="00164A37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7DFDB" id="_x0000_s1048" type="#_x0000_t202" style="position:absolute;left:0;text-align:left;margin-left:67.4pt;margin-top:18.8pt;width:77.75pt;height:12.2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" filled="f" stroked="f" strokeweight=".5pt">
                <v:textbox inset=".1mm,.1mm,.1mm,.1mm">
                  <w:txbxContent>
                    <w:p w14:paraId="09C91BE5" w14:textId="77777777" w:rsidR="004F23D4" w:rsidRPr="00D40140" w:rsidRDefault="004F23D4" w:rsidP="00164A37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Imię i nazwisko studenta </w:t>
      </w:r>
      <w:r w:rsidRPr="001E6943">
        <w:tab/>
      </w:r>
    </w:p>
    <w:p w14:paraId="72E2D1C2" w14:textId="77777777" w:rsidR="004F23D4" w:rsidRPr="001E6943" w:rsidRDefault="004F23D4" w:rsidP="004F23D4">
      <w:pPr>
        <w:pStyle w:val="06TEKSTWACIWY"/>
        <w:tabs>
          <w:tab w:val="right" w:leader="dot" w:pos="4536"/>
          <w:tab w:val="right" w:leader="dot" w:pos="7938"/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AE6B84E" wp14:editId="70394D6B">
                <wp:simplePos x="0" y="0"/>
                <wp:positionH relativeFrom="margin">
                  <wp:posOffset>3102664</wp:posOffset>
                </wp:positionH>
                <wp:positionV relativeFrom="paragraph">
                  <wp:posOffset>247596</wp:posOffset>
                </wp:positionV>
                <wp:extent cx="2879254" cy="154904"/>
                <wp:effectExtent l="0" t="0" r="3810" b="0"/>
                <wp:wrapNone/>
                <wp:docPr id="36810877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9254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A4B664" w14:textId="77777777" w:rsidR="004F23D4" w:rsidRPr="00D40140" w:rsidRDefault="004F23D4" w:rsidP="004F23D4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6B84E" id="_x0000_s1049" type="#_x0000_t202" style="position:absolute;left:0;text-align:left;margin-left:244.3pt;margin-top:19.5pt;width:226.7pt;height:12.2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" filled="f" stroked="f" strokeweight=".5pt">
                <v:textbox inset=".1mm,.1mm,.1mm,.1mm">
                  <w:txbxContent>
                    <w:p w14:paraId="45A4B664" w14:textId="77777777" w:rsidR="004F23D4" w:rsidRPr="00D40140" w:rsidRDefault="004F23D4" w:rsidP="004F23D4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Rok studiów </w:t>
      </w:r>
      <w:r w:rsidRPr="001E6943">
        <w:tab/>
        <w:t xml:space="preserve"> Stopień studiów </w:t>
      </w:r>
      <w:r w:rsidRPr="001E6943">
        <w:tab/>
        <w:t xml:space="preserve"> Nr albumu</w:t>
      </w:r>
      <w:r w:rsidRPr="001E6943">
        <w:tab/>
      </w:r>
    </w:p>
    <w:p w14:paraId="0295F677" w14:textId="77777777" w:rsidR="004F23D4" w:rsidRPr="001E6943" w:rsidRDefault="004F23D4" w:rsidP="004F23D4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15BEDD7" wp14:editId="1EC04792">
                <wp:simplePos x="0" y="0"/>
                <wp:positionH relativeFrom="margin">
                  <wp:posOffset>1028283</wp:posOffset>
                </wp:positionH>
                <wp:positionV relativeFrom="paragraph">
                  <wp:posOffset>245963</wp:posOffset>
                </wp:positionV>
                <wp:extent cx="4953236" cy="154904"/>
                <wp:effectExtent l="0" t="0" r="0" b="0"/>
                <wp:wrapNone/>
                <wp:docPr id="77294745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323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0662E1" w14:textId="77777777" w:rsidR="004F23D4" w:rsidRPr="00D40140" w:rsidRDefault="004F23D4" w:rsidP="004F23D4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BEDD7" id="_x0000_s1050" type="#_x0000_t202" style="position:absolute;left:0;text-align:left;margin-left:80.95pt;margin-top:19.35pt;width:390pt;height:12.2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" filled="f" stroked="f" strokeweight=".5pt">
                <v:textbox inset=".1mm,.1mm,.1mm,.1mm">
                  <w:txbxContent>
                    <w:p w14:paraId="2B0662E1" w14:textId="77777777" w:rsidR="004F23D4" w:rsidRPr="00D40140" w:rsidRDefault="004F23D4" w:rsidP="004F23D4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Nazwa instytucji, w której zrealizowano praktykę </w:t>
      </w:r>
      <w:r w:rsidRPr="001E6943">
        <w:tab/>
      </w:r>
    </w:p>
    <w:p w14:paraId="4E1CF7CA" w14:textId="77777777" w:rsidR="004F23D4" w:rsidRPr="001E6943" w:rsidRDefault="004F23D4" w:rsidP="004F23D4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186662F" wp14:editId="2C0AF11E">
                <wp:simplePos x="0" y="0"/>
                <wp:positionH relativeFrom="margin">
                  <wp:posOffset>1179812</wp:posOffset>
                </wp:positionH>
                <wp:positionV relativeFrom="paragraph">
                  <wp:posOffset>244330</wp:posOffset>
                </wp:positionV>
                <wp:extent cx="370749" cy="154305"/>
                <wp:effectExtent l="0" t="0" r="0" b="0"/>
                <wp:wrapNone/>
                <wp:docPr id="1042430298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0749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D0FFDD" w14:textId="77777777" w:rsidR="004F23D4" w:rsidRPr="00D40140" w:rsidRDefault="004F23D4" w:rsidP="004F23D4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86662F" id="_x0000_s1051" type="#_x0000_t202" style="position:absolute;left:0;text-align:left;margin-left:92.9pt;margin-top:19.25pt;width:29.2pt;height:12.1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" filled="f" stroked="f" strokeweight=".5pt">
                <v:textbox inset=".1mm,.1mm,.1mm,.1mm">
                  <w:txbxContent>
                    <w:p w14:paraId="00D0FFDD" w14:textId="77777777" w:rsidR="004F23D4" w:rsidRPr="00D40140" w:rsidRDefault="004F23D4" w:rsidP="004F23D4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AD0CFC9" wp14:editId="77C01B39">
                <wp:simplePos x="0" y="0"/>
                <wp:positionH relativeFrom="margin">
                  <wp:posOffset>2679427</wp:posOffset>
                </wp:positionH>
                <wp:positionV relativeFrom="paragraph">
                  <wp:posOffset>244330</wp:posOffset>
                </wp:positionV>
                <wp:extent cx="323959" cy="154305"/>
                <wp:effectExtent l="0" t="0" r="6350" b="0"/>
                <wp:wrapNone/>
                <wp:docPr id="69332104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959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2A4342" w14:textId="77777777" w:rsidR="004F23D4" w:rsidRPr="00D40140" w:rsidRDefault="004F23D4" w:rsidP="004F23D4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0CFC9" id="_x0000_s1052" type="#_x0000_t202" style="position:absolute;left:0;text-align:left;margin-left:211pt;margin-top:19.25pt;width:25.5pt;height:12.15pt;z-index:251708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" filled="f" stroked="f" strokeweight=".5pt">
                <v:textbox inset=".1mm,.1mm,.1mm,.1mm">
                  <w:txbxContent>
                    <w:p w14:paraId="7A2A4342" w14:textId="77777777" w:rsidR="004F23D4" w:rsidRPr="00D40140" w:rsidRDefault="004F23D4" w:rsidP="004F23D4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FE1454E" wp14:editId="202C94E2">
                <wp:simplePos x="0" y="0"/>
                <wp:positionH relativeFrom="margin">
                  <wp:posOffset>3102664</wp:posOffset>
                </wp:positionH>
                <wp:positionV relativeFrom="paragraph">
                  <wp:posOffset>244330</wp:posOffset>
                </wp:positionV>
                <wp:extent cx="318734" cy="154305"/>
                <wp:effectExtent l="0" t="0" r="0" b="0"/>
                <wp:wrapNone/>
                <wp:docPr id="163144868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34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8BE956" w14:textId="77777777" w:rsidR="004F23D4" w:rsidRPr="00D40140" w:rsidRDefault="004F23D4" w:rsidP="004F23D4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1454E" id="_x0000_s1053" type="#_x0000_t202" style="position:absolute;left:0;text-align:left;margin-left:244.3pt;margin-top:19.25pt;width:25.1pt;height:12.1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" filled="f" stroked="f" strokeweight=".5pt">
                <v:textbox inset=".1mm,.1mm,.1mm,.1mm">
                  <w:txbxContent>
                    <w:p w14:paraId="738BE956" w14:textId="77777777" w:rsidR="004F23D4" w:rsidRPr="00D40140" w:rsidRDefault="004F23D4" w:rsidP="004F23D4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95869E1" wp14:editId="7FE2DD63">
                <wp:simplePos x="0" y="0"/>
                <wp:positionH relativeFrom="margin">
                  <wp:posOffset>3520676</wp:posOffset>
                </wp:positionH>
                <wp:positionV relativeFrom="paragraph">
                  <wp:posOffset>244330</wp:posOffset>
                </wp:positionV>
                <wp:extent cx="329184" cy="154305"/>
                <wp:effectExtent l="0" t="0" r="1270" b="0"/>
                <wp:wrapNone/>
                <wp:docPr id="103254561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" cy="154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98574F" w14:textId="77777777" w:rsidR="004F23D4" w:rsidRPr="00D40140" w:rsidRDefault="004F23D4" w:rsidP="004F23D4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869E1" id="_x0000_s1054" type="#_x0000_t202" style="position:absolute;left:0;text-align:left;margin-left:277.2pt;margin-top:19.25pt;width:25.9pt;height:12.1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" filled="f" stroked="f" strokeweight=".5pt">
                <v:textbox inset=".1mm,.1mm,.1mm,.1mm">
                  <w:txbxContent>
                    <w:p w14:paraId="2298574F" w14:textId="77777777" w:rsidR="004F23D4" w:rsidRPr="00D40140" w:rsidRDefault="004F23D4" w:rsidP="004F23D4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D541A72" wp14:editId="5E876E70">
                <wp:simplePos x="0" y="0"/>
                <wp:positionH relativeFrom="margin">
                  <wp:posOffset>2063333</wp:posOffset>
                </wp:positionH>
                <wp:positionV relativeFrom="paragraph">
                  <wp:posOffset>244711</wp:posOffset>
                </wp:positionV>
                <wp:extent cx="397111" cy="154904"/>
                <wp:effectExtent l="0" t="0" r="0" b="0"/>
                <wp:wrapNone/>
                <wp:docPr id="72982339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1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9886C5" w14:textId="77777777" w:rsidR="004F23D4" w:rsidRPr="00D40140" w:rsidRDefault="004F23D4" w:rsidP="004F23D4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41A72" id="_x0000_s1055" type="#_x0000_t202" style="position:absolute;left:0;text-align:left;margin-left:162.45pt;margin-top:19.25pt;width:31.25pt;height:12.2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" filled="f" stroked="f" strokeweight=".5pt">
                <v:textbox inset=".1mm,.1mm,.1mm,.1mm">
                  <w:txbxContent>
                    <w:p w14:paraId="249886C5" w14:textId="77777777" w:rsidR="004F23D4" w:rsidRPr="00D40140" w:rsidRDefault="004F23D4" w:rsidP="004F23D4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CA4B587" wp14:editId="25D4B2AB">
                <wp:simplePos x="0" y="0"/>
                <wp:positionH relativeFrom="margin">
                  <wp:posOffset>1629428</wp:posOffset>
                </wp:positionH>
                <wp:positionV relativeFrom="paragraph">
                  <wp:posOffset>244711</wp:posOffset>
                </wp:positionV>
                <wp:extent cx="397111" cy="154904"/>
                <wp:effectExtent l="0" t="0" r="0" b="0"/>
                <wp:wrapNone/>
                <wp:docPr id="175223881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1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95B6A5" w14:textId="77777777" w:rsidR="004F23D4" w:rsidRPr="00D40140" w:rsidRDefault="004F23D4" w:rsidP="004F23D4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4B587" id="_x0000_s1056" type="#_x0000_t202" style="position:absolute;left:0;text-align:left;margin-left:128.3pt;margin-top:19.25pt;width:31.25pt;height:12.2pt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" filled="f" stroked="f" strokeweight=".5pt">
                <v:textbox inset=".1mm,.1mm,.1mm,.1mm">
                  <w:txbxContent>
                    <w:p w14:paraId="0F95B6A5" w14:textId="77777777" w:rsidR="004F23D4" w:rsidRPr="00D40140" w:rsidRDefault="004F23D4" w:rsidP="004F23D4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Adres instytucji </w:t>
      </w:r>
      <w:r w:rsidRPr="001E6943">
        <w:tab/>
      </w:r>
    </w:p>
    <w:p w14:paraId="485AE1F1" w14:textId="77777777" w:rsidR="004F23D4" w:rsidRPr="001E6943" w:rsidRDefault="004F23D4" w:rsidP="004F23D4">
      <w:pPr>
        <w:pStyle w:val="06TEKSTWACIWY"/>
        <w:tabs>
          <w:tab w:val="right" w:leader="dot" w:pos="2552"/>
          <w:tab w:val="right" w:leader="dot" w:pos="3261"/>
          <w:tab w:val="right" w:leader="dot" w:pos="4111"/>
          <w:tab w:val="right" w:leader="dot" w:pos="4820"/>
          <w:tab w:val="right" w:leader="dot" w:pos="5529"/>
          <w:tab w:val="right" w:leader="dot" w:pos="609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D70D8E" wp14:editId="342FECB5">
                <wp:simplePos x="0" y="0"/>
                <wp:positionH relativeFrom="margin">
                  <wp:posOffset>1738901</wp:posOffset>
                </wp:positionH>
                <wp:positionV relativeFrom="paragraph">
                  <wp:posOffset>247922</wp:posOffset>
                </wp:positionV>
                <wp:extent cx="4242381" cy="154904"/>
                <wp:effectExtent l="0" t="0" r="0" b="0"/>
                <wp:wrapNone/>
                <wp:docPr id="110208539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238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CA79AD" w14:textId="77777777" w:rsidR="004F23D4" w:rsidRPr="00D40140" w:rsidRDefault="004F23D4" w:rsidP="004F23D4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70D8E" id="_x0000_s1057" type="#_x0000_t202" style="position:absolute;left:0;text-align:left;margin-left:136.9pt;margin-top:19.5pt;width:334.05pt;height:12.2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" filled="f" stroked="f" strokeweight=".5pt">
                <v:textbox inset=".1mm,.1mm,.1mm,.1mm">
                  <w:txbxContent>
                    <w:p w14:paraId="13CA79AD" w14:textId="77777777" w:rsidR="004F23D4" w:rsidRPr="00D40140" w:rsidRDefault="004F23D4" w:rsidP="004F23D4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Termin praktyk od </w:t>
      </w:r>
      <w:r w:rsidRPr="001E6943">
        <w:tab/>
        <w:t>/</w:t>
      </w:r>
      <w:r w:rsidRPr="001E6943">
        <w:tab/>
        <w:t>/</w:t>
      </w:r>
      <w:r w:rsidRPr="001E6943">
        <w:tab/>
        <w:t xml:space="preserve"> do </w:t>
      </w:r>
      <w:r w:rsidRPr="001E6943">
        <w:tab/>
        <w:t>/</w:t>
      </w:r>
      <w:r w:rsidRPr="001E6943">
        <w:tab/>
        <w:t>/</w:t>
      </w:r>
      <w:r w:rsidRPr="001E6943">
        <w:tab/>
      </w:r>
    </w:p>
    <w:p w14:paraId="619AB80F" w14:textId="77777777" w:rsidR="004F23D4" w:rsidRPr="001E6943" w:rsidRDefault="004F23D4" w:rsidP="004F23D4">
      <w:pPr>
        <w:pStyle w:val="06TEKSTWACIWY"/>
        <w:tabs>
          <w:tab w:val="right" w:leader="dot" w:pos="9406"/>
        </w:tabs>
        <w:spacing w:line="360" w:lineRule="auto"/>
      </w:pPr>
      <w:r w:rsidRPr="001E6943">
        <w:t xml:space="preserve">Zrealizowana liczba godzin </w:t>
      </w:r>
      <w:r w:rsidRPr="001E6943">
        <w:tab/>
      </w:r>
    </w:p>
    <w:p w14:paraId="07940BAB" w14:textId="77777777" w:rsidR="004F23D4" w:rsidRPr="001E6943" w:rsidRDefault="004F23D4" w:rsidP="004F23D4">
      <w:pPr>
        <w:pStyle w:val="06TEKSTWACIWY"/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D98B9CA" wp14:editId="571C52A6">
                <wp:simplePos x="0" y="0"/>
                <wp:positionH relativeFrom="margin">
                  <wp:posOffset>239286</wp:posOffset>
                </wp:positionH>
                <wp:positionV relativeFrom="paragraph">
                  <wp:posOffset>244656</wp:posOffset>
                </wp:positionV>
                <wp:extent cx="5741416" cy="154904"/>
                <wp:effectExtent l="0" t="0" r="0" b="0"/>
                <wp:wrapNone/>
                <wp:docPr id="22907391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BF1C5D" w14:textId="77777777" w:rsidR="004F23D4" w:rsidRPr="00D40140" w:rsidRDefault="004F23D4" w:rsidP="004F23D4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8B9CA" id="_x0000_s1058" type="#_x0000_t202" style="position:absolute;left:0;text-align:left;margin-left:18.85pt;margin-top:19.25pt;width:452.1pt;height:12.2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" filled="f" stroked="f" strokeweight=".5pt">
                <v:textbox inset=".1mm,.1mm,.1mm,.1mm">
                  <w:txbxContent>
                    <w:p w14:paraId="00BF1C5D" w14:textId="77777777" w:rsidR="004F23D4" w:rsidRPr="00D40140" w:rsidRDefault="004F23D4" w:rsidP="004F23D4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>Zakres obowiązków w trakcie wykonywania praktyki (wypełnia student):</w:t>
      </w:r>
    </w:p>
    <w:p w14:paraId="55904808" w14:textId="77777777" w:rsidR="004F23D4" w:rsidRPr="001E6943" w:rsidRDefault="004F23D4" w:rsidP="004F23D4">
      <w:pPr>
        <w:pStyle w:val="08-listanumerowana"/>
        <w:numPr>
          <w:ilvl w:val="0"/>
          <w:numId w:val="19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49B8318" wp14:editId="0D0112ED">
                <wp:simplePos x="0" y="0"/>
                <wp:positionH relativeFrom="margin">
                  <wp:posOffset>241228</wp:posOffset>
                </wp:positionH>
                <wp:positionV relativeFrom="paragraph">
                  <wp:posOffset>248938</wp:posOffset>
                </wp:positionV>
                <wp:extent cx="5741416" cy="154904"/>
                <wp:effectExtent l="0" t="0" r="0" b="0"/>
                <wp:wrapNone/>
                <wp:docPr id="88586175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7BA85C" w14:textId="77777777" w:rsidR="004F23D4" w:rsidRPr="00D40140" w:rsidRDefault="004F23D4" w:rsidP="004F23D4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B8318" id="_x0000_s1059" type="#_x0000_t202" style="position:absolute;left:0;text-align:left;margin-left:19pt;margin-top:19.6pt;width:452.1pt;height:12.2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" filled="f" stroked="f" strokeweight=".5pt">
                <v:textbox inset=".1mm,.1mm,.1mm,.1mm">
                  <w:txbxContent>
                    <w:p w14:paraId="777BA85C" w14:textId="77777777" w:rsidR="004F23D4" w:rsidRPr="00D40140" w:rsidRDefault="004F23D4" w:rsidP="004F23D4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</w:p>
    <w:p w14:paraId="1B283B7E" w14:textId="77777777" w:rsidR="004F23D4" w:rsidRPr="001E6943" w:rsidRDefault="004F23D4" w:rsidP="004F23D4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D3FD474" wp14:editId="14C6557D">
                <wp:simplePos x="0" y="0"/>
                <wp:positionH relativeFrom="margin">
                  <wp:posOffset>256740</wp:posOffset>
                </wp:positionH>
                <wp:positionV relativeFrom="paragraph">
                  <wp:posOffset>241663</wp:posOffset>
                </wp:positionV>
                <wp:extent cx="5741416" cy="154904"/>
                <wp:effectExtent l="0" t="0" r="0" b="0"/>
                <wp:wrapNone/>
                <wp:docPr id="37906445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0C0461" w14:textId="77777777" w:rsidR="004F23D4" w:rsidRPr="00D40140" w:rsidRDefault="004F23D4" w:rsidP="004F23D4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FD474" id="_x0000_s1060" type="#_x0000_t202" style="position:absolute;left:0;text-align:left;margin-left:20.2pt;margin-top:19.05pt;width:452.1pt;height:12.2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" filled="f" stroked="f" strokeweight=".5pt">
                <v:textbox inset=".1mm,.1mm,.1mm,.1mm">
                  <w:txbxContent>
                    <w:p w14:paraId="5D0C0461" w14:textId="77777777" w:rsidR="004F23D4" w:rsidRPr="00D40140" w:rsidRDefault="004F23D4" w:rsidP="004F23D4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</w:p>
    <w:p w14:paraId="717F096B" w14:textId="77777777" w:rsidR="004F23D4" w:rsidRPr="001E6943" w:rsidRDefault="004F23D4" w:rsidP="004F23D4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7CA4CBE" wp14:editId="46EECE91">
                <wp:simplePos x="0" y="0"/>
                <wp:positionH relativeFrom="margin">
                  <wp:posOffset>239830</wp:posOffset>
                </wp:positionH>
                <wp:positionV relativeFrom="paragraph">
                  <wp:posOffset>245764</wp:posOffset>
                </wp:positionV>
                <wp:extent cx="5741416" cy="154904"/>
                <wp:effectExtent l="0" t="0" r="0" b="0"/>
                <wp:wrapNone/>
                <wp:docPr id="334041509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2EBF64" w14:textId="77777777" w:rsidR="004F23D4" w:rsidRPr="00D40140" w:rsidRDefault="004F23D4" w:rsidP="004F23D4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A4CBE" id="_x0000_s1061" type="#_x0000_t202" style="position:absolute;left:0;text-align:left;margin-left:18.9pt;margin-top:19.35pt;width:452.1pt;height:12.2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" filled="f" stroked="f" strokeweight=".5pt">
                <v:textbox inset=".1mm,.1mm,.1mm,.1mm">
                  <w:txbxContent>
                    <w:p w14:paraId="6F2EBF64" w14:textId="77777777" w:rsidR="004F23D4" w:rsidRPr="00D40140" w:rsidRDefault="004F23D4" w:rsidP="004F23D4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</w:p>
    <w:p w14:paraId="31993400" w14:textId="77777777" w:rsidR="004F23D4" w:rsidRPr="001E6943" w:rsidRDefault="004F23D4" w:rsidP="004F23D4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2777DB2" wp14:editId="4D1DFA84">
                <wp:simplePos x="0" y="0"/>
                <wp:positionH relativeFrom="margin">
                  <wp:posOffset>239631</wp:posOffset>
                </wp:positionH>
                <wp:positionV relativeFrom="paragraph">
                  <wp:posOffset>243713</wp:posOffset>
                </wp:positionV>
                <wp:extent cx="5741416" cy="154904"/>
                <wp:effectExtent l="0" t="0" r="0" b="0"/>
                <wp:wrapNone/>
                <wp:docPr id="166225339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1416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EF72A8" w14:textId="77777777" w:rsidR="004F23D4" w:rsidRPr="00D40140" w:rsidRDefault="004F23D4" w:rsidP="004F23D4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77DB2" id="_x0000_s1062" type="#_x0000_t202" style="position:absolute;left:0;text-align:left;margin-left:18.85pt;margin-top:19.2pt;width:452.1pt;height:12.2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" filled="f" stroked="f" strokeweight=".5pt">
                <v:textbox inset=".1mm,.1mm,.1mm,.1mm">
                  <w:txbxContent>
                    <w:p w14:paraId="68EF72A8" w14:textId="77777777" w:rsidR="004F23D4" w:rsidRPr="00D40140" w:rsidRDefault="004F23D4" w:rsidP="004F23D4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</w:p>
    <w:p w14:paraId="5D6CADA7" w14:textId="77777777" w:rsidR="004F23D4" w:rsidRPr="001E6943" w:rsidRDefault="004F23D4" w:rsidP="004F23D4">
      <w:pPr>
        <w:pStyle w:val="08-listanumerowana"/>
        <w:numPr>
          <w:ilvl w:val="0"/>
          <w:numId w:val="18"/>
        </w:numPr>
        <w:tabs>
          <w:tab w:val="right" w:leader="dot" w:pos="9406"/>
        </w:tabs>
        <w:spacing w:line="360" w:lineRule="auto"/>
      </w:pPr>
      <w:r w:rsidRPr="001E6943">
        <w:tab/>
      </w:r>
    </w:p>
    <w:p w14:paraId="2D4ECEB7" w14:textId="77777777" w:rsidR="004F23D4" w:rsidRPr="001E6943" w:rsidRDefault="004F23D4" w:rsidP="004F23D4">
      <w:pPr>
        <w:pStyle w:val="06TEKSTWACIWY"/>
        <w:tabs>
          <w:tab w:val="left" w:pos="567"/>
          <w:tab w:val="right" w:leader="dot" w:pos="3402"/>
          <w:tab w:val="left" w:pos="6005"/>
          <w:tab w:val="right" w:leader="dot" w:pos="8833"/>
        </w:tabs>
        <w:spacing w:before="96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2208687" wp14:editId="04D5A417">
                <wp:simplePos x="0" y="0"/>
                <wp:positionH relativeFrom="margin">
                  <wp:posOffset>355981</wp:posOffset>
                </wp:positionH>
                <wp:positionV relativeFrom="paragraph">
                  <wp:posOffset>596900</wp:posOffset>
                </wp:positionV>
                <wp:extent cx="1786128" cy="154904"/>
                <wp:effectExtent l="0" t="0" r="5080" b="0"/>
                <wp:wrapNone/>
                <wp:docPr id="383166300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6128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3FFC50" w14:textId="77777777" w:rsidR="004F23D4" w:rsidRPr="00D40140" w:rsidRDefault="004F23D4" w:rsidP="004F23D4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08687" id="_x0000_s1063" type="#_x0000_t202" style="position:absolute;left:0;text-align:left;margin-left:28.05pt;margin-top:47pt;width:140.65pt;height:12.2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" filled="f" stroked="f" strokeweight=".5pt">
                <v:textbox inset=".1mm,.1mm,.1mm,.1mm">
                  <w:txbxContent>
                    <w:p w14:paraId="5A3FFC50" w14:textId="77777777" w:rsidR="004F23D4" w:rsidRPr="00D40140" w:rsidRDefault="004F23D4" w:rsidP="004F23D4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  <w:r w:rsidRPr="001E6943">
        <w:tab/>
      </w:r>
      <w:r w:rsidRPr="001E6943">
        <w:tab/>
      </w:r>
      <w:r w:rsidRPr="001E6943">
        <w:tab/>
      </w:r>
    </w:p>
    <w:p w14:paraId="435CFD4D" w14:textId="77777777" w:rsidR="004F23D4" w:rsidRPr="001E6943" w:rsidRDefault="004F23D4" w:rsidP="004F23D4">
      <w:pPr>
        <w:pStyle w:val="06TEKSTWACIWY"/>
        <w:tabs>
          <w:tab w:val="center" w:pos="1988"/>
          <w:tab w:val="center" w:pos="7433"/>
        </w:tabs>
        <w:spacing w:line="360" w:lineRule="auto"/>
        <w:rPr>
          <w:sz w:val="18"/>
          <w:szCs w:val="18"/>
        </w:rPr>
      </w:pPr>
      <w:r w:rsidRPr="001E6943">
        <w:rPr>
          <w:sz w:val="18"/>
          <w:szCs w:val="18"/>
        </w:rPr>
        <w:tab/>
        <w:t>Miejscowość i data</w:t>
      </w:r>
      <w:r w:rsidRPr="001E6943">
        <w:rPr>
          <w:sz w:val="18"/>
          <w:szCs w:val="18"/>
        </w:rPr>
        <w:tab/>
        <w:t>Podpis studenta</w:t>
      </w:r>
    </w:p>
    <w:p w14:paraId="616E3D00" w14:textId="77777777" w:rsidR="004F23D4" w:rsidRPr="001E6943" w:rsidRDefault="004F23D4" w:rsidP="004F23D4">
      <w:pPr>
        <w:pStyle w:val="06TEKSTWACIWY"/>
        <w:spacing w:before="1320" w:line="360" w:lineRule="auto"/>
        <w:rPr>
          <w:b/>
          <w:bCs/>
        </w:rPr>
      </w:pPr>
      <w:r w:rsidRPr="001E6943">
        <w:rPr>
          <w:b/>
          <w:bCs/>
        </w:rPr>
        <w:t>ZALICZENIE PRAKTYKI PRZEZ PEŁNOMOCNIKA DZIEKANA ds. PRAKTYK:</w:t>
      </w:r>
    </w:p>
    <w:p w14:paraId="5D271485" w14:textId="77777777" w:rsidR="004F23D4" w:rsidRPr="001E6943" w:rsidRDefault="004F23D4" w:rsidP="004F23D4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i/>
          <w:iCs/>
        </w:rPr>
        <w:t xml:space="preserve">Zaliczam / nie zaliczam </w:t>
      </w:r>
      <w:r w:rsidRPr="001E6943">
        <w:t xml:space="preserve">praktykę kierunkową / praktyki kierunkowej w wymiarze </w:t>
      </w:r>
      <w:r w:rsidRPr="001E6943">
        <w:tab/>
        <w:t xml:space="preserve"> godzin.</w:t>
      </w:r>
    </w:p>
    <w:p w14:paraId="3F4B2542" w14:textId="77777777" w:rsidR="004F23D4" w:rsidRPr="001E6943" w:rsidRDefault="004F23D4" w:rsidP="004F23D4">
      <w:pPr>
        <w:pStyle w:val="06TEKSTWACIWY"/>
        <w:tabs>
          <w:tab w:val="right" w:leader="dot" w:pos="9406"/>
        </w:tabs>
        <w:spacing w:line="360" w:lineRule="auto"/>
      </w:pPr>
      <w:r w:rsidRPr="001E6943">
        <w:t xml:space="preserve">Ocena: </w:t>
      </w:r>
      <w:r w:rsidRPr="001E6943">
        <w:tab/>
      </w:r>
    </w:p>
    <w:p w14:paraId="40E120E1" w14:textId="59D10CE2" w:rsidR="004F23D4" w:rsidRPr="001E6943" w:rsidRDefault="00794F61" w:rsidP="004F23D4">
      <w:pPr>
        <w:pStyle w:val="06TEKSTWACIWY"/>
        <w:tabs>
          <w:tab w:val="left" w:pos="567"/>
          <w:tab w:val="right" w:leader="dot" w:pos="3402"/>
          <w:tab w:val="left" w:pos="6005"/>
          <w:tab w:val="right" w:leader="dot" w:pos="8833"/>
        </w:tabs>
        <w:spacing w:before="60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43E82121" wp14:editId="7BE00FF5">
                <wp:simplePos x="0" y="0"/>
                <wp:positionH relativeFrom="margin">
                  <wp:posOffset>358588</wp:posOffset>
                </wp:positionH>
                <wp:positionV relativeFrom="paragraph">
                  <wp:posOffset>331059</wp:posOffset>
                </wp:positionV>
                <wp:extent cx="1806407" cy="184163"/>
                <wp:effectExtent l="0" t="0" r="0" b="6350"/>
                <wp:wrapNone/>
                <wp:docPr id="146333516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6407" cy="184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319295" w14:textId="77777777" w:rsidR="00794F61" w:rsidRPr="00D40140" w:rsidRDefault="00794F61" w:rsidP="00794F61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82121" id="_x0000_s1045" type="#_x0000_t202" style="position:absolute;left:0;text-align:left;margin-left:28.25pt;margin-top:26.05pt;width:142.25pt;height:14.5pt;z-index:252009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" filled="f" stroked="f" strokeweight=".5pt">
                <v:textbox inset=".1mm,.1mm,.1mm,.1mm">
                  <w:txbxContent>
                    <w:p w14:paraId="05319295" w14:textId="77777777" w:rsidR="00794F61" w:rsidRPr="00D40140" w:rsidRDefault="00794F61" w:rsidP="00794F61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F23D4" w:rsidRPr="001E6943">
        <w:tab/>
      </w:r>
      <w:r w:rsidR="004F23D4" w:rsidRPr="001E6943">
        <w:tab/>
      </w:r>
      <w:r w:rsidR="004F23D4" w:rsidRPr="001E6943">
        <w:tab/>
      </w:r>
      <w:r w:rsidR="004F23D4" w:rsidRPr="001E6943">
        <w:tab/>
      </w:r>
    </w:p>
    <w:p w14:paraId="17B731A8" w14:textId="25B90932" w:rsidR="00660758" w:rsidRDefault="004F23D4" w:rsidP="004F23D4">
      <w:pPr>
        <w:pStyle w:val="06TEKSTWACIWY"/>
        <w:tabs>
          <w:tab w:val="center" w:pos="1985"/>
          <w:tab w:val="center" w:pos="7433"/>
        </w:tabs>
        <w:spacing w:line="360" w:lineRule="auto"/>
        <w:rPr>
          <w:sz w:val="18"/>
          <w:szCs w:val="18"/>
        </w:rPr>
      </w:pPr>
      <w:r w:rsidRPr="001E6943">
        <w:rPr>
          <w:sz w:val="18"/>
          <w:szCs w:val="18"/>
        </w:rPr>
        <w:tab/>
        <w:t>Data</w:t>
      </w:r>
      <w:r w:rsidRPr="001E6943">
        <w:rPr>
          <w:sz w:val="18"/>
          <w:szCs w:val="18"/>
        </w:rPr>
        <w:tab/>
        <w:t>Podpis i pieczęć pełnomocnika</w:t>
      </w:r>
    </w:p>
    <w:p w14:paraId="46A293DD" w14:textId="77777777" w:rsidR="00660758" w:rsidRDefault="00660758">
      <w:pPr>
        <w:rPr>
          <w:rFonts w:ascii="Times New Roman" w:eastAsiaTheme="minorHAnsi" w:hAnsi="Times New Roman" w:cs="Times New Roman"/>
          <w:kern w:val="2"/>
          <w:sz w:val="18"/>
          <w:szCs w:val="18"/>
          <w:lang w:val="pl-PL"/>
          <w14:ligatures w14:val="standardContextual"/>
        </w:rPr>
      </w:pPr>
      <w:r w:rsidRPr="00562D32">
        <w:rPr>
          <w:sz w:val="18"/>
          <w:szCs w:val="18"/>
          <w:lang w:val="pl-PL"/>
        </w:rPr>
        <w:br w:type="page"/>
      </w:r>
    </w:p>
    <w:p w14:paraId="2EF81F6C" w14:textId="3BE7CD0B" w:rsidR="00660758" w:rsidRDefault="00660758" w:rsidP="00660758">
      <w:pPr>
        <w:pStyle w:val="04nagwekpodrzdnydogwnego"/>
      </w:pPr>
      <w:r w:rsidRPr="001E6943">
        <w:rPr>
          <w:rFonts w:eastAsiaTheme="minorEastAsia"/>
          <w:noProof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15D35987" wp14:editId="64573DD0">
                <wp:simplePos x="0" y="0"/>
                <wp:positionH relativeFrom="margin">
                  <wp:posOffset>1581150</wp:posOffset>
                </wp:positionH>
                <wp:positionV relativeFrom="paragraph">
                  <wp:posOffset>338455</wp:posOffset>
                </wp:positionV>
                <wp:extent cx="4371867" cy="154904"/>
                <wp:effectExtent l="0" t="0" r="0" b="0"/>
                <wp:wrapNone/>
                <wp:docPr id="180757962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1867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2B1B58" w14:textId="77777777" w:rsidR="00660758" w:rsidRPr="00D40140" w:rsidRDefault="00660758" w:rsidP="00660758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35987" id="_x0000_s1046" type="#_x0000_t202" style="position:absolute;left:0;text-align:left;margin-left:124.5pt;margin-top:26.65pt;width:344.25pt;height:12.2pt;z-index:251997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" filled="f" stroked="f" strokeweight=".5pt">
                <v:textbox inset=".1mm,.1mm,.1mm,.1mm">
                  <w:txbxContent>
                    <w:p w14:paraId="572B1B58" w14:textId="77777777" w:rsidR="00660758" w:rsidRPr="00D40140" w:rsidRDefault="00660758" w:rsidP="00660758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Ocena efektów praktykanta UKSW (wypełnia opiekun w Instytucji)</w:t>
      </w:r>
    </w:p>
    <w:p w14:paraId="7FDA5091" w14:textId="0157AB45" w:rsidR="00660758" w:rsidRDefault="00660758" w:rsidP="00660758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6F02351A" wp14:editId="42BC20A7">
                <wp:simplePos x="0" y="0"/>
                <wp:positionH relativeFrom="margin">
                  <wp:posOffset>520700</wp:posOffset>
                </wp:positionH>
                <wp:positionV relativeFrom="paragraph">
                  <wp:posOffset>240665</wp:posOffset>
                </wp:positionV>
                <wp:extent cx="5434330" cy="154904"/>
                <wp:effectExtent l="0" t="0" r="1270" b="0"/>
                <wp:wrapNone/>
                <wp:docPr id="138661378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4330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22">
                        <w:txbxContent>
                          <w:p w14:paraId="3D16E855" w14:textId="77777777" w:rsidR="00660758" w:rsidRPr="00D40140" w:rsidRDefault="00660758" w:rsidP="00660758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2351A" id="_x0000_s1158" type="#_x0000_t202" style="position:absolute;left:0;text-align:left;margin-left:41pt;margin-top:18.95pt;width:427.9pt;height:12.2pt;z-index:25199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" filled="f" stroked="f" strokeweight=".5pt">
                <v:textbox style="mso-next-textbox:#_x0000_s1159" inset=".1mm,.1mm,.1mm,.1mm">
                  <w:txbxContent>
                    <w:p w14:paraId="3D16E855" w14:textId="77777777" w:rsidR="00660758" w:rsidRPr="00D40140" w:rsidRDefault="00660758" w:rsidP="00660758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 xml:space="preserve">Imię i nazwisko studenta </w:t>
      </w:r>
      <w:r w:rsidRPr="001E6943">
        <w:tab/>
      </w:r>
    </w:p>
    <w:p w14:paraId="7551BED0" w14:textId="77777777" w:rsidR="00660758" w:rsidRDefault="00660758" w:rsidP="00660758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463D8A66" wp14:editId="41F33BD4">
                <wp:simplePos x="0" y="0"/>
                <wp:positionH relativeFrom="margin">
                  <wp:posOffset>18415</wp:posOffset>
                </wp:positionH>
                <wp:positionV relativeFrom="paragraph">
                  <wp:posOffset>240665</wp:posOffset>
                </wp:positionV>
                <wp:extent cx="5933440" cy="154904"/>
                <wp:effectExtent l="0" t="0" r="0" b="0"/>
                <wp:wrapNone/>
                <wp:docPr id="679713537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440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22" seq="1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D8A66" id="_x0000_s1159" type="#_x0000_t202" style="position:absolute;left:0;text-align:left;margin-left:1.45pt;margin-top:18.95pt;width:467.2pt;height:12.2pt;z-index:251999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>
        <w:t xml:space="preserve">Uwagi: </w:t>
      </w:r>
      <w:r>
        <w:tab/>
      </w:r>
    </w:p>
    <w:p w14:paraId="5C12203B" w14:textId="77777777" w:rsidR="00660758" w:rsidRPr="001E6943" w:rsidRDefault="00660758" w:rsidP="00660758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2B4B0683" wp14:editId="7845A8E7">
                <wp:simplePos x="0" y="0"/>
                <wp:positionH relativeFrom="margin">
                  <wp:posOffset>1452880</wp:posOffset>
                </wp:positionH>
                <wp:positionV relativeFrom="paragraph">
                  <wp:posOffset>252730</wp:posOffset>
                </wp:positionV>
                <wp:extent cx="4499999" cy="154904"/>
                <wp:effectExtent l="0" t="0" r="0" b="0"/>
                <wp:wrapNone/>
                <wp:docPr id="1376068982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9999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 id="23">
                        <w:txbxContent>
                          <w:p w14:paraId="37D98C11" w14:textId="77777777" w:rsidR="00660758" w:rsidRPr="00D40140" w:rsidRDefault="00660758" w:rsidP="00660758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B0683" id="_x0000_s1160" type="#_x0000_t202" style="position:absolute;left:0;text-align:left;margin-left:114.4pt;margin-top:19.9pt;width:354.35pt;height:12.2pt;z-index:25200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" filled="f" stroked="f" strokeweight=".5pt">
                <v:textbox style="mso-next-textbox:#_x0000_s1161" inset=".1mm,.1mm,.1mm,.1mm">
                  <w:txbxContent>
                    <w:p w14:paraId="37D98C11" w14:textId="77777777" w:rsidR="00660758" w:rsidRPr="00D40140" w:rsidRDefault="00660758" w:rsidP="00660758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</w:p>
    <w:p w14:paraId="3E6B5C36" w14:textId="77777777" w:rsidR="00660758" w:rsidRDefault="00660758" w:rsidP="00660758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236D938A" wp14:editId="3DC1E515">
                <wp:simplePos x="0" y="0"/>
                <wp:positionH relativeFrom="margin">
                  <wp:posOffset>19050</wp:posOffset>
                </wp:positionH>
                <wp:positionV relativeFrom="paragraph">
                  <wp:posOffset>247015</wp:posOffset>
                </wp:positionV>
                <wp:extent cx="5933631" cy="154904"/>
                <wp:effectExtent l="0" t="0" r="0" b="0"/>
                <wp:wrapNone/>
                <wp:docPr id="175612514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63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23" seq="1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D938A" id="_x0000_s1161" type="#_x0000_t202" style="position:absolute;left:0;text-align:left;margin-left:1.5pt;margin-top:19.45pt;width:467.2pt;height:12.2pt;z-index:25200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" filled="f" stroked="f" strokeweight=".5pt">
                <v:textbox style="mso-next-textbox:#_x0000_s1162" inset=".1mm,.1mm,.1mm,.1mm">
                  <w:txbxContent/>
                </v:textbox>
                <w10:wrap anchorx="margin"/>
              </v:shape>
            </w:pict>
          </mc:Fallback>
        </mc:AlternateContent>
      </w:r>
      <w:r>
        <w:t xml:space="preserve">Opinia o praktykancie: </w:t>
      </w:r>
      <w:r>
        <w:tab/>
      </w:r>
    </w:p>
    <w:p w14:paraId="37BD6939" w14:textId="77777777" w:rsidR="00660758" w:rsidRDefault="00660758" w:rsidP="00660758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2002304" behindDoc="0" locked="0" layoutInCell="1" allowOverlap="1" wp14:anchorId="527E2933" wp14:editId="4CFF69CF">
                <wp:simplePos x="0" y="0"/>
                <wp:positionH relativeFrom="margin">
                  <wp:posOffset>19685</wp:posOffset>
                </wp:positionH>
                <wp:positionV relativeFrom="paragraph">
                  <wp:posOffset>241935</wp:posOffset>
                </wp:positionV>
                <wp:extent cx="5933631" cy="154904"/>
                <wp:effectExtent l="0" t="0" r="0" b="0"/>
                <wp:wrapNone/>
                <wp:docPr id="187345600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63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23" seq="2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E2933" id="_x0000_s1162" type="#_x0000_t202" style="position:absolute;left:0;text-align:left;margin-left:1.55pt;margin-top:19.05pt;width:467.2pt;height:12.2pt;z-index:252002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" filled="f" stroked="f" strokeweight=".5pt">
                <v:textbox style="mso-next-textbox:#_x0000_s1163" inset=".1mm,.1mm,.1mm,.1mm">
                  <w:txbxContent/>
                </v:textbox>
                <w10:wrap anchorx="margin"/>
              </v:shape>
            </w:pict>
          </mc:Fallback>
        </mc:AlternateContent>
      </w:r>
      <w:r>
        <w:tab/>
      </w:r>
    </w:p>
    <w:p w14:paraId="787A6EDE" w14:textId="77777777" w:rsidR="00660758" w:rsidRDefault="00660758" w:rsidP="00660758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7D8B13B2" wp14:editId="5B7F8A46">
                <wp:simplePos x="0" y="0"/>
                <wp:positionH relativeFrom="margin">
                  <wp:posOffset>19685</wp:posOffset>
                </wp:positionH>
                <wp:positionV relativeFrom="paragraph">
                  <wp:posOffset>241300</wp:posOffset>
                </wp:positionV>
                <wp:extent cx="5933631" cy="154904"/>
                <wp:effectExtent l="0" t="0" r="0" b="0"/>
                <wp:wrapNone/>
                <wp:docPr id="114560139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3631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linkedTxbx id="23" seq="3"/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B13B2" id="_x0000_s1163" type="#_x0000_t202" style="position:absolute;left:0;text-align:left;margin-left:1.55pt;margin-top:19pt;width:467.2pt;height:12.2pt;z-index:252003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" filled="f" stroked="f" strokeweight=".5pt">
                <v:textbox inset=".1mm,.1mm,.1mm,.1mm">
                  <w:txbxContent/>
                </v:textbox>
                <w10:wrap anchorx="margin"/>
              </v:shape>
            </w:pict>
          </mc:Fallback>
        </mc:AlternateContent>
      </w:r>
      <w:r>
        <w:tab/>
      </w:r>
    </w:p>
    <w:p w14:paraId="0BFC3F93" w14:textId="77777777" w:rsidR="00660758" w:rsidRPr="001E6943" w:rsidRDefault="00660758" w:rsidP="00660758">
      <w:pPr>
        <w:pStyle w:val="06TEKSTWACIWY"/>
        <w:tabs>
          <w:tab w:val="right" w:leader="dot" w:pos="9406"/>
        </w:tabs>
        <w:spacing w:line="360" w:lineRule="auto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46E88DF3" wp14:editId="629A7A0B">
                <wp:simplePos x="0" y="0"/>
                <wp:positionH relativeFrom="margin">
                  <wp:posOffset>1259840</wp:posOffset>
                </wp:positionH>
                <wp:positionV relativeFrom="paragraph">
                  <wp:posOffset>244475</wp:posOffset>
                </wp:positionV>
                <wp:extent cx="4692797" cy="154904"/>
                <wp:effectExtent l="0" t="0" r="6350" b="0"/>
                <wp:wrapNone/>
                <wp:docPr id="16686212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92797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8C92C3" w14:textId="77777777" w:rsidR="00660758" w:rsidRPr="00D40140" w:rsidRDefault="00660758" w:rsidP="00660758">
                            <w:pPr>
                              <w:pStyle w:val="06TEKSTWACIWY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88DF3" id="_x0000_s1164" type="#_x0000_t202" style="position:absolute;left:0;text-align:left;margin-left:99.2pt;margin-top:19.25pt;width:369.5pt;height:12.2pt;z-index:25200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" filled="f" stroked="f" strokeweight=".5pt">
                <v:textbox inset=".1mm,.1mm,.1mm,.1mm">
                  <w:txbxContent>
                    <w:p w14:paraId="248C92C3" w14:textId="77777777" w:rsidR="00660758" w:rsidRPr="00D40140" w:rsidRDefault="00660758" w:rsidP="00660758">
                      <w:pPr>
                        <w:pStyle w:val="06TEKSTWACIWY"/>
                        <w:jc w:val="left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</w:p>
    <w:p w14:paraId="671FA6B8" w14:textId="77777777" w:rsidR="00660758" w:rsidRDefault="00660758" w:rsidP="00660758">
      <w:pPr>
        <w:pStyle w:val="06TEKSTWACIWY"/>
        <w:tabs>
          <w:tab w:val="right" w:leader="dot" w:pos="9406"/>
        </w:tabs>
      </w:pPr>
      <w:r>
        <w:t xml:space="preserve">Ocena praktykanta: </w:t>
      </w:r>
      <w:r>
        <w:tab/>
      </w:r>
    </w:p>
    <w:p w14:paraId="444BC326" w14:textId="77777777" w:rsidR="00660758" w:rsidRPr="008033A6" w:rsidRDefault="00660758" w:rsidP="00660758">
      <w:pPr>
        <w:pStyle w:val="06TEKSTWACIWY"/>
        <w:tabs>
          <w:tab w:val="center" w:pos="5670"/>
        </w:tabs>
        <w:spacing w:line="360" w:lineRule="auto"/>
        <w:rPr>
          <w:sz w:val="21"/>
          <w:szCs w:val="21"/>
        </w:rPr>
      </w:pPr>
      <w:r w:rsidRPr="008033A6">
        <w:rPr>
          <w:sz w:val="21"/>
          <w:szCs w:val="21"/>
        </w:rPr>
        <w:tab/>
        <w:t>(słownie: bardzo dobry, dobry, dostateczny, niedostateczny)</w:t>
      </w:r>
    </w:p>
    <w:p w14:paraId="298A6EA2" w14:textId="77777777" w:rsidR="00660758" w:rsidRDefault="00660758" w:rsidP="00660758">
      <w:pPr>
        <w:pStyle w:val="06TEKSTWACIWY"/>
        <w:spacing w:after="480"/>
        <w:rPr>
          <w:sz w:val="18"/>
          <w:szCs w:val="18"/>
        </w:rPr>
      </w:pPr>
      <w:r>
        <w:rPr>
          <w:sz w:val="18"/>
          <w:szCs w:val="18"/>
        </w:rPr>
        <w:t>Skala ocen: 5 – bardzo wysoki poziom przygotowania, 4 – wysoki poziom przygotowania, 3 – spełnia w stopniu dostatecznym oczekiwaniom instytucji, 2 – poważne zastrzeżenia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5386"/>
        <w:gridCol w:w="567"/>
        <w:gridCol w:w="567"/>
        <w:gridCol w:w="567"/>
        <w:gridCol w:w="567"/>
      </w:tblGrid>
      <w:tr w:rsidR="00660758" w:rsidRPr="00562D32" w14:paraId="5CA33144" w14:textId="77777777" w:rsidTr="002F0FF9">
        <w:trPr>
          <w:trHeight w:val="916"/>
          <w:jc w:val="center"/>
        </w:trPr>
        <w:tc>
          <w:tcPr>
            <w:tcW w:w="6374" w:type="dxa"/>
            <w:gridSpan w:val="2"/>
            <w:vMerge w:val="restart"/>
            <w:vAlign w:val="center"/>
          </w:tcPr>
          <w:p w14:paraId="3EC310EC" w14:textId="77777777" w:rsidR="00660758" w:rsidRPr="001E6943" w:rsidRDefault="00660758" w:rsidP="002F0FF9">
            <w:pPr>
              <w:pStyle w:val="06TEKSTWACIWY"/>
              <w:jc w:val="center"/>
              <w:rPr>
                <w:b/>
                <w:bCs/>
              </w:rPr>
            </w:pPr>
            <w:r w:rsidRPr="001E6943">
              <w:rPr>
                <w:b/>
                <w:bCs/>
              </w:rPr>
              <w:t>Efekty podlegające ocenie</w:t>
            </w:r>
          </w:p>
        </w:tc>
        <w:tc>
          <w:tcPr>
            <w:tcW w:w="2268" w:type="dxa"/>
            <w:gridSpan w:val="4"/>
            <w:vAlign w:val="center"/>
          </w:tcPr>
          <w:p w14:paraId="5C6CFFEE" w14:textId="77777777" w:rsidR="00660758" w:rsidRPr="00D25D99" w:rsidRDefault="00660758" w:rsidP="002F0FF9">
            <w:pPr>
              <w:pStyle w:val="06TEKSTWACIWY"/>
              <w:jc w:val="center"/>
              <w:rPr>
                <w:sz w:val="21"/>
                <w:szCs w:val="21"/>
              </w:rPr>
            </w:pPr>
            <w:r w:rsidRPr="00D25D99">
              <w:rPr>
                <w:sz w:val="21"/>
                <w:szCs w:val="21"/>
              </w:rPr>
              <w:t>Ocena osiągnięcia przez</w:t>
            </w:r>
            <w:r w:rsidRPr="00D25D99">
              <w:rPr>
                <w:sz w:val="21"/>
                <w:szCs w:val="21"/>
              </w:rPr>
              <w:br/>
              <w:t>studenta założonych</w:t>
            </w:r>
            <w:r w:rsidRPr="00D25D99">
              <w:rPr>
                <w:sz w:val="21"/>
                <w:szCs w:val="21"/>
              </w:rPr>
              <w:br/>
              <w:t>efektów</w:t>
            </w:r>
          </w:p>
        </w:tc>
      </w:tr>
      <w:tr w:rsidR="00660758" w:rsidRPr="001E6943" w14:paraId="00794350" w14:textId="77777777" w:rsidTr="002F0FF9">
        <w:trPr>
          <w:trHeight w:val="71"/>
          <w:jc w:val="center"/>
        </w:trPr>
        <w:tc>
          <w:tcPr>
            <w:tcW w:w="6374" w:type="dxa"/>
            <w:gridSpan w:val="2"/>
            <w:vMerge/>
            <w:vAlign w:val="center"/>
          </w:tcPr>
          <w:p w14:paraId="7BA5D571" w14:textId="77777777" w:rsidR="00660758" w:rsidRPr="001E6943" w:rsidRDefault="00660758" w:rsidP="002F0FF9">
            <w:pPr>
              <w:pStyle w:val="06TEKSTWACIWY"/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Align w:val="center"/>
          </w:tcPr>
          <w:p w14:paraId="23FA44CB" w14:textId="77777777" w:rsidR="00660758" w:rsidRPr="005051B8" w:rsidRDefault="00660758" w:rsidP="002F0FF9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2</w:t>
            </w:r>
          </w:p>
        </w:tc>
        <w:tc>
          <w:tcPr>
            <w:tcW w:w="567" w:type="dxa"/>
            <w:vAlign w:val="center"/>
          </w:tcPr>
          <w:p w14:paraId="532DD312" w14:textId="77777777" w:rsidR="00660758" w:rsidRPr="005051B8" w:rsidRDefault="00660758" w:rsidP="002F0FF9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3</w:t>
            </w:r>
          </w:p>
        </w:tc>
        <w:tc>
          <w:tcPr>
            <w:tcW w:w="567" w:type="dxa"/>
            <w:vAlign w:val="center"/>
          </w:tcPr>
          <w:p w14:paraId="200743A4" w14:textId="77777777" w:rsidR="00660758" w:rsidRPr="005051B8" w:rsidRDefault="00660758" w:rsidP="002F0FF9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4</w:t>
            </w:r>
          </w:p>
        </w:tc>
        <w:tc>
          <w:tcPr>
            <w:tcW w:w="567" w:type="dxa"/>
            <w:vAlign w:val="center"/>
          </w:tcPr>
          <w:p w14:paraId="51BAA5D8" w14:textId="77777777" w:rsidR="00660758" w:rsidRPr="005051B8" w:rsidRDefault="00660758" w:rsidP="002F0FF9">
            <w:pPr>
              <w:pStyle w:val="06TEKSTWACIWY"/>
              <w:jc w:val="center"/>
              <w:rPr>
                <w:b/>
                <w:bCs/>
              </w:rPr>
            </w:pPr>
            <w:r w:rsidRPr="005051B8">
              <w:rPr>
                <w:b/>
                <w:bCs/>
              </w:rPr>
              <w:t>5</w:t>
            </w:r>
          </w:p>
        </w:tc>
      </w:tr>
      <w:tr w:rsidR="00660758" w:rsidRPr="00562D32" w14:paraId="4A800DBC" w14:textId="77777777" w:rsidTr="002F0FF9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4718007F" w14:textId="77777777" w:rsidR="00660758" w:rsidRPr="001E6943" w:rsidRDefault="00660758" w:rsidP="002F0FF9">
            <w:pPr>
              <w:pStyle w:val="06TEKSTWACIWY"/>
              <w:ind w:left="113" w:right="113"/>
              <w:jc w:val="center"/>
              <w:rPr>
                <w:b/>
                <w:bCs/>
                <w:sz w:val="21"/>
                <w:szCs w:val="21"/>
              </w:rPr>
            </w:pPr>
            <w:r w:rsidRPr="001E6943">
              <w:rPr>
                <w:b/>
                <w:bCs/>
                <w:sz w:val="21"/>
                <w:szCs w:val="21"/>
              </w:rPr>
              <w:t>Umiejętności</w:t>
            </w:r>
          </w:p>
        </w:tc>
        <w:tc>
          <w:tcPr>
            <w:tcW w:w="5386" w:type="dxa"/>
            <w:vAlign w:val="center"/>
          </w:tcPr>
          <w:p w14:paraId="7ED7D6F5" w14:textId="7CCDE0BD" w:rsidR="00660758" w:rsidRPr="00E73809" w:rsidRDefault="00EF3FBA" w:rsidP="00171CFC">
            <w:pPr>
              <w:pStyle w:val="06TEKSTWACIWY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Absolwent biegle zna, dobrze rozpoznaje i znakomicie umie posługiwać się wszystkimi gatunkami dziennikarskimi, adekwatnymi do potrzeb komunikacji medialnej, a także rozpoznaje i biegle wykorzystuje specyfikę komunikacji w nowych mediach oraz w</w:t>
            </w:r>
            <w:r w:rsidR="00BD3569">
              <w:rPr>
                <w:sz w:val="18"/>
                <w:szCs w:val="18"/>
              </w:rPr>
              <w:t> mediach społecznościowych</w:t>
            </w:r>
            <w:r w:rsidR="008F4E92">
              <w:rPr>
                <w:sz w:val="18"/>
                <w:szCs w:val="18"/>
              </w:rPr>
              <w:t>.</w:t>
            </w:r>
          </w:p>
        </w:tc>
        <w:tc>
          <w:tcPr>
            <w:tcW w:w="567" w:type="dxa"/>
            <w:vAlign w:val="center"/>
          </w:tcPr>
          <w:p w14:paraId="395E83F8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9F98A72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54130F2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0FFA594" w14:textId="77777777" w:rsidR="00660758" w:rsidRPr="001E6943" w:rsidRDefault="00660758" w:rsidP="002F0FF9">
            <w:pPr>
              <w:pStyle w:val="06TEKSTWACIWY"/>
              <w:jc w:val="center"/>
            </w:pPr>
          </w:p>
        </w:tc>
      </w:tr>
      <w:tr w:rsidR="00660758" w:rsidRPr="00562D32" w14:paraId="43EBE370" w14:textId="77777777" w:rsidTr="002F0FF9">
        <w:trPr>
          <w:jc w:val="center"/>
        </w:trPr>
        <w:tc>
          <w:tcPr>
            <w:tcW w:w="988" w:type="dxa"/>
            <w:vMerge/>
            <w:vAlign w:val="center"/>
          </w:tcPr>
          <w:p w14:paraId="2D9BBF83" w14:textId="77777777" w:rsidR="00660758" w:rsidRPr="001E6943" w:rsidRDefault="00660758" w:rsidP="002F0FF9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4B0ED2BD" w14:textId="35C3ACA8" w:rsidR="00660758" w:rsidRPr="00E73809" w:rsidRDefault="008F4E92" w:rsidP="00171CFC">
            <w:pPr>
              <w:pStyle w:val="06TEKSTWACIWY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Absolwent potrafi swobodnie i profesjonalnie wypowiadać się jako reprezentant instytucji i organizacji w mowie i na piśmie w różnych rodzajach mediów, w tym także w mediach społecznościowych.</w:t>
            </w:r>
          </w:p>
        </w:tc>
        <w:tc>
          <w:tcPr>
            <w:tcW w:w="567" w:type="dxa"/>
            <w:vAlign w:val="center"/>
          </w:tcPr>
          <w:p w14:paraId="12B787D0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5E1E04D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566A41D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DB2EAF1" w14:textId="77777777" w:rsidR="00660758" w:rsidRPr="001E6943" w:rsidRDefault="00660758" w:rsidP="002F0FF9">
            <w:pPr>
              <w:pStyle w:val="06TEKSTWACIWY"/>
              <w:jc w:val="center"/>
            </w:pPr>
          </w:p>
        </w:tc>
      </w:tr>
      <w:tr w:rsidR="00660758" w:rsidRPr="00562D32" w14:paraId="0B509425" w14:textId="77777777" w:rsidTr="002F0FF9">
        <w:trPr>
          <w:jc w:val="center"/>
        </w:trPr>
        <w:tc>
          <w:tcPr>
            <w:tcW w:w="988" w:type="dxa"/>
            <w:vMerge/>
            <w:vAlign w:val="center"/>
          </w:tcPr>
          <w:p w14:paraId="4B8108E4" w14:textId="77777777" w:rsidR="00660758" w:rsidRPr="001E6943" w:rsidRDefault="00660758" w:rsidP="002F0FF9">
            <w:pPr>
              <w:pStyle w:val="06TEKSTWACIWY"/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5386" w:type="dxa"/>
            <w:vAlign w:val="center"/>
          </w:tcPr>
          <w:p w14:paraId="303EFE6D" w14:textId="77F28F24" w:rsidR="00660758" w:rsidRPr="00E73809" w:rsidRDefault="008F4E92" w:rsidP="00171CFC">
            <w:pPr>
              <w:pStyle w:val="06TEKSTWACIWY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Absolwent opanowuje rozszerzone umiejętności z zakresu warsztatu mediów audiowizualnych, nowych mediów i mediów społecznościowych oraz tworzenia i odbioru przekazu medialnego.</w:t>
            </w:r>
          </w:p>
        </w:tc>
        <w:tc>
          <w:tcPr>
            <w:tcW w:w="567" w:type="dxa"/>
            <w:vAlign w:val="center"/>
          </w:tcPr>
          <w:p w14:paraId="7BB36F24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2DBBA639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2E4B300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AB3B5C1" w14:textId="77777777" w:rsidR="00660758" w:rsidRPr="001E6943" w:rsidRDefault="00660758" w:rsidP="002F0FF9">
            <w:pPr>
              <w:pStyle w:val="06TEKSTWACIWY"/>
              <w:jc w:val="center"/>
            </w:pPr>
          </w:p>
        </w:tc>
      </w:tr>
      <w:tr w:rsidR="00660758" w:rsidRPr="00562D32" w14:paraId="42F4E443" w14:textId="77777777" w:rsidTr="002F0FF9">
        <w:trPr>
          <w:jc w:val="center"/>
        </w:trPr>
        <w:tc>
          <w:tcPr>
            <w:tcW w:w="988" w:type="dxa"/>
            <w:vMerge w:val="restart"/>
            <w:textDirection w:val="btLr"/>
            <w:vAlign w:val="center"/>
          </w:tcPr>
          <w:p w14:paraId="65D16F1C" w14:textId="77777777" w:rsidR="00660758" w:rsidRPr="001E6943" w:rsidRDefault="00660758" w:rsidP="002F0FF9">
            <w:pPr>
              <w:pStyle w:val="06TEKSTWACIWY"/>
              <w:ind w:left="113" w:right="113"/>
              <w:jc w:val="center"/>
              <w:rPr>
                <w:b/>
                <w:bCs/>
                <w:sz w:val="21"/>
                <w:szCs w:val="21"/>
              </w:rPr>
            </w:pPr>
            <w:r w:rsidRPr="001E6943">
              <w:rPr>
                <w:b/>
                <w:bCs/>
                <w:sz w:val="21"/>
                <w:szCs w:val="21"/>
              </w:rPr>
              <w:t>Kompetencje</w:t>
            </w:r>
            <w:r w:rsidRPr="001E6943">
              <w:rPr>
                <w:b/>
                <w:bCs/>
                <w:sz w:val="21"/>
                <w:szCs w:val="21"/>
              </w:rPr>
              <w:br/>
              <w:t>społeczne</w:t>
            </w:r>
          </w:p>
        </w:tc>
        <w:tc>
          <w:tcPr>
            <w:tcW w:w="5386" w:type="dxa"/>
            <w:vAlign w:val="center"/>
          </w:tcPr>
          <w:p w14:paraId="2EA06AB3" w14:textId="489F77B6" w:rsidR="00660758" w:rsidRPr="00E73809" w:rsidRDefault="002869A7" w:rsidP="00171CFC">
            <w:pPr>
              <w:pStyle w:val="06TEKSTWACIWY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Absolwent ma głębokie przekonanie o sensie, wartości i potrzebie podejmowania działań komunikacyjnych w środowisku społecznym.</w:t>
            </w:r>
          </w:p>
        </w:tc>
        <w:tc>
          <w:tcPr>
            <w:tcW w:w="567" w:type="dxa"/>
            <w:vAlign w:val="center"/>
          </w:tcPr>
          <w:p w14:paraId="5B2A3396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D09E42B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F834E49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B5F52B5" w14:textId="77777777" w:rsidR="00660758" w:rsidRPr="001E6943" w:rsidRDefault="00660758" w:rsidP="002F0FF9">
            <w:pPr>
              <w:pStyle w:val="06TEKSTWACIWY"/>
              <w:jc w:val="center"/>
            </w:pPr>
          </w:p>
        </w:tc>
      </w:tr>
      <w:tr w:rsidR="00660758" w:rsidRPr="00562D32" w14:paraId="56276380" w14:textId="77777777" w:rsidTr="002F0FF9">
        <w:trPr>
          <w:jc w:val="center"/>
        </w:trPr>
        <w:tc>
          <w:tcPr>
            <w:tcW w:w="988" w:type="dxa"/>
            <w:vMerge/>
          </w:tcPr>
          <w:p w14:paraId="47E5B794" w14:textId="77777777" w:rsidR="00660758" w:rsidRPr="001E6943" w:rsidRDefault="00660758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52C08F6B" w14:textId="36B25AA1" w:rsidR="00660758" w:rsidRPr="00E73809" w:rsidRDefault="002869A7" w:rsidP="00171CFC">
            <w:pPr>
              <w:pStyle w:val="06TEKSTWACIWY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Absolwent jest gotowy do podejmowania wyzwań zawodowych.</w:t>
            </w:r>
          </w:p>
        </w:tc>
        <w:tc>
          <w:tcPr>
            <w:tcW w:w="567" w:type="dxa"/>
            <w:vAlign w:val="center"/>
          </w:tcPr>
          <w:p w14:paraId="404ACFDE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11542E1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77B3734C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A5B2857" w14:textId="77777777" w:rsidR="00660758" w:rsidRPr="001E6943" w:rsidRDefault="00660758" w:rsidP="002F0FF9">
            <w:pPr>
              <w:pStyle w:val="06TEKSTWACIWY"/>
              <w:jc w:val="center"/>
            </w:pPr>
          </w:p>
        </w:tc>
      </w:tr>
      <w:tr w:rsidR="00660758" w:rsidRPr="00562D32" w14:paraId="7BD691E8" w14:textId="77777777" w:rsidTr="002F0FF9">
        <w:trPr>
          <w:jc w:val="center"/>
        </w:trPr>
        <w:tc>
          <w:tcPr>
            <w:tcW w:w="988" w:type="dxa"/>
            <w:vMerge/>
          </w:tcPr>
          <w:p w14:paraId="402113CB" w14:textId="77777777" w:rsidR="00660758" w:rsidRPr="001E6943" w:rsidRDefault="00660758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50013AF8" w14:textId="69F94A54" w:rsidR="00660758" w:rsidRPr="00E73809" w:rsidRDefault="002869A7" w:rsidP="00171CFC">
            <w:pPr>
              <w:pStyle w:val="06TEKSTWACIWY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Absolwent wykazuje aktywność, podejmuje trud i odznacza się daleko posuniętą wytrwałością w realizacji indywidualnych i zespołowych działań profesjonalnych w zakresie komunikacji społecznej.</w:t>
            </w:r>
          </w:p>
        </w:tc>
        <w:tc>
          <w:tcPr>
            <w:tcW w:w="567" w:type="dxa"/>
            <w:vAlign w:val="center"/>
          </w:tcPr>
          <w:p w14:paraId="5A402F55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6B64B7A7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1E67177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09B9601" w14:textId="77777777" w:rsidR="00660758" w:rsidRPr="001E6943" w:rsidRDefault="00660758" w:rsidP="002F0FF9">
            <w:pPr>
              <w:pStyle w:val="06TEKSTWACIWY"/>
              <w:jc w:val="center"/>
            </w:pPr>
          </w:p>
        </w:tc>
      </w:tr>
      <w:tr w:rsidR="00660758" w:rsidRPr="00562D32" w14:paraId="0D9C54BA" w14:textId="77777777" w:rsidTr="002F0FF9">
        <w:trPr>
          <w:jc w:val="center"/>
        </w:trPr>
        <w:tc>
          <w:tcPr>
            <w:tcW w:w="988" w:type="dxa"/>
            <w:vMerge/>
          </w:tcPr>
          <w:p w14:paraId="71A8608C" w14:textId="77777777" w:rsidR="00660758" w:rsidRPr="001E6943" w:rsidRDefault="00660758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638CD105" w14:textId="6E17FD7F" w:rsidR="00660758" w:rsidRPr="00E73809" w:rsidRDefault="00300678" w:rsidP="00171CFC">
            <w:pPr>
              <w:pStyle w:val="06TEKSTWACIWY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Absolwent ponosi odpowiedzialność za powierzone zadania.</w:t>
            </w:r>
          </w:p>
        </w:tc>
        <w:tc>
          <w:tcPr>
            <w:tcW w:w="567" w:type="dxa"/>
            <w:vAlign w:val="center"/>
          </w:tcPr>
          <w:p w14:paraId="2C3B97E4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53ECEF6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59671A2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7922B85" w14:textId="77777777" w:rsidR="00660758" w:rsidRPr="001E6943" w:rsidRDefault="00660758" w:rsidP="002F0FF9">
            <w:pPr>
              <w:pStyle w:val="06TEKSTWACIWY"/>
              <w:jc w:val="center"/>
            </w:pPr>
          </w:p>
        </w:tc>
      </w:tr>
      <w:tr w:rsidR="00660758" w:rsidRPr="00562D32" w14:paraId="1689D09B" w14:textId="77777777" w:rsidTr="002F0FF9">
        <w:trPr>
          <w:jc w:val="center"/>
        </w:trPr>
        <w:tc>
          <w:tcPr>
            <w:tcW w:w="988" w:type="dxa"/>
            <w:vMerge/>
          </w:tcPr>
          <w:p w14:paraId="416B1B04" w14:textId="77777777" w:rsidR="00660758" w:rsidRPr="001E6943" w:rsidRDefault="00660758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44F8522D" w14:textId="3BBF1D87" w:rsidR="00660758" w:rsidRPr="00E73809" w:rsidRDefault="00300678" w:rsidP="00171CFC">
            <w:pPr>
              <w:pStyle w:val="06TEKSTWACIWY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Absolwent potrafi przekonywać współpracowników do swoich opinii.</w:t>
            </w:r>
          </w:p>
        </w:tc>
        <w:tc>
          <w:tcPr>
            <w:tcW w:w="567" w:type="dxa"/>
            <w:vAlign w:val="center"/>
          </w:tcPr>
          <w:p w14:paraId="05756D81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4F6A996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5D48A0E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45C0F528" w14:textId="77777777" w:rsidR="00660758" w:rsidRPr="001E6943" w:rsidRDefault="00660758" w:rsidP="002F0FF9">
            <w:pPr>
              <w:pStyle w:val="06TEKSTWACIWY"/>
              <w:jc w:val="center"/>
            </w:pPr>
          </w:p>
        </w:tc>
      </w:tr>
      <w:tr w:rsidR="00660758" w:rsidRPr="00562D32" w14:paraId="58F59B66" w14:textId="77777777" w:rsidTr="002F0FF9">
        <w:trPr>
          <w:jc w:val="center"/>
        </w:trPr>
        <w:tc>
          <w:tcPr>
            <w:tcW w:w="988" w:type="dxa"/>
            <w:vMerge/>
          </w:tcPr>
          <w:p w14:paraId="40149251" w14:textId="77777777" w:rsidR="00660758" w:rsidRPr="001E6943" w:rsidRDefault="00660758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703DF641" w14:textId="3F7AC11F" w:rsidR="00660758" w:rsidRPr="00E73809" w:rsidRDefault="00300678" w:rsidP="00171CFC">
            <w:pPr>
              <w:pStyle w:val="06TEKSTWACIWY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Absolwent wykazuje chęć zdobywania praktycznej wiedzy z zakresu kierunku studiów.</w:t>
            </w:r>
          </w:p>
        </w:tc>
        <w:tc>
          <w:tcPr>
            <w:tcW w:w="567" w:type="dxa"/>
            <w:vAlign w:val="center"/>
          </w:tcPr>
          <w:p w14:paraId="141D0ABC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9319029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D7441C5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00C0A58" w14:textId="77777777" w:rsidR="00660758" w:rsidRPr="001E6943" w:rsidRDefault="00660758" w:rsidP="002F0FF9">
            <w:pPr>
              <w:pStyle w:val="06TEKSTWACIWY"/>
              <w:jc w:val="center"/>
            </w:pPr>
          </w:p>
        </w:tc>
      </w:tr>
      <w:tr w:rsidR="00660758" w:rsidRPr="00562D32" w14:paraId="3FC5F252" w14:textId="77777777" w:rsidTr="002F0FF9">
        <w:trPr>
          <w:jc w:val="center"/>
        </w:trPr>
        <w:tc>
          <w:tcPr>
            <w:tcW w:w="988" w:type="dxa"/>
            <w:vMerge/>
          </w:tcPr>
          <w:p w14:paraId="61577231" w14:textId="77777777" w:rsidR="00660758" w:rsidRPr="001E6943" w:rsidRDefault="00660758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72C4AF58" w14:textId="5622922B" w:rsidR="00660758" w:rsidRPr="00E73809" w:rsidRDefault="00300678" w:rsidP="00171CFC">
            <w:pPr>
              <w:pStyle w:val="06TEKSTWACIWY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Absolwent wykazuje chęć podnoszenia swoich kwalifikacji zawodowych.</w:t>
            </w:r>
          </w:p>
        </w:tc>
        <w:tc>
          <w:tcPr>
            <w:tcW w:w="567" w:type="dxa"/>
            <w:vAlign w:val="center"/>
          </w:tcPr>
          <w:p w14:paraId="7E87B23C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36CD9DF6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931AB15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17CE765" w14:textId="77777777" w:rsidR="00660758" w:rsidRPr="001E6943" w:rsidRDefault="00660758" w:rsidP="002F0FF9">
            <w:pPr>
              <w:pStyle w:val="06TEKSTWACIWY"/>
              <w:jc w:val="center"/>
            </w:pPr>
          </w:p>
        </w:tc>
      </w:tr>
      <w:tr w:rsidR="00660758" w:rsidRPr="00562D32" w14:paraId="6C7073F3" w14:textId="77777777" w:rsidTr="002F0FF9">
        <w:trPr>
          <w:jc w:val="center"/>
        </w:trPr>
        <w:tc>
          <w:tcPr>
            <w:tcW w:w="988" w:type="dxa"/>
            <w:vMerge/>
          </w:tcPr>
          <w:p w14:paraId="27EE0B75" w14:textId="77777777" w:rsidR="00660758" w:rsidRPr="001E6943" w:rsidRDefault="00660758" w:rsidP="002F0FF9">
            <w:pPr>
              <w:pStyle w:val="06TEKSTWACIWY"/>
            </w:pPr>
          </w:p>
        </w:tc>
        <w:tc>
          <w:tcPr>
            <w:tcW w:w="5386" w:type="dxa"/>
            <w:vAlign w:val="center"/>
          </w:tcPr>
          <w:p w14:paraId="723A4EE8" w14:textId="5DD2B15C" w:rsidR="00660758" w:rsidRPr="00E73809" w:rsidRDefault="00300678" w:rsidP="00171CFC">
            <w:pPr>
              <w:pStyle w:val="06TEKSTWACIWY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Absolwent jest kreatywny w działaniu.</w:t>
            </w:r>
          </w:p>
        </w:tc>
        <w:tc>
          <w:tcPr>
            <w:tcW w:w="567" w:type="dxa"/>
            <w:vAlign w:val="center"/>
          </w:tcPr>
          <w:p w14:paraId="41F21E74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008731DE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5D90D070" w14:textId="77777777" w:rsidR="00660758" w:rsidRPr="001E6943" w:rsidRDefault="00660758" w:rsidP="002F0FF9">
            <w:pPr>
              <w:pStyle w:val="06TEKSTWACIWY"/>
              <w:jc w:val="center"/>
            </w:pPr>
          </w:p>
        </w:tc>
        <w:tc>
          <w:tcPr>
            <w:tcW w:w="567" w:type="dxa"/>
            <w:vAlign w:val="center"/>
          </w:tcPr>
          <w:p w14:paraId="17993AC6" w14:textId="77777777" w:rsidR="00660758" w:rsidRPr="001E6943" w:rsidRDefault="00660758" w:rsidP="002F0FF9">
            <w:pPr>
              <w:pStyle w:val="06TEKSTWACIWY"/>
              <w:jc w:val="center"/>
            </w:pPr>
          </w:p>
        </w:tc>
      </w:tr>
    </w:tbl>
    <w:p w14:paraId="311D300F" w14:textId="77777777" w:rsidR="00660758" w:rsidRPr="001E6943" w:rsidRDefault="00660758" w:rsidP="00660758">
      <w:pPr>
        <w:pStyle w:val="06TEKSTWACIWY"/>
        <w:tabs>
          <w:tab w:val="left" w:pos="567"/>
          <w:tab w:val="right" w:leader="dot" w:pos="3402"/>
          <w:tab w:val="left" w:pos="6005"/>
          <w:tab w:val="right" w:leader="dot" w:pos="8833"/>
        </w:tabs>
        <w:spacing w:before="600"/>
      </w:pPr>
      <w:r w:rsidRPr="001E6943">
        <w:rPr>
          <w:rFonts w:eastAsiaTheme="minorEastAsia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5B48DEDF" wp14:editId="159AF9EA">
                <wp:simplePos x="0" y="0"/>
                <wp:positionH relativeFrom="margin">
                  <wp:posOffset>396910</wp:posOffset>
                </wp:positionH>
                <wp:positionV relativeFrom="paragraph">
                  <wp:posOffset>351692</wp:posOffset>
                </wp:positionV>
                <wp:extent cx="1733340" cy="154904"/>
                <wp:effectExtent l="0" t="0" r="0" b="0"/>
                <wp:wrapNone/>
                <wp:docPr id="92634559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340" cy="1549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BD2279" w14:textId="77777777" w:rsidR="00660758" w:rsidRPr="00D40140" w:rsidRDefault="00660758" w:rsidP="00660758">
                            <w:pPr>
                              <w:pStyle w:val="06TEKSTWACIWY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3600" tIns="3600" rIns="3600" bIns="36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8DEDF" id="_x0000_s1165" type="#_x0000_t202" style="position:absolute;left:0;text-align:left;margin-left:31.25pt;margin-top:27.7pt;width:136.5pt;height:12.2pt;z-index:25200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" filled="f" stroked="f" strokeweight=".5pt">
                <v:textbox inset=".1mm,.1mm,.1mm,.1mm">
                  <w:txbxContent>
                    <w:p w14:paraId="1EBD2279" w14:textId="77777777" w:rsidR="00660758" w:rsidRPr="00D40140" w:rsidRDefault="00660758" w:rsidP="00660758">
                      <w:pPr>
                        <w:pStyle w:val="06TEKSTWACIWY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6943">
        <w:tab/>
      </w:r>
      <w:r w:rsidRPr="001E6943">
        <w:tab/>
      </w:r>
      <w:r w:rsidRPr="001E6943">
        <w:tab/>
      </w:r>
      <w:r w:rsidRPr="001E6943">
        <w:tab/>
      </w:r>
    </w:p>
    <w:p w14:paraId="130DBDD4" w14:textId="3455B964" w:rsidR="006E6253" w:rsidRDefault="00660758" w:rsidP="00A62042">
      <w:pPr>
        <w:pStyle w:val="06TEKSTWACIWY"/>
        <w:tabs>
          <w:tab w:val="center" w:pos="2002"/>
          <w:tab w:val="center" w:pos="7433"/>
        </w:tabs>
      </w:pPr>
      <w:r w:rsidRPr="001E6943">
        <w:rPr>
          <w:sz w:val="18"/>
          <w:szCs w:val="18"/>
        </w:rPr>
        <w:tab/>
      </w:r>
      <w:r>
        <w:rPr>
          <w:sz w:val="18"/>
          <w:szCs w:val="18"/>
        </w:rPr>
        <w:t>Miejscowość i data</w:t>
      </w:r>
      <w:r w:rsidRPr="001E6943">
        <w:rPr>
          <w:sz w:val="18"/>
          <w:szCs w:val="18"/>
        </w:rPr>
        <w:tab/>
        <w:t xml:space="preserve">Podpis </w:t>
      </w:r>
      <w:r>
        <w:rPr>
          <w:sz w:val="18"/>
          <w:szCs w:val="18"/>
        </w:rPr>
        <w:t xml:space="preserve">opiekuna praktyk </w:t>
      </w:r>
      <w:r w:rsidRPr="001E6943">
        <w:rPr>
          <w:sz w:val="18"/>
          <w:szCs w:val="18"/>
        </w:rPr>
        <w:t xml:space="preserve">i pieczęć </w:t>
      </w:r>
      <w:r>
        <w:rPr>
          <w:sz w:val="18"/>
          <w:szCs w:val="18"/>
        </w:rPr>
        <w:t>instytucji</w:t>
      </w:r>
    </w:p>
    <w:sectPr w:rsidR="006E6253" w:rsidSect="00A62042">
      <w:headerReference w:type="default" r:id="rId8"/>
      <w:footerReference w:type="default" r:id="rId9"/>
      <w:pgSz w:w="12240" w:h="15840"/>
      <w:pgMar w:top="1417" w:right="1417" w:bottom="1417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FB690F" w14:textId="77777777" w:rsidR="002A3271" w:rsidRDefault="002A3271" w:rsidP="00132E6F">
      <w:pPr>
        <w:spacing w:after="0" w:line="240" w:lineRule="auto"/>
      </w:pPr>
      <w:r>
        <w:separator/>
      </w:r>
    </w:p>
  </w:endnote>
  <w:endnote w:type="continuationSeparator" w:id="0">
    <w:p w14:paraId="00CAC162" w14:textId="77777777" w:rsidR="002A3271" w:rsidRDefault="002A3271" w:rsidP="00132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BECF76" w14:textId="77777777" w:rsidR="00132E6F" w:rsidRDefault="00132E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FDCEA0" w14:textId="77777777" w:rsidR="002A3271" w:rsidRDefault="002A3271" w:rsidP="00132E6F">
      <w:pPr>
        <w:spacing w:after="0" w:line="240" w:lineRule="auto"/>
      </w:pPr>
      <w:r>
        <w:separator/>
      </w:r>
    </w:p>
  </w:footnote>
  <w:footnote w:type="continuationSeparator" w:id="0">
    <w:p w14:paraId="6091E24A" w14:textId="77777777" w:rsidR="002A3271" w:rsidRDefault="002A3271" w:rsidP="00132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B738EC" w14:textId="77777777" w:rsidR="00132E6F" w:rsidRDefault="00132E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1E0BAE"/>
    <w:multiLevelType w:val="multilevel"/>
    <w:tmpl w:val="72186C1E"/>
    <w:lvl w:ilvl="0">
      <w:start w:val="1"/>
      <w:numFmt w:val="decimal"/>
      <w:pStyle w:val="07b-listaalfabetyczn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2FDC5A67"/>
    <w:multiLevelType w:val="multilevel"/>
    <w:tmpl w:val="D108D996"/>
    <w:lvl w:ilvl="0">
      <w:start w:val="1"/>
      <w:numFmt w:val="bullet"/>
      <w:pStyle w:val="07listawypunktowan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C90E11"/>
    <w:multiLevelType w:val="multilevel"/>
    <w:tmpl w:val="98BC121C"/>
    <w:lvl w:ilvl="0">
      <w:start w:val="1"/>
      <w:numFmt w:val="decimal"/>
      <w:pStyle w:val="08-listanumerowan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FB10772"/>
    <w:multiLevelType w:val="multilevel"/>
    <w:tmpl w:val="717C2E08"/>
    <w:lvl w:ilvl="0">
      <w:start w:val="1"/>
      <w:numFmt w:val="decimal"/>
      <w:pStyle w:val="07a-listanumerowan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5A850B5"/>
    <w:multiLevelType w:val="hybridMultilevel"/>
    <w:tmpl w:val="284EBC9A"/>
    <w:lvl w:ilvl="0" w:tplc="E2CC595C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9568FA"/>
    <w:multiLevelType w:val="multilevel"/>
    <w:tmpl w:val="2A04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C941E2"/>
    <w:multiLevelType w:val="multilevel"/>
    <w:tmpl w:val="7590A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9010028">
    <w:abstractNumId w:val="8"/>
  </w:num>
  <w:num w:numId="2" w16cid:durableId="1413701948">
    <w:abstractNumId w:val="6"/>
  </w:num>
  <w:num w:numId="3" w16cid:durableId="473446926">
    <w:abstractNumId w:val="5"/>
  </w:num>
  <w:num w:numId="4" w16cid:durableId="1477186803">
    <w:abstractNumId w:val="4"/>
  </w:num>
  <w:num w:numId="5" w16cid:durableId="597719877">
    <w:abstractNumId w:val="7"/>
  </w:num>
  <w:num w:numId="6" w16cid:durableId="724448100">
    <w:abstractNumId w:val="3"/>
  </w:num>
  <w:num w:numId="7" w16cid:durableId="2052263251">
    <w:abstractNumId w:val="2"/>
  </w:num>
  <w:num w:numId="8" w16cid:durableId="886995076">
    <w:abstractNumId w:val="1"/>
  </w:num>
  <w:num w:numId="9" w16cid:durableId="1851335285">
    <w:abstractNumId w:val="0"/>
  </w:num>
  <w:num w:numId="10" w16cid:durableId="1558740377">
    <w:abstractNumId w:val="10"/>
  </w:num>
  <w:num w:numId="11" w16cid:durableId="512261236">
    <w:abstractNumId w:val="14"/>
  </w:num>
  <w:num w:numId="12" w16cid:durableId="388916352">
    <w:abstractNumId w:val="15"/>
  </w:num>
  <w:num w:numId="13" w16cid:durableId="1705908167">
    <w:abstractNumId w:val="12"/>
  </w:num>
  <w:num w:numId="14" w16cid:durableId="578907128">
    <w:abstractNumId w:val="13"/>
  </w:num>
  <w:num w:numId="15" w16cid:durableId="177472466">
    <w:abstractNumId w:val="11"/>
  </w:num>
  <w:num w:numId="16" w16cid:durableId="20356182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823945">
    <w:abstractNumId w:val="9"/>
  </w:num>
  <w:num w:numId="18" w16cid:durableId="2342480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514382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037468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131921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512309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3655767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794667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5FD"/>
    <w:rsid w:val="00010FE3"/>
    <w:rsid w:val="000241B8"/>
    <w:rsid w:val="00024656"/>
    <w:rsid w:val="00034616"/>
    <w:rsid w:val="00051AB2"/>
    <w:rsid w:val="0006063C"/>
    <w:rsid w:val="0006096C"/>
    <w:rsid w:val="000625BC"/>
    <w:rsid w:val="0008021E"/>
    <w:rsid w:val="000850AF"/>
    <w:rsid w:val="000A03BF"/>
    <w:rsid w:val="000A547D"/>
    <w:rsid w:val="000A7057"/>
    <w:rsid w:val="000A7AF7"/>
    <w:rsid w:val="000B3865"/>
    <w:rsid w:val="000C14D2"/>
    <w:rsid w:val="000C1A5E"/>
    <w:rsid w:val="000C7C3C"/>
    <w:rsid w:val="000E1E1B"/>
    <w:rsid w:val="000E3028"/>
    <w:rsid w:val="000E3058"/>
    <w:rsid w:val="000E672E"/>
    <w:rsid w:val="000E70BE"/>
    <w:rsid w:val="001161B5"/>
    <w:rsid w:val="00123511"/>
    <w:rsid w:val="00127CE0"/>
    <w:rsid w:val="00132E6F"/>
    <w:rsid w:val="00137359"/>
    <w:rsid w:val="0015074B"/>
    <w:rsid w:val="00156F8F"/>
    <w:rsid w:val="00164A37"/>
    <w:rsid w:val="00166F38"/>
    <w:rsid w:val="00171CFC"/>
    <w:rsid w:val="001866C8"/>
    <w:rsid w:val="001D0AF3"/>
    <w:rsid w:val="001E6943"/>
    <w:rsid w:val="00213F86"/>
    <w:rsid w:val="00223B28"/>
    <w:rsid w:val="00226BC9"/>
    <w:rsid w:val="002428C9"/>
    <w:rsid w:val="002439E0"/>
    <w:rsid w:val="0024540A"/>
    <w:rsid w:val="0025026A"/>
    <w:rsid w:val="0026428F"/>
    <w:rsid w:val="00265FC1"/>
    <w:rsid w:val="00271202"/>
    <w:rsid w:val="002744DA"/>
    <w:rsid w:val="002869A7"/>
    <w:rsid w:val="00291218"/>
    <w:rsid w:val="0029275D"/>
    <w:rsid w:val="002962FC"/>
    <w:rsid w:val="0029639D"/>
    <w:rsid w:val="002A23AC"/>
    <w:rsid w:val="002A3271"/>
    <w:rsid w:val="002B0D37"/>
    <w:rsid w:val="002B3704"/>
    <w:rsid w:val="002B43B2"/>
    <w:rsid w:val="002B63D9"/>
    <w:rsid w:val="002D345F"/>
    <w:rsid w:val="00300678"/>
    <w:rsid w:val="00302D27"/>
    <w:rsid w:val="00306C18"/>
    <w:rsid w:val="00326F90"/>
    <w:rsid w:val="00352E29"/>
    <w:rsid w:val="0037033D"/>
    <w:rsid w:val="003E4A43"/>
    <w:rsid w:val="003F07B3"/>
    <w:rsid w:val="00411799"/>
    <w:rsid w:val="0041262C"/>
    <w:rsid w:val="004176AB"/>
    <w:rsid w:val="00425B73"/>
    <w:rsid w:val="00432237"/>
    <w:rsid w:val="00443B07"/>
    <w:rsid w:val="00446961"/>
    <w:rsid w:val="00450C60"/>
    <w:rsid w:val="0045574A"/>
    <w:rsid w:val="00466F10"/>
    <w:rsid w:val="00483190"/>
    <w:rsid w:val="00487F63"/>
    <w:rsid w:val="00493893"/>
    <w:rsid w:val="004A09D1"/>
    <w:rsid w:val="004B4486"/>
    <w:rsid w:val="004E6E64"/>
    <w:rsid w:val="004F23D4"/>
    <w:rsid w:val="004F5AE6"/>
    <w:rsid w:val="005051B8"/>
    <w:rsid w:val="00520A95"/>
    <w:rsid w:val="0053732F"/>
    <w:rsid w:val="005422A0"/>
    <w:rsid w:val="00547302"/>
    <w:rsid w:val="00562D32"/>
    <w:rsid w:val="005B61FF"/>
    <w:rsid w:val="005E40AC"/>
    <w:rsid w:val="005F1CD6"/>
    <w:rsid w:val="005F28D8"/>
    <w:rsid w:val="005F5F90"/>
    <w:rsid w:val="006252E6"/>
    <w:rsid w:val="006255A4"/>
    <w:rsid w:val="00626040"/>
    <w:rsid w:val="00632009"/>
    <w:rsid w:val="00647FA1"/>
    <w:rsid w:val="006601C1"/>
    <w:rsid w:val="00660758"/>
    <w:rsid w:val="00672D78"/>
    <w:rsid w:val="006749AD"/>
    <w:rsid w:val="00685D54"/>
    <w:rsid w:val="00693EFB"/>
    <w:rsid w:val="006A1DB3"/>
    <w:rsid w:val="006A2B52"/>
    <w:rsid w:val="006A31C6"/>
    <w:rsid w:val="006B5738"/>
    <w:rsid w:val="006B613A"/>
    <w:rsid w:val="006C49D7"/>
    <w:rsid w:val="006E6253"/>
    <w:rsid w:val="006E6E79"/>
    <w:rsid w:val="006F0ABE"/>
    <w:rsid w:val="007004A0"/>
    <w:rsid w:val="00704C1B"/>
    <w:rsid w:val="00720556"/>
    <w:rsid w:val="00763D2C"/>
    <w:rsid w:val="0076474C"/>
    <w:rsid w:val="00775FB8"/>
    <w:rsid w:val="00777549"/>
    <w:rsid w:val="007921CE"/>
    <w:rsid w:val="00792954"/>
    <w:rsid w:val="00794F61"/>
    <w:rsid w:val="007D36D1"/>
    <w:rsid w:val="007D4480"/>
    <w:rsid w:val="007D4B6F"/>
    <w:rsid w:val="008033A6"/>
    <w:rsid w:val="00806F7B"/>
    <w:rsid w:val="00824C4B"/>
    <w:rsid w:val="00824C57"/>
    <w:rsid w:val="0084709A"/>
    <w:rsid w:val="00847652"/>
    <w:rsid w:val="008854CA"/>
    <w:rsid w:val="008A7103"/>
    <w:rsid w:val="008C11ED"/>
    <w:rsid w:val="008F4E92"/>
    <w:rsid w:val="00904C7C"/>
    <w:rsid w:val="00906037"/>
    <w:rsid w:val="00911307"/>
    <w:rsid w:val="0091308F"/>
    <w:rsid w:val="00914EE2"/>
    <w:rsid w:val="00916FEA"/>
    <w:rsid w:val="00921D84"/>
    <w:rsid w:val="0093255B"/>
    <w:rsid w:val="009361E3"/>
    <w:rsid w:val="009361EC"/>
    <w:rsid w:val="0096302F"/>
    <w:rsid w:val="00973378"/>
    <w:rsid w:val="00992542"/>
    <w:rsid w:val="009935BB"/>
    <w:rsid w:val="009A2B5B"/>
    <w:rsid w:val="009D71F7"/>
    <w:rsid w:val="009F12E7"/>
    <w:rsid w:val="00A01893"/>
    <w:rsid w:val="00A12FEA"/>
    <w:rsid w:val="00A30530"/>
    <w:rsid w:val="00A45840"/>
    <w:rsid w:val="00A57FE4"/>
    <w:rsid w:val="00A61F26"/>
    <w:rsid w:val="00A62042"/>
    <w:rsid w:val="00A65B6E"/>
    <w:rsid w:val="00A834BE"/>
    <w:rsid w:val="00A83532"/>
    <w:rsid w:val="00A86A76"/>
    <w:rsid w:val="00A9765F"/>
    <w:rsid w:val="00AA1D8D"/>
    <w:rsid w:val="00AA2E59"/>
    <w:rsid w:val="00AA3BE6"/>
    <w:rsid w:val="00AB43C9"/>
    <w:rsid w:val="00AF2CAB"/>
    <w:rsid w:val="00B029C9"/>
    <w:rsid w:val="00B066E6"/>
    <w:rsid w:val="00B0783F"/>
    <w:rsid w:val="00B20652"/>
    <w:rsid w:val="00B25369"/>
    <w:rsid w:val="00B321E8"/>
    <w:rsid w:val="00B37189"/>
    <w:rsid w:val="00B47730"/>
    <w:rsid w:val="00B54269"/>
    <w:rsid w:val="00B54DC1"/>
    <w:rsid w:val="00B6769D"/>
    <w:rsid w:val="00BD3569"/>
    <w:rsid w:val="00C13FC6"/>
    <w:rsid w:val="00C42AB5"/>
    <w:rsid w:val="00C510C4"/>
    <w:rsid w:val="00C5331D"/>
    <w:rsid w:val="00C55B08"/>
    <w:rsid w:val="00C81286"/>
    <w:rsid w:val="00C948AA"/>
    <w:rsid w:val="00C9739E"/>
    <w:rsid w:val="00CA0780"/>
    <w:rsid w:val="00CA5810"/>
    <w:rsid w:val="00CA6926"/>
    <w:rsid w:val="00CB0664"/>
    <w:rsid w:val="00CB5068"/>
    <w:rsid w:val="00CB7CBC"/>
    <w:rsid w:val="00CE3D1B"/>
    <w:rsid w:val="00CE618E"/>
    <w:rsid w:val="00D25D99"/>
    <w:rsid w:val="00D40140"/>
    <w:rsid w:val="00D61736"/>
    <w:rsid w:val="00D67016"/>
    <w:rsid w:val="00D76B46"/>
    <w:rsid w:val="00D77C71"/>
    <w:rsid w:val="00D93927"/>
    <w:rsid w:val="00D93EB0"/>
    <w:rsid w:val="00D944A3"/>
    <w:rsid w:val="00DA3F3D"/>
    <w:rsid w:val="00DC03A0"/>
    <w:rsid w:val="00DC09E5"/>
    <w:rsid w:val="00DE4714"/>
    <w:rsid w:val="00E10679"/>
    <w:rsid w:val="00E3788C"/>
    <w:rsid w:val="00E530C3"/>
    <w:rsid w:val="00E73809"/>
    <w:rsid w:val="00E80F5E"/>
    <w:rsid w:val="00EA624B"/>
    <w:rsid w:val="00EA6C6D"/>
    <w:rsid w:val="00EA7A07"/>
    <w:rsid w:val="00EC44D1"/>
    <w:rsid w:val="00ED7741"/>
    <w:rsid w:val="00EF3770"/>
    <w:rsid w:val="00EF3FBA"/>
    <w:rsid w:val="00F12053"/>
    <w:rsid w:val="00F14129"/>
    <w:rsid w:val="00F37E62"/>
    <w:rsid w:val="00F4004E"/>
    <w:rsid w:val="00F44857"/>
    <w:rsid w:val="00F57A52"/>
    <w:rsid w:val="00F722DD"/>
    <w:rsid w:val="00F72781"/>
    <w:rsid w:val="00F75315"/>
    <w:rsid w:val="00F75880"/>
    <w:rsid w:val="00F83721"/>
    <w:rsid w:val="00F8427C"/>
    <w:rsid w:val="00FA3E31"/>
    <w:rsid w:val="00FA5CAE"/>
    <w:rsid w:val="00FC2F46"/>
    <w:rsid w:val="00FC693F"/>
    <w:rsid w:val="00FD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F49BED"/>
  <w14:defaultImageDpi w14:val="300"/>
  <w15:docId w15:val="{86C33F1D-7E18-D44A-8A43-99B8CD0BA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01tytugwnydokumentu">
    <w:name w:val="*01. tytuł główny dokumentu"/>
    <w:basedOn w:val="Normalny"/>
    <w:link w:val="01tytugwnydokumentuZnak"/>
    <w:qFormat/>
    <w:rsid w:val="00265FC1"/>
    <w:pPr>
      <w:keepNext/>
      <w:keepLines/>
      <w:spacing w:before="360" w:after="0" w:line="240" w:lineRule="auto"/>
      <w:jc w:val="center"/>
    </w:pPr>
    <w:rPr>
      <w:rFonts w:ascii="Times New Roman" w:eastAsiaTheme="minorHAnsi" w:hAnsi="Times New Roman" w:cs="Times New Roman"/>
      <w:b/>
      <w:bCs/>
      <w:caps/>
      <w:kern w:val="2"/>
      <w:sz w:val="36"/>
      <w:szCs w:val="28"/>
      <w:lang w:val="pl-PL"/>
      <w14:ligatures w14:val="standardContextual"/>
    </w:rPr>
  </w:style>
  <w:style w:type="character" w:customStyle="1" w:styleId="01tytugwnydokumentuZnak">
    <w:name w:val="*01. tytuł główny dokumentu Znak"/>
    <w:basedOn w:val="Domylnaczcionkaakapitu"/>
    <w:link w:val="01tytugwnydokumentu"/>
    <w:rsid w:val="00265FC1"/>
    <w:rPr>
      <w:rFonts w:ascii="Times New Roman" w:eastAsiaTheme="minorHAnsi" w:hAnsi="Times New Roman" w:cs="Times New Roman"/>
      <w:b/>
      <w:bCs/>
      <w:caps/>
      <w:kern w:val="2"/>
      <w:sz w:val="36"/>
      <w:szCs w:val="28"/>
      <w:lang w:val="pl-PL"/>
      <w14:ligatures w14:val="standardContextual"/>
    </w:rPr>
  </w:style>
  <w:style w:type="paragraph" w:customStyle="1" w:styleId="06TEKSTWACIWY">
    <w:name w:val="*06. TEKST WŁAŚCIWY"/>
    <w:basedOn w:val="Normalny"/>
    <w:link w:val="06TEKSTWACIWYZnak"/>
    <w:qFormat/>
    <w:rsid w:val="0076474C"/>
    <w:pPr>
      <w:spacing w:after="0" w:line="240" w:lineRule="auto"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6TEKSTWACIWYZnak">
    <w:name w:val="*06. TEKST WŁAŚCIWY Znak"/>
    <w:basedOn w:val="Domylnaczcionkaakapitu"/>
    <w:link w:val="06TEKSTWACIWY"/>
    <w:rsid w:val="0076474C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2podtytudokumentu">
    <w:name w:val="*02. podtytuł dokumentu"/>
    <w:basedOn w:val="Normalny"/>
    <w:link w:val="02podtytudokumentuZnak"/>
    <w:qFormat/>
    <w:rsid w:val="00265FC1"/>
    <w:pPr>
      <w:keepNext/>
      <w:keepLines/>
      <w:spacing w:before="60" w:after="60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32"/>
      <w:szCs w:val="24"/>
      <w:lang w:val="pl-PL"/>
      <w14:ligatures w14:val="standardContextual"/>
    </w:rPr>
  </w:style>
  <w:style w:type="character" w:customStyle="1" w:styleId="02podtytudokumentuZnak">
    <w:name w:val="*02. podtytuł dokumentu Znak"/>
    <w:basedOn w:val="Domylnaczcionkaakapitu"/>
    <w:link w:val="02podtytudokumentu"/>
    <w:rsid w:val="00265FC1"/>
    <w:rPr>
      <w:rFonts w:ascii="Times New Roman" w:eastAsiaTheme="minorHAnsi" w:hAnsi="Times New Roman" w:cs="Times New Roman"/>
      <w:b/>
      <w:bCs/>
      <w:kern w:val="2"/>
      <w:sz w:val="32"/>
      <w:szCs w:val="24"/>
      <w:lang w:val="pl-PL"/>
      <w14:ligatures w14:val="standardContextual"/>
    </w:rPr>
  </w:style>
  <w:style w:type="paragraph" w:customStyle="1" w:styleId="10podpis">
    <w:name w:val="*10. podpis"/>
    <w:basedOn w:val="Normalny"/>
    <w:link w:val="10podpisZnak"/>
    <w:qFormat/>
    <w:rsid w:val="00265FC1"/>
    <w:pPr>
      <w:keepNext/>
      <w:keepLines/>
      <w:tabs>
        <w:tab w:val="center" w:pos="6804"/>
      </w:tabs>
      <w:spacing w:before="720" w:after="0" w:line="240" w:lineRule="auto"/>
    </w:pPr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character" w:customStyle="1" w:styleId="10podpisZnak">
    <w:name w:val="*10. podpis Znak"/>
    <w:basedOn w:val="Domylnaczcionkaakapitu"/>
    <w:link w:val="10podpis"/>
    <w:rsid w:val="00265FC1"/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paragraph" w:customStyle="1" w:styleId="03nagwekgwnywdokumencie">
    <w:name w:val="*03. nagłówek główny w dokumencie"/>
    <w:basedOn w:val="Normalny"/>
    <w:link w:val="03nagwekgwnywdokumencieZnak"/>
    <w:qFormat/>
    <w:rsid w:val="00265FC1"/>
    <w:pPr>
      <w:keepNext/>
      <w:keepLines/>
      <w:spacing w:before="360" w:after="24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32"/>
      <w:szCs w:val="28"/>
      <w:lang w:val="pl-PL"/>
      <w14:ligatures w14:val="standardContextual"/>
    </w:rPr>
  </w:style>
  <w:style w:type="character" w:customStyle="1" w:styleId="03nagwekgwnywdokumencieZnak">
    <w:name w:val="*03. nagłówek główny w dokumencie Znak"/>
    <w:basedOn w:val="Domylnaczcionkaakapitu"/>
    <w:link w:val="03nagwekgwnywdokumencie"/>
    <w:rsid w:val="00265FC1"/>
    <w:rPr>
      <w:rFonts w:ascii="Times New Roman" w:eastAsiaTheme="minorHAnsi" w:hAnsi="Times New Roman" w:cs="Times New Roman"/>
      <w:b/>
      <w:bCs/>
      <w:kern w:val="2"/>
      <w:sz w:val="32"/>
      <w:szCs w:val="28"/>
      <w:lang w:val="pl-PL"/>
      <w14:ligatures w14:val="standardContextual"/>
    </w:rPr>
  </w:style>
  <w:style w:type="paragraph" w:customStyle="1" w:styleId="09tabela-tekst">
    <w:name w:val="*09 tabela - tekst"/>
    <w:basedOn w:val="08tabel-nagwek"/>
    <w:link w:val="09tabela-tekstZnak"/>
    <w:qFormat/>
    <w:rsid w:val="00265FC1"/>
    <w:pPr>
      <w:jc w:val="left"/>
    </w:pPr>
    <w:rPr>
      <w:b w:val="0"/>
      <w:bCs w:val="0"/>
      <w:sz w:val="24"/>
      <w:szCs w:val="24"/>
    </w:rPr>
  </w:style>
  <w:style w:type="paragraph" w:customStyle="1" w:styleId="07listawypunktowana">
    <w:name w:val="*07. lista wypunktowana"/>
    <w:basedOn w:val="Normalny"/>
    <w:link w:val="07listawypunktowanaZnak"/>
    <w:qFormat/>
    <w:rsid w:val="00265FC1"/>
    <w:pPr>
      <w:numPr>
        <w:numId w:val="10"/>
      </w:numPr>
      <w:spacing w:after="12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7listawypunktowanaZnak">
    <w:name w:val="*07. lista wypunktowana Znak"/>
    <w:basedOn w:val="Domylnaczcionkaakapitu"/>
    <w:link w:val="07listawypunkt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9tabela-tekstZnak">
    <w:name w:val="*09 tabela - tekst Znak"/>
    <w:basedOn w:val="08tabel-nagwekZnak"/>
    <w:link w:val="09tabela-tekst"/>
    <w:rsid w:val="00265FC1"/>
    <w:rPr>
      <w:rFonts w:ascii="Times New Roman" w:eastAsiaTheme="minorHAnsi" w:hAnsi="Times New Roman" w:cs="Times New Roman"/>
      <w:b w:val="0"/>
      <w:bCs w:val="0"/>
      <w:kern w:val="2"/>
      <w:sz w:val="24"/>
      <w:szCs w:val="24"/>
      <w:lang w:val="pl-PL"/>
      <w14:ligatures w14:val="standardContextual"/>
    </w:rPr>
  </w:style>
  <w:style w:type="paragraph" w:customStyle="1" w:styleId="04nagwekpodrzdnydogwnego">
    <w:name w:val="*04. nagłówek podrzędny do głównego"/>
    <w:basedOn w:val="Normalny"/>
    <w:link w:val="04nagwekpodrzdnydogwnegoZnak"/>
    <w:qFormat/>
    <w:rsid w:val="00265FC1"/>
    <w:pPr>
      <w:keepNext/>
      <w:keepLines/>
      <w:spacing w:before="360" w:after="24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4"/>
      <w:lang w:val="pl-PL"/>
      <w14:ligatures w14:val="standardContextual"/>
    </w:rPr>
  </w:style>
  <w:style w:type="character" w:customStyle="1" w:styleId="04nagwekpodrzdnydogwnegoZnak">
    <w:name w:val="*04. nagłówek podrzędny do głównego Znak"/>
    <w:basedOn w:val="Domylnaczcionkaakapitu"/>
    <w:link w:val="04nagwekpodrzdnydogwnego"/>
    <w:rsid w:val="00265FC1"/>
    <w:rPr>
      <w:rFonts w:ascii="Times New Roman" w:eastAsiaTheme="minorHAnsi" w:hAnsi="Times New Roman" w:cs="Times New Roman"/>
      <w:b/>
      <w:bCs/>
      <w:kern w:val="2"/>
      <w:sz w:val="28"/>
      <w:szCs w:val="24"/>
      <w:lang w:val="pl-PL"/>
      <w14:ligatures w14:val="standardContextual"/>
    </w:rPr>
  </w:style>
  <w:style w:type="paragraph" w:customStyle="1" w:styleId="05nagwekpodpodrzdnydopodrzdnego">
    <w:name w:val="*05. nagłówek podpodrzędny do podrzędnego"/>
    <w:link w:val="05nagwekpodpodrzdnydopodrzdnegoZnak"/>
    <w:qFormat/>
    <w:rsid w:val="00265FC1"/>
    <w:pPr>
      <w:keepNext/>
      <w:keepLines/>
      <w:spacing w:before="240" w:after="120" w:line="240" w:lineRule="auto"/>
      <w:contextualSpacing/>
      <w:jc w:val="center"/>
    </w:pPr>
    <w:rPr>
      <w:rFonts w:ascii="Times New Roman" w:eastAsiaTheme="minorHAnsi" w:hAnsi="Times New Roman" w:cs="Times New Roman"/>
      <w:b/>
      <w:bCs/>
      <w:kern w:val="2"/>
      <w:sz w:val="24"/>
      <w:szCs w:val="24"/>
      <w:lang w:val="pl-PL"/>
      <w14:ligatures w14:val="standardContextual"/>
    </w:rPr>
  </w:style>
  <w:style w:type="character" w:customStyle="1" w:styleId="05nagwekpodpodrzdnydopodrzdnegoZnak">
    <w:name w:val="*05. nagłówek podpodrzędny do podrzędnego Znak"/>
    <w:basedOn w:val="04nagwekpodrzdnydogwnegoZnak"/>
    <w:link w:val="05nagwekpodpodrzdnydopodrzdnego"/>
    <w:rsid w:val="00265FC1"/>
    <w:rPr>
      <w:rFonts w:ascii="Times New Roman" w:eastAsiaTheme="minorHAnsi" w:hAnsi="Times New Roman" w:cs="Times New Roman"/>
      <w:b/>
      <w:bCs/>
      <w:kern w:val="2"/>
      <w:sz w:val="24"/>
      <w:szCs w:val="24"/>
      <w:lang w:val="pl-PL"/>
      <w14:ligatures w14:val="standardContextual"/>
    </w:rPr>
  </w:style>
  <w:style w:type="paragraph" w:customStyle="1" w:styleId="08tabel-nagwek">
    <w:name w:val="*08. tabel - nagłówek"/>
    <w:basedOn w:val="Normalny"/>
    <w:link w:val="08tabel-nagwekZnak"/>
    <w:qFormat/>
    <w:rsid w:val="00265FC1"/>
    <w:pPr>
      <w:spacing w:after="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character" w:customStyle="1" w:styleId="08tabel-nagwekZnak">
    <w:name w:val="*08. tabel - nagłówek Znak"/>
    <w:basedOn w:val="Domylnaczcionkaakapitu"/>
    <w:link w:val="08tabel-nagwek"/>
    <w:rsid w:val="00265FC1"/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paragraph" w:customStyle="1" w:styleId="07a-listanumerowana">
    <w:name w:val="*07a - lista numerowana"/>
    <w:link w:val="07a-listanumerowanaZnak"/>
    <w:qFormat/>
    <w:rsid w:val="00265FC1"/>
    <w:pPr>
      <w:numPr>
        <w:numId w:val="13"/>
      </w:numPr>
      <w:spacing w:after="0" w:line="240" w:lineRule="auto"/>
      <w:ind w:left="357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7a-listanumerowanaZnak">
    <w:name w:val="*07a - lista numerowana Znak"/>
    <w:basedOn w:val="Domylnaczcionkaakapitu"/>
    <w:link w:val="07a-listanumer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7b-listaalfabetyczna">
    <w:name w:val="*07b - lista alfabetyczna"/>
    <w:qFormat/>
    <w:rsid w:val="00265FC1"/>
    <w:pPr>
      <w:numPr>
        <w:numId w:val="17"/>
      </w:numPr>
      <w:spacing w:after="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12podpis">
    <w:name w:val="*12. podpis"/>
    <w:basedOn w:val="Normalny"/>
    <w:link w:val="12podpisZnak"/>
    <w:qFormat/>
    <w:rsid w:val="00265FC1"/>
    <w:pPr>
      <w:keepNext/>
      <w:keepLines/>
      <w:tabs>
        <w:tab w:val="center" w:pos="6804"/>
      </w:tabs>
      <w:spacing w:before="720" w:after="0" w:line="240" w:lineRule="auto"/>
    </w:pPr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character" w:customStyle="1" w:styleId="12podpisZnak">
    <w:name w:val="*12. podpis Znak"/>
    <w:basedOn w:val="Domylnaczcionkaakapitu"/>
    <w:link w:val="12podpis"/>
    <w:rsid w:val="00265FC1"/>
    <w:rPr>
      <w:rFonts w:ascii="Times New Roman" w:eastAsiaTheme="minorHAnsi" w:hAnsi="Times New Roman" w:cs="Times New Roman"/>
      <w:i/>
      <w:iCs/>
      <w:kern w:val="2"/>
      <w:sz w:val="24"/>
      <w:szCs w:val="24"/>
      <w:lang w:val="pl-PL"/>
      <w14:ligatures w14:val="standardContextual"/>
    </w:rPr>
  </w:style>
  <w:style w:type="paragraph" w:customStyle="1" w:styleId="11tabela-tekst">
    <w:name w:val="*11 tabela - tekst"/>
    <w:basedOn w:val="10tabel-nagwek"/>
    <w:link w:val="11tabela-tekstZnak"/>
    <w:qFormat/>
    <w:rsid w:val="00265FC1"/>
    <w:pPr>
      <w:jc w:val="left"/>
    </w:pPr>
    <w:rPr>
      <w:b w:val="0"/>
      <w:bCs w:val="0"/>
      <w:sz w:val="24"/>
      <w:szCs w:val="24"/>
    </w:rPr>
  </w:style>
  <w:style w:type="character" w:customStyle="1" w:styleId="11tabela-tekstZnak">
    <w:name w:val="*11 tabela - tekst Znak"/>
    <w:basedOn w:val="10tabel-nagwekZnak"/>
    <w:link w:val="11tabela-tekst"/>
    <w:rsid w:val="00265FC1"/>
    <w:rPr>
      <w:rFonts w:ascii="Times New Roman" w:eastAsiaTheme="minorHAnsi" w:hAnsi="Times New Roman" w:cs="Times New Roman"/>
      <w:b w:val="0"/>
      <w:bCs w:val="0"/>
      <w:kern w:val="2"/>
      <w:sz w:val="24"/>
      <w:szCs w:val="24"/>
      <w:lang w:val="pl-PL"/>
      <w14:ligatures w14:val="standardContextual"/>
    </w:rPr>
  </w:style>
  <w:style w:type="paragraph" w:customStyle="1" w:styleId="10tabel-nagwek">
    <w:name w:val="*10. tabel - nagłówek"/>
    <w:basedOn w:val="Normalny"/>
    <w:link w:val="10tabel-nagwekZnak"/>
    <w:qFormat/>
    <w:rsid w:val="00265FC1"/>
    <w:pPr>
      <w:spacing w:after="0" w:line="240" w:lineRule="auto"/>
      <w:jc w:val="center"/>
    </w:pPr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character" w:customStyle="1" w:styleId="10tabel-nagwekZnak">
    <w:name w:val="*10. tabel - nagłówek Znak"/>
    <w:basedOn w:val="Domylnaczcionkaakapitu"/>
    <w:link w:val="10tabel-nagwek"/>
    <w:rsid w:val="00265FC1"/>
    <w:rPr>
      <w:rFonts w:ascii="Times New Roman" w:eastAsiaTheme="minorHAnsi" w:hAnsi="Times New Roman" w:cs="Times New Roman"/>
      <w:b/>
      <w:bCs/>
      <w:kern w:val="2"/>
      <w:sz w:val="28"/>
      <w:szCs w:val="28"/>
      <w:lang w:val="pl-PL"/>
      <w14:ligatures w14:val="standardContextual"/>
    </w:rPr>
  </w:style>
  <w:style w:type="paragraph" w:customStyle="1" w:styleId="08-listanumerowana">
    <w:name w:val="*08 - lista numerowana"/>
    <w:link w:val="08-listanumerowanaZnak"/>
    <w:qFormat/>
    <w:rsid w:val="00265FC1"/>
    <w:pPr>
      <w:numPr>
        <w:numId w:val="15"/>
      </w:numPr>
      <w:spacing w:after="0" w:line="240" w:lineRule="auto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customStyle="1" w:styleId="08-listanumerowanaZnak">
    <w:name w:val="*08 - lista numerowana Znak"/>
    <w:basedOn w:val="Domylnaczcionkaakapitu"/>
    <w:link w:val="08-listanumerowana"/>
    <w:rsid w:val="00265FC1"/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paragraph" w:customStyle="1" w:styleId="09-listaalfabetyczna">
    <w:name w:val="*09 - lista alfabetyczna"/>
    <w:qFormat/>
    <w:rsid w:val="00265FC1"/>
    <w:pPr>
      <w:tabs>
        <w:tab w:val="num" w:pos="720"/>
      </w:tabs>
      <w:spacing w:after="0" w:line="240" w:lineRule="auto"/>
      <w:ind w:left="714" w:hanging="357"/>
      <w:contextualSpacing/>
      <w:jc w:val="both"/>
    </w:pPr>
    <w:rPr>
      <w:rFonts w:ascii="Times New Roman" w:eastAsiaTheme="minorHAnsi" w:hAnsi="Times New Roman" w:cs="Times New Roman"/>
      <w:kern w:val="2"/>
      <w:sz w:val="24"/>
      <w:szCs w:val="24"/>
      <w:lang w:val="pl-PL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41179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17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2</Pages>
  <Words>349</Words>
  <Characters>2304</Characters>
  <Application>Microsoft Office Word</Application>
  <DocSecurity>0</DocSecurity>
  <Lines>164</Lines>
  <Paragraphs>61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UWAGA</cp:lastModifiedBy>
  <cp:revision>218</cp:revision>
  <cp:lastPrinted>2026-09-03T19:35:00Z</cp:lastPrinted>
  <dcterms:created xsi:type="dcterms:W3CDTF">2013-12-23T23:15:00Z</dcterms:created>
  <dcterms:modified xsi:type="dcterms:W3CDTF">2026-09-08T19:47:00Z</dcterms:modified>
  <cp:category/>
</cp:coreProperties>
</file>