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4E3690" w14:textId="060C2CD1" w:rsidR="000E1E1B" w:rsidRPr="001E6943" w:rsidRDefault="00AA3BE6" w:rsidP="007D4480">
      <w:pPr>
        <w:pStyle w:val="02podtytudokumentu"/>
        <w:spacing w:after="960"/>
      </w:pPr>
      <w:r w:rsidRPr="001E6943">
        <w:t>SKIEROWANIE NA PRAKTYKĘ</w:t>
      </w:r>
    </w:p>
    <w:p w14:paraId="369A64C0" w14:textId="14AC71AB" w:rsidR="00AA3BE6" w:rsidRPr="001E6943" w:rsidRDefault="00AA2E59" w:rsidP="007D4480">
      <w:pPr>
        <w:pStyle w:val="06TEKSTWACIWY"/>
        <w:spacing w:line="360" w:lineRule="auto"/>
      </w:pPr>
      <w:r w:rsidRPr="001E6943">
        <w:t>Uniwersytet Kardynała Stefana Wyszyńskiego w Warszawie zwraca się z uprzejmą prośbą do:</w:t>
      </w:r>
    </w:p>
    <w:p w14:paraId="0289DB61" w14:textId="64680F25" w:rsidR="00AA2E59" w:rsidRPr="001E6943" w:rsidRDefault="00213F86" w:rsidP="006E6E79">
      <w:pPr>
        <w:pStyle w:val="06TEKSTWACIWY"/>
        <w:tabs>
          <w:tab w:val="right" w:leader="dot" w:pos="9406"/>
        </w:tabs>
        <w:spacing w:before="24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F1264E1" wp14:editId="7A90154A">
                <wp:simplePos x="0" y="0"/>
                <wp:positionH relativeFrom="margin">
                  <wp:posOffset>-324</wp:posOffset>
                </wp:positionH>
                <wp:positionV relativeFrom="paragraph">
                  <wp:posOffset>122244</wp:posOffset>
                </wp:positionV>
                <wp:extent cx="5971592" cy="184163"/>
                <wp:effectExtent l="0" t="0" r="0" b="6350"/>
                <wp:wrapNone/>
                <wp:docPr id="144090762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159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D0E353" w14:textId="77777777" w:rsidR="00213F86" w:rsidRPr="00D40140" w:rsidRDefault="00213F86" w:rsidP="00213F86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264E1" id="_x0000_s1064" type="#_x0000_t202" style="position:absolute;left:0;text-align:left;margin-left:-.05pt;margin-top:9.65pt;width:470.2pt;height:14.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" filled="f" stroked="f" strokeweight=".5pt">
                <v:textbox inset=".1mm,.1mm,.1mm,.1mm">
                  <w:txbxContent>
                    <w:p w14:paraId="03D0E353" w14:textId="77777777" w:rsidR="00213F86" w:rsidRPr="00D40140" w:rsidRDefault="00213F86" w:rsidP="00213F86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A2E59" w:rsidRPr="001E6943">
        <w:tab/>
      </w:r>
    </w:p>
    <w:p w14:paraId="295B0E9C" w14:textId="706980B4" w:rsidR="00AA2E59" w:rsidRPr="001E6943" w:rsidRDefault="00AA2E59" w:rsidP="006E6E79">
      <w:pPr>
        <w:pStyle w:val="06TEKSTWACIWY"/>
        <w:spacing w:line="360" w:lineRule="auto"/>
        <w:jc w:val="center"/>
        <w:rPr>
          <w:i/>
          <w:iCs/>
          <w:sz w:val="20"/>
          <w:szCs w:val="20"/>
        </w:rPr>
      </w:pPr>
      <w:r w:rsidRPr="001E6943">
        <w:rPr>
          <w:i/>
          <w:iCs/>
          <w:sz w:val="20"/>
          <w:szCs w:val="20"/>
        </w:rPr>
        <w:t>Pełna nazwa i adres Instytucji przyjmującej na praktyki, dział odbywania praktyk</w:t>
      </w:r>
    </w:p>
    <w:p w14:paraId="5023CE1B" w14:textId="13D73AD7" w:rsidR="00AA2E59" w:rsidRPr="001E6943" w:rsidRDefault="00AA2E59" w:rsidP="007D4480">
      <w:pPr>
        <w:pStyle w:val="06TEKSTWACIWY"/>
        <w:spacing w:before="720" w:line="360" w:lineRule="auto"/>
      </w:pPr>
      <w:r w:rsidRPr="001E6943">
        <w:t>o umożliwienie odbycia praktyki studentce / studentowi Uniwersytetu:</w:t>
      </w:r>
    </w:p>
    <w:p w14:paraId="2B1FF103" w14:textId="0912F16C" w:rsidR="006E6E79" w:rsidRPr="001E6943" w:rsidRDefault="008854CA" w:rsidP="006E6E79">
      <w:pPr>
        <w:pStyle w:val="06TEKSTWACIWY"/>
        <w:tabs>
          <w:tab w:val="right" w:leader="dot" w:pos="9406"/>
        </w:tabs>
        <w:spacing w:before="24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F440C92" wp14:editId="05359E56">
                <wp:simplePos x="0" y="0"/>
                <wp:positionH relativeFrom="margin">
                  <wp:posOffset>-1257</wp:posOffset>
                </wp:positionH>
                <wp:positionV relativeFrom="paragraph">
                  <wp:posOffset>112239</wp:posOffset>
                </wp:positionV>
                <wp:extent cx="5971592" cy="184163"/>
                <wp:effectExtent l="0" t="0" r="0" b="6350"/>
                <wp:wrapNone/>
                <wp:docPr id="62528837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159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F630B6" w14:textId="77777777" w:rsidR="008854CA" w:rsidRPr="00D40140" w:rsidRDefault="008854CA" w:rsidP="008854CA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40C92" id="_x0000_s1065" type="#_x0000_t202" style="position:absolute;left:0;text-align:left;margin-left:-.1pt;margin-top:8.85pt;width:470.2pt;height:14.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" filled="f" stroked="f" strokeweight=".5pt">
                <v:textbox inset=".1mm,.1mm,.1mm,.1mm">
                  <w:txbxContent>
                    <w:p w14:paraId="09F630B6" w14:textId="77777777" w:rsidR="008854CA" w:rsidRPr="00D40140" w:rsidRDefault="008854CA" w:rsidP="008854CA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E6E79" w:rsidRPr="001E6943">
        <w:tab/>
      </w:r>
    </w:p>
    <w:p w14:paraId="5B072638" w14:textId="4CA0D27E" w:rsidR="00AA2E59" w:rsidRPr="001E6943" w:rsidRDefault="00AA2E59" w:rsidP="006E6E79">
      <w:pPr>
        <w:pStyle w:val="06TEKSTWACIWY"/>
        <w:spacing w:line="360" w:lineRule="auto"/>
        <w:jc w:val="center"/>
        <w:rPr>
          <w:i/>
          <w:iCs/>
          <w:sz w:val="20"/>
          <w:szCs w:val="20"/>
        </w:rPr>
      </w:pPr>
      <w:r w:rsidRPr="001E6943">
        <w:rPr>
          <w:i/>
          <w:iCs/>
          <w:sz w:val="20"/>
          <w:szCs w:val="20"/>
        </w:rPr>
        <w:t>Imię i nazwisko studenta, wydział, kierunek studiów, rok studiów, nr albumu</w:t>
      </w:r>
    </w:p>
    <w:p w14:paraId="36458A79" w14:textId="5BCA302F" w:rsidR="00AA2E59" w:rsidRPr="001E6943" w:rsidRDefault="00C9739E" w:rsidP="007D4480">
      <w:pPr>
        <w:pStyle w:val="06TEKSTWACIWY"/>
        <w:tabs>
          <w:tab w:val="right" w:leader="dot" w:pos="6237"/>
          <w:tab w:val="right" w:leader="dot" w:pos="9406"/>
        </w:tabs>
        <w:spacing w:before="72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6A7519D" wp14:editId="3A89907C">
                <wp:simplePos x="0" y="0"/>
                <wp:positionH relativeFrom="margin">
                  <wp:posOffset>4012631</wp:posOffset>
                </wp:positionH>
                <wp:positionV relativeFrom="paragraph">
                  <wp:posOffset>424188</wp:posOffset>
                </wp:positionV>
                <wp:extent cx="1955792" cy="184163"/>
                <wp:effectExtent l="0" t="0" r="635" b="6350"/>
                <wp:wrapNone/>
                <wp:docPr id="106413086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579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D75A9B" w14:textId="77777777" w:rsidR="00C9739E" w:rsidRPr="00D40140" w:rsidRDefault="00C9739E" w:rsidP="00C9739E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7519D" id="_x0000_s1066" type="#_x0000_t202" style="position:absolute;left:0;text-align:left;margin-left:315.95pt;margin-top:33.4pt;width:154pt;height:14.5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" filled="f" stroked="f" strokeweight=".5pt">
                <v:textbox inset=".1mm,.1mm,.1mm,.1mm">
                  <w:txbxContent>
                    <w:p w14:paraId="55D75A9B" w14:textId="77777777" w:rsidR="00C9739E" w:rsidRPr="00D40140" w:rsidRDefault="00C9739E" w:rsidP="00C9739E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596AEF6" wp14:editId="42B976A3">
                <wp:simplePos x="0" y="0"/>
                <wp:positionH relativeFrom="margin">
                  <wp:posOffset>1898823</wp:posOffset>
                </wp:positionH>
                <wp:positionV relativeFrom="paragraph">
                  <wp:posOffset>432105</wp:posOffset>
                </wp:positionV>
                <wp:extent cx="1836717" cy="184163"/>
                <wp:effectExtent l="0" t="0" r="5080" b="6350"/>
                <wp:wrapNone/>
                <wp:docPr id="166030792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6717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5D2249" w14:textId="77777777" w:rsidR="00C9739E" w:rsidRPr="00D40140" w:rsidRDefault="00C9739E" w:rsidP="00C9739E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6AEF6" id="_x0000_s1067" type="#_x0000_t202" style="position:absolute;left:0;text-align:left;margin-left:149.5pt;margin-top:34pt;width:144.6pt;height:14.5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" filled="f" stroked="f" strokeweight=".5pt">
                <v:textbox inset=".1mm,.1mm,.1mm,.1mm">
                  <w:txbxContent>
                    <w:p w14:paraId="4B5D2249" w14:textId="77777777" w:rsidR="00C9739E" w:rsidRPr="00D40140" w:rsidRDefault="00C9739E" w:rsidP="00C9739E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A2E59" w:rsidRPr="001E6943">
        <w:t xml:space="preserve">w </w:t>
      </w:r>
      <w:r w:rsidR="00C5331D" w:rsidRPr="001E6943">
        <w:t xml:space="preserve">proponowanym terminie od </w:t>
      </w:r>
      <w:r w:rsidR="00C5331D" w:rsidRPr="001E6943">
        <w:tab/>
        <w:t xml:space="preserve"> do </w:t>
      </w:r>
      <w:r w:rsidR="00C5331D" w:rsidRPr="001E6943">
        <w:tab/>
      </w:r>
    </w:p>
    <w:p w14:paraId="7EFF47B0" w14:textId="3E15EF10" w:rsidR="00C5331D" w:rsidRPr="001E6943" w:rsidRDefault="00C5331D" w:rsidP="006E6E79">
      <w:pPr>
        <w:pStyle w:val="06TEKSTWACIWY"/>
        <w:tabs>
          <w:tab w:val="center" w:pos="4536"/>
          <w:tab w:val="center" w:pos="7938"/>
        </w:tabs>
        <w:spacing w:line="360" w:lineRule="auto"/>
        <w:rPr>
          <w:i/>
          <w:iCs/>
          <w:sz w:val="20"/>
          <w:szCs w:val="20"/>
        </w:rPr>
      </w:pPr>
      <w:r w:rsidRPr="001E6943">
        <w:rPr>
          <w:i/>
          <w:iCs/>
          <w:sz w:val="20"/>
          <w:szCs w:val="20"/>
        </w:rPr>
        <w:tab/>
        <w:t>dzień – miesiąc – rok</w:t>
      </w:r>
      <w:r w:rsidRPr="001E6943">
        <w:rPr>
          <w:i/>
          <w:iCs/>
          <w:sz w:val="20"/>
          <w:szCs w:val="20"/>
        </w:rPr>
        <w:tab/>
        <w:t>dzień – miesiąc – rok</w:t>
      </w:r>
    </w:p>
    <w:p w14:paraId="1C74610B" w14:textId="2002AACE" w:rsidR="00156F8F" w:rsidRPr="001E6943" w:rsidRDefault="008854CA" w:rsidP="007D4480">
      <w:pPr>
        <w:pStyle w:val="06TEKSTWACIWY"/>
        <w:spacing w:before="720"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A3641E0" wp14:editId="49595427">
                <wp:simplePos x="0" y="0"/>
                <wp:positionH relativeFrom="margin">
                  <wp:posOffset>238540</wp:posOffset>
                </wp:positionH>
                <wp:positionV relativeFrom="paragraph">
                  <wp:posOffset>689273</wp:posOffset>
                </wp:positionV>
                <wp:extent cx="5732676" cy="184163"/>
                <wp:effectExtent l="0" t="0" r="0" b="6350"/>
                <wp:wrapNone/>
                <wp:docPr id="86450480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2676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A31F80" w14:textId="77777777" w:rsidR="008854CA" w:rsidRPr="00D40140" w:rsidRDefault="008854CA" w:rsidP="008854CA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641E0" id="_x0000_s1068" type="#_x0000_t202" style="position:absolute;left:0;text-align:left;margin-left:18.8pt;margin-top:54.25pt;width:451.4pt;height:14.5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" filled="f" stroked="f" strokeweight=".5pt">
                <v:textbox inset=".1mm,.1mm,.1mm,.1mm">
                  <w:txbxContent>
                    <w:p w14:paraId="2AA31F80" w14:textId="77777777" w:rsidR="008854CA" w:rsidRPr="00D40140" w:rsidRDefault="008854CA" w:rsidP="008854CA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56F8F" w:rsidRPr="001E6943">
        <w:t>Uzgodniony z Instytucją zakres obowiązków studenta w trakcie praktyk:</w:t>
      </w:r>
    </w:p>
    <w:p w14:paraId="52CACE75" w14:textId="76E0D67B" w:rsidR="00156F8F" w:rsidRPr="001E6943" w:rsidRDefault="008854CA" w:rsidP="00F4004E">
      <w:pPr>
        <w:pStyle w:val="08-listanumerowana"/>
        <w:numPr>
          <w:ilvl w:val="0"/>
          <w:numId w:val="20"/>
        </w:numPr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D266B5C" wp14:editId="5489871E">
                <wp:simplePos x="0" y="0"/>
                <wp:positionH relativeFrom="margin">
                  <wp:posOffset>237503</wp:posOffset>
                </wp:positionH>
                <wp:positionV relativeFrom="paragraph">
                  <wp:posOffset>229520</wp:posOffset>
                </wp:positionV>
                <wp:extent cx="5732676" cy="184163"/>
                <wp:effectExtent l="0" t="0" r="0" b="6350"/>
                <wp:wrapNone/>
                <wp:docPr id="191558123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2676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30D138" w14:textId="77777777" w:rsidR="008854CA" w:rsidRPr="00D40140" w:rsidRDefault="008854CA" w:rsidP="008854CA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66B5C" id="_x0000_s1069" type="#_x0000_t202" style="position:absolute;left:0;text-align:left;margin-left:18.7pt;margin-top:18.05pt;width:451.4pt;height:14.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" filled="f" stroked="f" strokeweight=".5pt">
                <v:textbox inset=".1mm,.1mm,.1mm,.1mm">
                  <w:txbxContent>
                    <w:p w14:paraId="1930D138" w14:textId="77777777" w:rsidR="008854CA" w:rsidRPr="00D40140" w:rsidRDefault="008854CA" w:rsidP="008854CA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56F8F" w:rsidRPr="001E6943">
        <w:tab/>
      </w:r>
    </w:p>
    <w:p w14:paraId="1C19EE5A" w14:textId="2A911476" w:rsidR="00AA3BE6" w:rsidRPr="001E6943" w:rsidRDefault="008854CA" w:rsidP="00F4004E">
      <w:pPr>
        <w:pStyle w:val="08-listanumerowana"/>
        <w:numPr>
          <w:ilvl w:val="0"/>
          <w:numId w:val="20"/>
        </w:numPr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B9A16AA" wp14:editId="41062ABF">
                <wp:simplePos x="0" y="0"/>
                <wp:positionH relativeFrom="margin">
                  <wp:posOffset>237503</wp:posOffset>
                </wp:positionH>
                <wp:positionV relativeFrom="paragraph">
                  <wp:posOffset>231348</wp:posOffset>
                </wp:positionV>
                <wp:extent cx="5732676" cy="184163"/>
                <wp:effectExtent l="0" t="0" r="0" b="6350"/>
                <wp:wrapNone/>
                <wp:docPr id="132703549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2676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1E2A5E" w14:textId="77777777" w:rsidR="008854CA" w:rsidRPr="00D40140" w:rsidRDefault="008854CA" w:rsidP="008854CA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A16AA" id="_x0000_s1070" type="#_x0000_t202" style="position:absolute;left:0;text-align:left;margin-left:18.7pt;margin-top:18.2pt;width:451.4pt;height:14.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" filled="f" stroked="f" strokeweight=".5pt">
                <v:textbox inset=".1mm,.1mm,.1mm,.1mm">
                  <w:txbxContent>
                    <w:p w14:paraId="681E2A5E" w14:textId="77777777" w:rsidR="008854CA" w:rsidRPr="00D40140" w:rsidRDefault="008854CA" w:rsidP="008854CA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56F8F" w:rsidRPr="001E6943">
        <w:tab/>
      </w:r>
    </w:p>
    <w:p w14:paraId="1F6984E8" w14:textId="7EEB626D" w:rsidR="00AA3BE6" w:rsidRPr="001E6943" w:rsidRDefault="00156F8F" w:rsidP="00F4004E">
      <w:pPr>
        <w:pStyle w:val="08-listanumerowana"/>
        <w:numPr>
          <w:ilvl w:val="0"/>
          <w:numId w:val="20"/>
        </w:numPr>
        <w:tabs>
          <w:tab w:val="right" w:leader="dot" w:pos="9406"/>
        </w:tabs>
        <w:spacing w:line="360" w:lineRule="auto"/>
      </w:pPr>
      <w:r w:rsidRPr="001E6943">
        <w:tab/>
      </w:r>
    </w:p>
    <w:p w14:paraId="5317C1C2" w14:textId="79B1F7DB" w:rsidR="00156F8F" w:rsidRPr="001E6943" w:rsidRDefault="00156F8F" w:rsidP="007D4480">
      <w:pPr>
        <w:pStyle w:val="06TEKSTWACIWY"/>
        <w:tabs>
          <w:tab w:val="left" w:pos="567"/>
          <w:tab w:val="right" w:leader="dot" w:pos="3402"/>
        </w:tabs>
        <w:spacing w:before="1200"/>
      </w:pPr>
      <w:r w:rsidRPr="001E6943">
        <w:tab/>
      </w:r>
      <w:r w:rsidRPr="001E6943">
        <w:tab/>
      </w:r>
    </w:p>
    <w:p w14:paraId="5171039F" w14:textId="061DE8D9" w:rsidR="00156F8F" w:rsidRPr="001E6943" w:rsidRDefault="00156F8F" w:rsidP="00156F8F">
      <w:pPr>
        <w:pStyle w:val="06TEKSTWACIWY"/>
        <w:tabs>
          <w:tab w:val="center" w:pos="1988"/>
        </w:tabs>
        <w:spacing w:line="360" w:lineRule="auto"/>
        <w:rPr>
          <w:sz w:val="18"/>
          <w:szCs w:val="18"/>
        </w:rPr>
      </w:pPr>
      <w:r w:rsidRPr="001E6943">
        <w:rPr>
          <w:sz w:val="18"/>
          <w:szCs w:val="18"/>
        </w:rPr>
        <w:tab/>
        <w:t>Podpis studenta</w:t>
      </w:r>
    </w:p>
    <w:p w14:paraId="0984F529" w14:textId="528204DD" w:rsidR="003E4A43" w:rsidRPr="001E6943" w:rsidRDefault="008854CA" w:rsidP="007D4480">
      <w:pPr>
        <w:pStyle w:val="06TEKSTWACIWY"/>
        <w:tabs>
          <w:tab w:val="left" w:pos="567"/>
          <w:tab w:val="right" w:leader="dot" w:pos="3402"/>
          <w:tab w:val="left" w:pos="6005"/>
          <w:tab w:val="right" w:leader="dot" w:pos="8833"/>
        </w:tabs>
        <w:spacing w:before="96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4C8BE69" wp14:editId="42DB7906">
                <wp:simplePos x="0" y="0"/>
                <wp:positionH relativeFrom="margin">
                  <wp:posOffset>354238</wp:posOffset>
                </wp:positionH>
                <wp:positionV relativeFrom="paragraph">
                  <wp:posOffset>576865</wp:posOffset>
                </wp:positionV>
                <wp:extent cx="1806407" cy="184163"/>
                <wp:effectExtent l="0" t="0" r="0" b="6350"/>
                <wp:wrapNone/>
                <wp:docPr id="151443064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6407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C5F30F" w14:textId="77777777" w:rsidR="008854CA" w:rsidRPr="00D40140" w:rsidRDefault="008854CA" w:rsidP="008854CA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8BE69" id="_x0000_s1071" type="#_x0000_t202" style="position:absolute;left:0;text-align:left;margin-left:27.9pt;margin-top:45.4pt;width:142.25pt;height:14.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" filled="f" stroked="f" strokeweight=".5pt">
                <v:textbox inset=".1mm,.1mm,.1mm,.1mm">
                  <w:txbxContent>
                    <w:p w14:paraId="00C5F30F" w14:textId="77777777" w:rsidR="008854CA" w:rsidRPr="00D40140" w:rsidRDefault="008854CA" w:rsidP="008854CA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E4A43" w:rsidRPr="001E6943">
        <w:tab/>
      </w:r>
      <w:r w:rsidR="003E4A43" w:rsidRPr="001E6943">
        <w:tab/>
      </w:r>
      <w:r w:rsidR="003E4A43" w:rsidRPr="001E6943">
        <w:tab/>
      </w:r>
      <w:r w:rsidR="003E4A43" w:rsidRPr="001E6943">
        <w:tab/>
      </w:r>
    </w:p>
    <w:p w14:paraId="4CBDDA6B" w14:textId="538BDD14" w:rsidR="003E4A43" w:rsidRPr="001E6943" w:rsidRDefault="003E4A43" w:rsidP="003E4A43">
      <w:pPr>
        <w:pStyle w:val="06TEKSTWACIWY"/>
        <w:tabs>
          <w:tab w:val="center" w:pos="1985"/>
          <w:tab w:val="center" w:pos="7433"/>
        </w:tabs>
        <w:rPr>
          <w:sz w:val="18"/>
          <w:szCs w:val="18"/>
        </w:rPr>
      </w:pPr>
      <w:r w:rsidRPr="001E6943">
        <w:rPr>
          <w:sz w:val="18"/>
          <w:szCs w:val="18"/>
        </w:rPr>
        <w:tab/>
        <w:t>Data</w:t>
      </w:r>
      <w:r w:rsidRPr="001E6943">
        <w:rPr>
          <w:sz w:val="18"/>
          <w:szCs w:val="18"/>
        </w:rPr>
        <w:tab/>
        <w:t>Podpis i pieczęć osoby upoważnionej</w:t>
      </w:r>
      <w:r w:rsidRPr="001E6943">
        <w:rPr>
          <w:sz w:val="18"/>
          <w:szCs w:val="18"/>
        </w:rPr>
        <w:br/>
      </w:r>
      <w:r w:rsidRPr="001E6943">
        <w:rPr>
          <w:sz w:val="18"/>
          <w:szCs w:val="18"/>
        </w:rPr>
        <w:tab/>
      </w:r>
      <w:r w:rsidRPr="001E6943">
        <w:rPr>
          <w:sz w:val="18"/>
          <w:szCs w:val="18"/>
        </w:rPr>
        <w:tab/>
        <w:t>reprezentującej Uniwersytet</w:t>
      </w:r>
    </w:p>
    <w:p w14:paraId="52EE4647" w14:textId="77777777" w:rsidR="00AA3BE6" w:rsidRPr="001E6943" w:rsidRDefault="00AA3BE6" w:rsidP="00AA3BE6">
      <w:pPr>
        <w:pStyle w:val="06TEKSTWACIWY"/>
      </w:pPr>
    </w:p>
    <w:sectPr w:rsidR="00AA3BE6" w:rsidRPr="001E6943" w:rsidSect="000E1E1B">
      <w:headerReference w:type="default" r:id="rId8"/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15D60A" w14:textId="77777777" w:rsidR="00547276" w:rsidRDefault="00547276" w:rsidP="00132E6F">
      <w:pPr>
        <w:spacing w:after="0" w:line="240" w:lineRule="auto"/>
      </w:pPr>
      <w:r>
        <w:separator/>
      </w:r>
    </w:p>
  </w:endnote>
  <w:endnote w:type="continuationSeparator" w:id="0">
    <w:p w14:paraId="0318D55C" w14:textId="77777777" w:rsidR="00547276" w:rsidRDefault="00547276" w:rsidP="00132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ECF76" w14:textId="77777777" w:rsidR="00132E6F" w:rsidRDefault="00132E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A5CB3E" w14:textId="77777777" w:rsidR="00547276" w:rsidRDefault="00547276" w:rsidP="00132E6F">
      <w:pPr>
        <w:spacing w:after="0" w:line="240" w:lineRule="auto"/>
      </w:pPr>
      <w:r>
        <w:separator/>
      </w:r>
    </w:p>
  </w:footnote>
  <w:footnote w:type="continuationSeparator" w:id="0">
    <w:p w14:paraId="55A0376C" w14:textId="77777777" w:rsidR="00547276" w:rsidRDefault="00547276" w:rsidP="00132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B738EC" w14:textId="77777777" w:rsidR="00132E6F" w:rsidRDefault="00132E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1E0BAE"/>
    <w:multiLevelType w:val="multilevel"/>
    <w:tmpl w:val="72186C1E"/>
    <w:lvl w:ilvl="0">
      <w:start w:val="1"/>
      <w:numFmt w:val="decimal"/>
      <w:pStyle w:val="07b-listaalfabetyczn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2FDC5A67"/>
    <w:multiLevelType w:val="multilevel"/>
    <w:tmpl w:val="D108D996"/>
    <w:lvl w:ilvl="0">
      <w:start w:val="1"/>
      <w:numFmt w:val="bullet"/>
      <w:pStyle w:val="07listawypunktowan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C90E11"/>
    <w:multiLevelType w:val="multilevel"/>
    <w:tmpl w:val="98BC121C"/>
    <w:lvl w:ilvl="0">
      <w:start w:val="1"/>
      <w:numFmt w:val="decimal"/>
      <w:pStyle w:val="08-listanumerowan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FB10772"/>
    <w:multiLevelType w:val="multilevel"/>
    <w:tmpl w:val="717C2E08"/>
    <w:lvl w:ilvl="0">
      <w:start w:val="1"/>
      <w:numFmt w:val="decimal"/>
      <w:pStyle w:val="07a-listanumerowan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5A850B5"/>
    <w:multiLevelType w:val="hybridMultilevel"/>
    <w:tmpl w:val="284EBC9A"/>
    <w:lvl w:ilvl="0" w:tplc="E2CC595C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9568FA"/>
    <w:multiLevelType w:val="multilevel"/>
    <w:tmpl w:val="2A045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C941E2"/>
    <w:multiLevelType w:val="multilevel"/>
    <w:tmpl w:val="7590A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9010028">
    <w:abstractNumId w:val="8"/>
  </w:num>
  <w:num w:numId="2" w16cid:durableId="1413701948">
    <w:abstractNumId w:val="6"/>
  </w:num>
  <w:num w:numId="3" w16cid:durableId="473446926">
    <w:abstractNumId w:val="5"/>
  </w:num>
  <w:num w:numId="4" w16cid:durableId="1477186803">
    <w:abstractNumId w:val="4"/>
  </w:num>
  <w:num w:numId="5" w16cid:durableId="597719877">
    <w:abstractNumId w:val="7"/>
  </w:num>
  <w:num w:numId="6" w16cid:durableId="724448100">
    <w:abstractNumId w:val="3"/>
  </w:num>
  <w:num w:numId="7" w16cid:durableId="2052263251">
    <w:abstractNumId w:val="2"/>
  </w:num>
  <w:num w:numId="8" w16cid:durableId="886995076">
    <w:abstractNumId w:val="1"/>
  </w:num>
  <w:num w:numId="9" w16cid:durableId="1851335285">
    <w:abstractNumId w:val="0"/>
  </w:num>
  <w:num w:numId="10" w16cid:durableId="1558740377">
    <w:abstractNumId w:val="10"/>
  </w:num>
  <w:num w:numId="11" w16cid:durableId="512261236">
    <w:abstractNumId w:val="14"/>
  </w:num>
  <w:num w:numId="12" w16cid:durableId="388916352">
    <w:abstractNumId w:val="15"/>
  </w:num>
  <w:num w:numId="13" w16cid:durableId="1705908167">
    <w:abstractNumId w:val="12"/>
  </w:num>
  <w:num w:numId="14" w16cid:durableId="578907128">
    <w:abstractNumId w:val="13"/>
  </w:num>
  <w:num w:numId="15" w16cid:durableId="177472466">
    <w:abstractNumId w:val="11"/>
  </w:num>
  <w:num w:numId="16" w16cid:durableId="20356182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823945">
    <w:abstractNumId w:val="9"/>
  </w:num>
  <w:num w:numId="18" w16cid:durableId="2342480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514382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03746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131921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512309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3655767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79466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5FD"/>
    <w:rsid w:val="00010FE3"/>
    <w:rsid w:val="000241B8"/>
    <w:rsid w:val="00024656"/>
    <w:rsid w:val="00034616"/>
    <w:rsid w:val="00051AB2"/>
    <w:rsid w:val="0006063C"/>
    <w:rsid w:val="0006096C"/>
    <w:rsid w:val="000625BC"/>
    <w:rsid w:val="0008021E"/>
    <w:rsid w:val="000850AF"/>
    <w:rsid w:val="000A03BF"/>
    <w:rsid w:val="000A547D"/>
    <w:rsid w:val="000A7057"/>
    <w:rsid w:val="000A7AF7"/>
    <w:rsid w:val="000B3865"/>
    <w:rsid w:val="000C14D2"/>
    <w:rsid w:val="000C1A5E"/>
    <w:rsid w:val="000C7C3C"/>
    <w:rsid w:val="000E1E1B"/>
    <w:rsid w:val="000E3028"/>
    <w:rsid w:val="000E3058"/>
    <w:rsid w:val="000E672E"/>
    <w:rsid w:val="000E70BE"/>
    <w:rsid w:val="001161B5"/>
    <w:rsid w:val="00123511"/>
    <w:rsid w:val="00127CE0"/>
    <w:rsid w:val="00132E6F"/>
    <w:rsid w:val="00137359"/>
    <w:rsid w:val="0015074B"/>
    <w:rsid w:val="00156F8F"/>
    <w:rsid w:val="00164A37"/>
    <w:rsid w:val="00166F38"/>
    <w:rsid w:val="00171CFC"/>
    <w:rsid w:val="001866C8"/>
    <w:rsid w:val="001D0AF3"/>
    <w:rsid w:val="001E6943"/>
    <w:rsid w:val="00213F86"/>
    <w:rsid w:val="00223B28"/>
    <w:rsid w:val="00226BC9"/>
    <w:rsid w:val="002428C9"/>
    <w:rsid w:val="002439E0"/>
    <w:rsid w:val="0024540A"/>
    <w:rsid w:val="0025026A"/>
    <w:rsid w:val="0026428F"/>
    <w:rsid w:val="00265FC1"/>
    <w:rsid w:val="00271202"/>
    <w:rsid w:val="002744DA"/>
    <w:rsid w:val="002869A7"/>
    <w:rsid w:val="00291218"/>
    <w:rsid w:val="0029275D"/>
    <w:rsid w:val="00294B71"/>
    <w:rsid w:val="002962FC"/>
    <w:rsid w:val="0029639D"/>
    <w:rsid w:val="002A23AC"/>
    <w:rsid w:val="002B0D37"/>
    <w:rsid w:val="002B3704"/>
    <w:rsid w:val="002B43B2"/>
    <w:rsid w:val="002B63D9"/>
    <w:rsid w:val="002D345F"/>
    <w:rsid w:val="00300678"/>
    <w:rsid w:val="00302D27"/>
    <w:rsid w:val="00306C18"/>
    <w:rsid w:val="00326F90"/>
    <w:rsid w:val="00352E29"/>
    <w:rsid w:val="0037033D"/>
    <w:rsid w:val="003E4A43"/>
    <w:rsid w:val="003F07B3"/>
    <w:rsid w:val="00411799"/>
    <w:rsid w:val="0041262C"/>
    <w:rsid w:val="004176AB"/>
    <w:rsid w:val="00425B73"/>
    <w:rsid w:val="00432237"/>
    <w:rsid w:val="00443B07"/>
    <w:rsid w:val="00446961"/>
    <w:rsid w:val="00450C60"/>
    <w:rsid w:val="0045574A"/>
    <w:rsid w:val="00466F10"/>
    <w:rsid w:val="00483190"/>
    <w:rsid w:val="00487F63"/>
    <w:rsid w:val="00493893"/>
    <w:rsid w:val="004A09D1"/>
    <w:rsid w:val="004B4486"/>
    <w:rsid w:val="004E6E64"/>
    <w:rsid w:val="004F23D4"/>
    <w:rsid w:val="004F5AE6"/>
    <w:rsid w:val="005051B8"/>
    <w:rsid w:val="00520A95"/>
    <w:rsid w:val="0053732F"/>
    <w:rsid w:val="005422A0"/>
    <w:rsid w:val="00547276"/>
    <w:rsid w:val="00547302"/>
    <w:rsid w:val="005B61FF"/>
    <w:rsid w:val="005E40AC"/>
    <w:rsid w:val="005F1CD6"/>
    <w:rsid w:val="005F28D8"/>
    <w:rsid w:val="005F5F90"/>
    <w:rsid w:val="006252E6"/>
    <w:rsid w:val="006255A4"/>
    <w:rsid w:val="00626040"/>
    <w:rsid w:val="00632009"/>
    <w:rsid w:val="00647FA1"/>
    <w:rsid w:val="006601C1"/>
    <w:rsid w:val="00660758"/>
    <w:rsid w:val="00672D78"/>
    <w:rsid w:val="006749AD"/>
    <w:rsid w:val="00685D54"/>
    <w:rsid w:val="00693EFB"/>
    <w:rsid w:val="006A1DB3"/>
    <w:rsid w:val="006A2B52"/>
    <w:rsid w:val="006A31C6"/>
    <w:rsid w:val="006B5738"/>
    <w:rsid w:val="006B613A"/>
    <w:rsid w:val="006C49D7"/>
    <w:rsid w:val="006E6253"/>
    <w:rsid w:val="006E6E79"/>
    <w:rsid w:val="006F0ABE"/>
    <w:rsid w:val="007004A0"/>
    <w:rsid w:val="00704C1B"/>
    <w:rsid w:val="00720556"/>
    <w:rsid w:val="00763D2C"/>
    <w:rsid w:val="0076474C"/>
    <w:rsid w:val="00775FB8"/>
    <w:rsid w:val="00777549"/>
    <w:rsid w:val="007921CE"/>
    <w:rsid w:val="00792954"/>
    <w:rsid w:val="007D36D1"/>
    <w:rsid w:val="007D4480"/>
    <w:rsid w:val="007D4B6F"/>
    <w:rsid w:val="008033A6"/>
    <w:rsid w:val="00806F7B"/>
    <w:rsid w:val="00824C4B"/>
    <w:rsid w:val="00824C57"/>
    <w:rsid w:val="0084709A"/>
    <w:rsid w:val="00847652"/>
    <w:rsid w:val="008854CA"/>
    <w:rsid w:val="008A7103"/>
    <w:rsid w:val="008C11ED"/>
    <w:rsid w:val="008F4E92"/>
    <w:rsid w:val="00904C7C"/>
    <w:rsid w:val="00906037"/>
    <w:rsid w:val="00911307"/>
    <w:rsid w:val="0091308F"/>
    <w:rsid w:val="00914EE2"/>
    <w:rsid w:val="00916FEA"/>
    <w:rsid w:val="00921D84"/>
    <w:rsid w:val="0093255B"/>
    <w:rsid w:val="009361E3"/>
    <w:rsid w:val="009361EC"/>
    <w:rsid w:val="0096302F"/>
    <w:rsid w:val="00973378"/>
    <w:rsid w:val="00992542"/>
    <w:rsid w:val="009935BB"/>
    <w:rsid w:val="009A2B5B"/>
    <w:rsid w:val="009D71F7"/>
    <w:rsid w:val="009F12E7"/>
    <w:rsid w:val="00A01893"/>
    <w:rsid w:val="00A12FEA"/>
    <w:rsid w:val="00A30530"/>
    <w:rsid w:val="00A45840"/>
    <w:rsid w:val="00A57FE4"/>
    <w:rsid w:val="00A61F26"/>
    <w:rsid w:val="00A65B6E"/>
    <w:rsid w:val="00A834BE"/>
    <w:rsid w:val="00A83532"/>
    <w:rsid w:val="00A86A76"/>
    <w:rsid w:val="00A9765F"/>
    <w:rsid w:val="00AA1D8D"/>
    <w:rsid w:val="00AA2E59"/>
    <w:rsid w:val="00AA3BE6"/>
    <w:rsid w:val="00AB43C9"/>
    <w:rsid w:val="00AF2CAB"/>
    <w:rsid w:val="00B029C9"/>
    <w:rsid w:val="00B066E6"/>
    <w:rsid w:val="00B0783F"/>
    <w:rsid w:val="00B20652"/>
    <w:rsid w:val="00B25369"/>
    <w:rsid w:val="00B321E8"/>
    <w:rsid w:val="00B37189"/>
    <w:rsid w:val="00B47730"/>
    <w:rsid w:val="00B54269"/>
    <w:rsid w:val="00B54DC1"/>
    <w:rsid w:val="00B6769D"/>
    <w:rsid w:val="00BD3569"/>
    <w:rsid w:val="00C13FC6"/>
    <w:rsid w:val="00C42AB5"/>
    <w:rsid w:val="00C510C4"/>
    <w:rsid w:val="00C5331D"/>
    <w:rsid w:val="00C55B08"/>
    <w:rsid w:val="00C81286"/>
    <w:rsid w:val="00C948AA"/>
    <w:rsid w:val="00C9739E"/>
    <w:rsid w:val="00CA0780"/>
    <w:rsid w:val="00CA5810"/>
    <w:rsid w:val="00CA6926"/>
    <w:rsid w:val="00CB0664"/>
    <w:rsid w:val="00CB5068"/>
    <w:rsid w:val="00CB7CBC"/>
    <w:rsid w:val="00CE3D1B"/>
    <w:rsid w:val="00CE618E"/>
    <w:rsid w:val="00D25D99"/>
    <w:rsid w:val="00D40140"/>
    <w:rsid w:val="00D61736"/>
    <w:rsid w:val="00D67016"/>
    <w:rsid w:val="00D76B46"/>
    <w:rsid w:val="00D77C71"/>
    <w:rsid w:val="00D93927"/>
    <w:rsid w:val="00D93EB0"/>
    <w:rsid w:val="00D944A3"/>
    <w:rsid w:val="00DA3F3D"/>
    <w:rsid w:val="00DC03A0"/>
    <w:rsid w:val="00DC09E5"/>
    <w:rsid w:val="00DE4714"/>
    <w:rsid w:val="00E10679"/>
    <w:rsid w:val="00E3788C"/>
    <w:rsid w:val="00E530C3"/>
    <w:rsid w:val="00E73809"/>
    <w:rsid w:val="00E80F5E"/>
    <w:rsid w:val="00EA624B"/>
    <w:rsid w:val="00EA6C6D"/>
    <w:rsid w:val="00EA7A07"/>
    <w:rsid w:val="00EC44D1"/>
    <w:rsid w:val="00ED7741"/>
    <w:rsid w:val="00EF3770"/>
    <w:rsid w:val="00EF3FBA"/>
    <w:rsid w:val="00F12053"/>
    <w:rsid w:val="00F14129"/>
    <w:rsid w:val="00F37E62"/>
    <w:rsid w:val="00F4004E"/>
    <w:rsid w:val="00F44857"/>
    <w:rsid w:val="00F57A52"/>
    <w:rsid w:val="00F722DD"/>
    <w:rsid w:val="00F72781"/>
    <w:rsid w:val="00F75315"/>
    <w:rsid w:val="00F75880"/>
    <w:rsid w:val="00F83721"/>
    <w:rsid w:val="00F8427C"/>
    <w:rsid w:val="00FA3E31"/>
    <w:rsid w:val="00FA5CAE"/>
    <w:rsid w:val="00FC2F46"/>
    <w:rsid w:val="00FC693F"/>
    <w:rsid w:val="00FD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F49BED"/>
  <w14:defaultImageDpi w14:val="300"/>
  <w15:docId w15:val="{86C33F1D-7E18-D44A-8A43-99B8CD0BA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01tytugwnydokumentu">
    <w:name w:val="*01. tytuł główny dokumentu"/>
    <w:basedOn w:val="Normalny"/>
    <w:link w:val="01tytugwnydokumentuZnak"/>
    <w:qFormat/>
    <w:rsid w:val="00265FC1"/>
    <w:pPr>
      <w:keepNext/>
      <w:keepLines/>
      <w:spacing w:before="360" w:after="0" w:line="240" w:lineRule="auto"/>
      <w:jc w:val="center"/>
    </w:pPr>
    <w:rPr>
      <w:rFonts w:ascii="Times New Roman" w:eastAsiaTheme="minorHAnsi" w:hAnsi="Times New Roman" w:cs="Times New Roman"/>
      <w:b/>
      <w:bCs/>
      <w:caps/>
      <w:kern w:val="2"/>
      <w:sz w:val="36"/>
      <w:szCs w:val="28"/>
      <w:lang w:val="pl-PL"/>
      <w14:ligatures w14:val="standardContextual"/>
    </w:rPr>
  </w:style>
  <w:style w:type="character" w:customStyle="1" w:styleId="01tytugwnydokumentuZnak">
    <w:name w:val="*01. tytuł główny dokumentu Znak"/>
    <w:basedOn w:val="Domylnaczcionkaakapitu"/>
    <w:link w:val="01tytugwnydokumentu"/>
    <w:rsid w:val="00265FC1"/>
    <w:rPr>
      <w:rFonts w:ascii="Times New Roman" w:eastAsiaTheme="minorHAnsi" w:hAnsi="Times New Roman" w:cs="Times New Roman"/>
      <w:b/>
      <w:bCs/>
      <w:caps/>
      <w:kern w:val="2"/>
      <w:sz w:val="36"/>
      <w:szCs w:val="28"/>
      <w:lang w:val="pl-PL"/>
      <w14:ligatures w14:val="standardContextual"/>
    </w:rPr>
  </w:style>
  <w:style w:type="paragraph" w:customStyle="1" w:styleId="06TEKSTWACIWY">
    <w:name w:val="*06. TEKST WŁAŚCIWY"/>
    <w:basedOn w:val="Normalny"/>
    <w:link w:val="06TEKSTWACIWYZnak"/>
    <w:qFormat/>
    <w:rsid w:val="0076474C"/>
    <w:pPr>
      <w:spacing w:after="0" w:line="240" w:lineRule="auto"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6TEKSTWACIWYZnak">
    <w:name w:val="*06. TEKST WŁAŚCIWY Znak"/>
    <w:basedOn w:val="Domylnaczcionkaakapitu"/>
    <w:link w:val="06TEKSTWACIWY"/>
    <w:rsid w:val="0076474C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02podtytudokumentu">
    <w:name w:val="*02. podtytuł dokumentu"/>
    <w:basedOn w:val="Normalny"/>
    <w:link w:val="02podtytudokumentuZnak"/>
    <w:qFormat/>
    <w:rsid w:val="00265FC1"/>
    <w:pPr>
      <w:keepNext/>
      <w:keepLines/>
      <w:spacing w:before="60" w:after="60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32"/>
      <w:szCs w:val="24"/>
      <w:lang w:val="pl-PL"/>
      <w14:ligatures w14:val="standardContextual"/>
    </w:rPr>
  </w:style>
  <w:style w:type="character" w:customStyle="1" w:styleId="02podtytudokumentuZnak">
    <w:name w:val="*02. podtytuł dokumentu Znak"/>
    <w:basedOn w:val="Domylnaczcionkaakapitu"/>
    <w:link w:val="02podtytudokumentu"/>
    <w:rsid w:val="00265FC1"/>
    <w:rPr>
      <w:rFonts w:ascii="Times New Roman" w:eastAsiaTheme="minorHAnsi" w:hAnsi="Times New Roman" w:cs="Times New Roman"/>
      <w:b/>
      <w:bCs/>
      <w:kern w:val="2"/>
      <w:sz w:val="32"/>
      <w:szCs w:val="24"/>
      <w:lang w:val="pl-PL"/>
      <w14:ligatures w14:val="standardContextual"/>
    </w:rPr>
  </w:style>
  <w:style w:type="paragraph" w:customStyle="1" w:styleId="10podpis">
    <w:name w:val="*10. podpis"/>
    <w:basedOn w:val="Normalny"/>
    <w:link w:val="10podpisZnak"/>
    <w:qFormat/>
    <w:rsid w:val="00265FC1"/>
    <w:pPr>
      <w:keepNext/>
      <w:keepLines/>
      <w:tabs>
        <w:tab w:val="center" w:pos="6804"/>
      </w:tabs>
      <w:spacing w:before="720" w:after="0" w:line="240" w:lineRule="auto"/>
    </w:pPr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character" w:customStyle="1" w:styleId="10podpisZnak">
    <w:name w:val="*10. podpis Znak"/>
    <w:basedOn w:val="Domylnaczcionkaakapitu"/>
    <w:link w:val="10podpis"/>
    <w:rsid w:val="00265FC1"/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paragraph" w:customStyle="1" w:styleId="03nagwekgwnywdokumencie">
    <w:name w:val="*03. nagłówek główny w dokumencie"/>
    <w:basedOn w:val="Normalny"/>
    <w:link w:val="03nagwekgwnywdokumencieZnak"/>
    <w:qFormat/>
    <w:rsid w:val="00265FC1"/>
    <w:pPr>
      <w:keepNext/>
      <w:keepLines/>
      <w:spacing w:before="360" w:after="24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32"/>
      <w:szCs w:val="28"/>
      <w:lang w:val="pl-PL"/>
      <w14:ligatures w14:val="standardContextual"/>
    </w:rPr>
  </w:style>
  <w:style w:type="character" w:customStyle="1" w:styleId="03nagwekgwnywdokumencieZnak">
    <w:name w:val="*03. nagłówek główny w dokumencie Znak"/>
    <w:basedOn w:val="Domylnaczcionkaakapitu"/>
    <w:link w:val="03nagwekgwnywdokumencie"/>
    <w:rsid w:val="00265FC1"/>
    <w:rPr>
      <w:rFonts w:ascii="Times New Roman" w:eastAsiaTheme="minorHAnsi" w:hAnsi="Times New Roman" w:cs="Times New Roman"/>
      <w:b/>
      <w:bCs/>
      <w:kern w:val="2"/>
      <w:sz w:val="32"/>
      <w:szCs w:val="28"/>
      <w:lang w:val="pl-PL"/>
      <w14:ligatures w14:val="standardContextual"/>
    </w:rPr>
  </w:style>
  <w:style w:type="paragraph" w:customStyle="1" w:styleId="09tabela-tekst">
    <w:name w:val="*09 tabela - tekst"/>
    <w:basedOn w:val="08tabel-nagwek"/>
    <w:link w:val="09tabela-tekstZnak"/>
    <w:qFormat/>
    <w:rsid w:val="00265FC1"/>
    <w:pPr>
      <w:jc w:val="left"/>
    </w:pPr>
    <w:rPr>
      <w:b w:val="0"/>
      <w:bCs w:val="0"/>
      <w:sz w:val="24"/>
      <w:szCs w:val="24"/>
    </w:rPr>
  </w:style>
  <w:style w:type="paragraph" w:customStyle="1" w:styleId="07listawypunktowana">
    <w:name w:val="*07. lista wypunktowana"/>
    <w:basedOn w:val="Normalny"/>
    <w:link w:val="07listawypunktowanaZnak"/>
    <w:qFormat/>
    <w:rsid w:val="00265FC1"/>
    <w:pPr>
      <w:numPr>
        <w:numId w:val="10"/>
      </w:numPr>
      <w:spacing w:after="120" w:line="240" w:lineRule="auto"/>
      <w:ind w:left="714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7listawypunktowanaZnak">
    <w:name w:val="*07. lista wypunktowana Znak"/>
    <w:basedOn w:val="Domylnaczcionkaakapitu"/>
    <w:link w:val="07listawypunktowana"/>
    <w:rsid w:val="00265FC1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9tabela-tekstZnak">
    <w:name w:val="*09 tabela - tekst Znak"/>
    <w:basedOn w:val="08tabel-nagwekZnak"/>
    <w:link w:val="09tabela-tekst"/>
    <w:rsid w:val="00265FC1"/>
    <w:rPr>
      <w:rFonts w:ascii="Times New Roman" w:eastAsiaTheme="minorHAnsi" w:hAnsi="Times New Roman" w:cs="Times New Roman"/>
      <w:b w:val="0"/>
      <w:bCs w:val="0"/>
      <w:kern w:val="2"/>
      <w:sz w:val="24"/>
      <w:szCs w:val="24"/>
      <w:lang w:val="pl-PL"/>
      <w14:ligatures w14:val="standardContextual"/>
    </w:rPr>
  </w:style>
  <w:style w:type="paragraph" w:customStyle="1" w:styleId="04nagwekpodrzdnydogwnego">
    <w:name w:val="*04. nagłówek podrzędny do głównego"/>
    <w:basedOn w:val="Normalny"/>
    <w:link w:val="04nagwekpodrzdnydogwnegoZnak"/>
    <w:qFormat/>
    <w:rsid w:val="00265FC1"/>
    <w:pPr>
      <w:keepNext/>
      <w:keepLines/>
      <w:spacing w:before="360" w:after="24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28"/>
      <w:szCs w:val="24"/>
      <w:lang w:val="pl-PL"/>
      <w14:ligatures w14:val="standardContextual"/>
    </w:rPr>
  </w:style>
  <w:style w:type="character" w:customStyle="1" w:styleId="04nagwekpodrzdnydogwnegoZnak">
    <w:name w:val="*04. nagłówek podrzędny do głównego Znak"/>
    <w:basedOn w:val="Domylnaczcionkaakapitu"/>
    <w:link w:val="04nagwekpodrzdnydogwnego"/>
    <w:rsid w:val="00265FC1"/>
    <w:rPr>
      <w:rFonts w:ascii="Times New Roman" w:eastAsiaTheme="minorHAnsi" w:hAnsi="Times New Roman" w:cs="Times New Roman"/>
      <w:b/>
      <w:bCs/>
      <w:kern w:val="2"/>
      <w:sz w:val="28"/>
      <w:szCs w:val="24"/>
      <w:lang w:val="pl-PL"/>
      <w14:ligatures w14:val="standardContextual"/>
    </w:rPr>
  </w:style>
  <w:style w:type="paragraph" w:customStyle="1" w:styleId="05nagwekpodpodrzdnydopodrzdnego">
    <w:name w:val="*05. nagłówek podpodrzędny do podrzędnego"/>
    <w:link w:val="05nagwekpodpodrzdnydopodrzdnegoZnak"/>
    <w:qFormat/>
    <w:rsid w:val="00265FC1"/>
    <w:pPr>
      <w:keepNext/>
      <w:keepLines/>
      <w:spacing w:before="240" w:after="120" w:line="240" w:lineRule="auto"/>
      <w:contextualSpacing/>
      <w:jc w:val="center"/>
    </w:pPr>
    <w:rPr>
      <w:rFonts w:ascii="Times New Roman" w:eastAsiaTheme="minorHAnsi" w:hAnsi="Times New Roman" w:cs="Times New Roman"/>
      <w:b/>
      <w:bCs/>
      <w:kern w:val="2"/>
      <w:sz w:val="24"/>
      <w:szCs w:val="24"/>
      <w:lang w:val="pl-PL"/>
      <w14:ligatures w14:val="standardContextual"/>
    </w:rPr>
  </w:style>
  <w:style w:type="character" w:customStyle="1" w:styleId="05nagwekpodpodrzdnydopodrzdnegoZnak">
    <w:name w:val="*05. nagłówek podpodrzędny do podrzędnego Znak"/>
    <w:basedOn w:val="04nagwekpodrzdnydogwnegoZnak"/>
    <w:link w:val="05nagwekpodpodrzdnydopodrzdnego"/>
    <w:rsid w:val="00265FC1"/>
    <w:rPr>
      <w:rFonts w:ascii="Times New Roman" w:eastAsiaTheme="minorHAnsi" w:hAnsi="Times New Roman" w:cs="Times New Roman"/>
      <w:b/>
      <w:bCs/>
      <w:kern w:val="2"/>
      <w:sz w:val="24"/>
      <w:szCs w:val="24"/>
      <w:lang w:val="pl-PL"/>
      <w14:ligatures w14:val="standardContextual"/>
    </w:rPr>
  </w:style>
  <w:style w:type="paragraph" w:customStyle="1" w:styleId="08tabel-nagwek">
    <w:name w:val="*08. tabel - nagłówek"/>
    <w:basedOn w:val="Normalny"/>
    <w:link w:val="08tabel-nagwekZnak"/>
    <w:qFormat/>
    <w:rsid w:val="00265FC1"/>
    <w:pPr>
      <w:spacing w:after="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character" w:customStyle="1" w:styleId="08tabel-nagwekZnak">
    <w:name w:val="*08. tabel - nagłówek Znak"/>
    <w:basedOn w:val="Domylnaczcionkaakapitu"/>
    <w:link w:val="08tabel-nagwek"/>
    <w:rsid w:val="00265FC1"/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paragraph" w:customStyle="1" w:styleId="07a-listanumerowana">
    <w:name w:val="*07a - lista numerowana"/>
    <w:link w:val="07a-listanumerowanaZnak"/>
    <w:qFormat/>
    <w:rsid w:val="00265FC1"/>
    <w:pPr>
      <w:numPr>
        <w:numId w:val="13"/>
      </w:numPr>
      <w:spacing w:after="0" w:line="240" w:lineRule="auto"/>
      <w:ind w:left="357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7a-listanumerowanaZnak">
    <w:name w:val="*07a - lista numerowana Znak"/>
    <w:basedOn w:val="Domylnaczcionkaakapitu"/>
    <w:link w:val="07a-listanumerowana"/>
    <w:rsid w:val="00265FC1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07b-listaalfabetyczna">
    <w:name w:val="*07b - lista alfabetyczna"/>
    <w:qFormat/>
    <w:rsid w:val="00265FC1"/>
    <w:pPr>
      <w:numPr>
        <w:numId w:val="17"/>
      </w:numPr>
      <w:spacing w:after="0" w:line="240" w:lineRule="auto"/>
      <w:ind w:left="714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12podpis">
    <w:name w:val="*12. podpis"/>
    <w:basedOn w:val="Normalny"/>
    <w:link w:val="12podpisZnak"/>
    <w:qFormat/>
    <w:rsid w:val="00265FC1"/>
    <w:pPr>
      <w:keepNext/>
      <w:keepLines/>
      <w:tabs>
        <w:tab w:val="center" w:pos="6804"/>
      </w:tabs>
      <w:spacing w:before="720" w:after="0" w:line="240" w:lineRule="auto"/>
    </w:pPr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character" w:customStyle="1" w:styleId="12podpisZnak">
    <w:name w:val="*12. podpis Znak"/>
    <w:basedOn w:val="Domylnaczcionkaakapitu"/>
    <w:link w:val="12podpis"/>
    <w:rsid w:val="00265FC1"/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paragraph" w:customStyle="1" w:styleId="11tabela-tekst">
    <w:name w:val="*11 tabela - tekst"/>
    <w:basedOn w:val="10tabel-nagwek"/>
    <w:link w:val="11tabela-tekstZnak"/>
    <w:qFormat/>
    <w:rsid w:val="00265FC1"/>
    <w:pPr>
      <w:jc w:val="left"/>
    </w:pPr>
    <w:rPr>
      <w:b w:val="0"/>
      <w:bCs w:val="0"/>
      <w:sz w:val="24"/>
      <w:szCs w:val="24"/>
    </w:rPr>
  </w:style>
  <w:style w:type="character" w:customStyle="1" w:styleId="11tabela-tekstZnak">
    <w:name w:val="*11 tabela - tekst Znak"/>
    <w:basedOn w:val="10tabel-nagwekZnak"/>
    <w:link w:val="11tabela-tekst"/>
    <w:rsid w:val="00265FC1"/>
    <w:rPr>
      <w:rFonts w:ascii="Times New Roman" w:eastAsiaTheme="minorHAnsi" w:hAnsi="Times New Roman" w:cs="Times New Roman"/>
      <w:b w:val="0"/>
      <w:bCs w:val="0"/>
      <w:kern w:val="2"/>
      <w:sz w:val="24"/>
      <w:szCs w:val="24"/>
      <w:lang w:val="pl-PL"/>
      <w14:ligatures w14:val="standardContextual"/>
    </w:rPr>
  </w:style>
  <w:style w:type="paragraph" w:customStyle="1" w:styleId="10tabel-nagwek">
    <w:name w:val="*10. tabel - nagłówek"/>
    <w:basedOn w:val="Normalny"/>
    <w:link w:val="10tabel-nagwekZnak"/>
    <w:qFormat/>
    <w:rsid w:val="00265FC1"/>
    <w:pPr>
      <w:spacing w:after="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character" w:customStyle="1" w:styleId="10tabel-nagwekZnak">
    <w:name w:val="*10. tabel - nagłówek Znak"/>
    <w:basedOn w:val="Domylnaczcionkaakapitu"/>
    <w:link w:val="10tabel-nagwek"/>
    <w:rsid w:val="00265FC1"/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paragraph" w:customStyle="1" w:styleId="08-listanumerowana">
    <w:name w:val="*08 - lista numerowana"/>
    <w:link w:val="08-listanumerowanaZnak"/>
    <w:qFormat/>
    <w:rsid w:val="00265FC1"/>
    <w:pPr>
      <w:numPr>
        <w:numId w:val="15"/>
      </w:numPr>
      <w:spacing w:after="0" w:line="240" w:lineRule="auto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8-listanumerowanaZnak">
    <w:name w:val="*08 - lista numerowana Znak"/>
    <w:basedOn w:val="Domylnaczcionkaakapitu"/>
    <w:link w:val="08-listanumerowana"/>
    <w:rsid w:val="00265FC1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09-listaalfabetyczna">
    <w:name w:val="*09 - lista alfabetyczna"/>
    <w:qFormat/>
    <w:rsid w:val="00265FC1"/>
    <w:pPr>
      <w:tabs>
        <w:tab w:val="num" w:pos="720"/>
      </w:tabs>
      <w:spacing w:after="0" w:line="240" w:lineRule="auto"/>
      <w:ind w:left="714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41179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17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1</Pages>
  <Words>79</Words>
  <Characters>524</Characters>
  <Application>Microsoft Office Word</Application>
  <DocSecurity>0</DocSecurity>
  <Lines>37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UWAGA</cp:lastModifiedBy>
  <cp:revision>216</cp:revision>
  <cp:lastPrinted>2026-09-03T19:35:00Z</cp:lastPrinted>
  <dcterms:created xsi:type="dcterms:W3CDTF">2013-12-23T23:15:00Z</dcterms:created>
  <dcterms:modified xsi:type="dcterms:W3CDTF">2026-09-08T19:48:00Z</dcterms:modified>
  <cp:category/>
</cp:coreProperties>
</file>