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50F97" w14:textId="5BB70C71" w:rsidR="00CA5810" w:rsidRPr="001E6943" w:rsidRDefault="00CA5810" w:rsidP="00CA5810">
      <w:pPr>
        <w:pStyle w:val="03nagwekgwnywdokumencie"/>
        <w:rPr>
          <w:spacing w:val="40"/>
        </w:rPr>
      </w:pPr>
      <w:r w:rsidRPr="001E6943">
        <w:rPr>
          <w:spacing w:val="40"/>
        </w:rPr>
        <w:t>UNIWERSYTET</w:t>
      </w:r>
      <w:r w:rsidRPr="001E6943">
        <w:rPr>
          <w:spacing w:val="40"/>
        </w:rPr>
        <w:br/>
        <w:t>KARDYNAŁA STEFANA WYSZYŃSKIEGO</w:t>
      </w:r>
      <w:r w:rsidRPr="001E6943">
        <w:rPr>
          <w:spacing w:val="40"/>
        </w:rPr>
        <w:br/>
        <w:t>w WARSZAWIE</w:t>
      </w:r>
    </w:p>
    <w:p w14:paraId="045494C4" w14:textId="34B72ED7" w:rsidR="00CA5810" w:rsidRPr="001E6943" w:rsidRDefault="00F72781" w:rsidP="00DC09E5">
      <w:pPr>
        <w:pStyle w:val="03nagwekgwnywdokumencie"/>
        <w:spacing w:after="480"/>
        <w:rPr>
          <w:i/>
          <w:iCs/>
          <w:spacing w:val="30"/>
        </w:rPr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CE673C" wp14:editId="2C2B7431">
                <wp:simplePos x="0" y="0"/>
                <wp:positionH relativeFrom="margin">
                  <wp:posOffset>2089150</wp:posOffset>
                </wp:positionH>
                <wp:positionV relativeFrom="paragraph">
                  <wp:posOffset>611505</wp:posOffset>
                </wp:positionV>
                <wp:extent cx="3417316" cy="184150"/>
                <wp:effectExtent l="0" t="0" r="0" b="6350"/>
                <wp:wrapNone/>
                <wp:docPr id="58221605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7316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2F73E1" w14:textId="35F45205" w:rsidR="00F72781" w:rsidRPr="00D40140" w:rsidRDefault="00F72781" w:rsidP="00F72781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E673C" id="_x0000_s1072" type="#_x0000_t202" style="position:absolute;left:0;text-align:left;margin-left:164.5pt;margin-top:48.15pt;width:269.1pt;height:14.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" filled="f" stroked="f" strokeweight=".5pt">
                <v:textbox inset=".1mm,.1mm,.1mm,.1mm">
                  <w:txbxContent>
                    <w:p w14:paraId="112F73E1" w14:textId="35F45205" w:rsidR="00F72781" w:rsidRPr="00D40140" w:rsidRDefault="00F72781" w:rsidP="00F72781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5810" w:rsidRPr="001E6943">
        <w:rPr>
          <w:i/>
          <w:iCs/>
          <w:spacing w:val="30"/>
        </w:rPr>
        <w:t>SPRAWOZDANIE Z PRZEBIEGU PRAKTYKI</w:t>
      </w:r>
    </w:p>
    <w:p w14:paraId="46392C78" w14:textId="35BECBE4" w:rsidR="00CA5810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FA6C672" wp14:editId="47CD5B11">
                <wp:simplePos x="0" y="0"/>
                <wp:positionH relativeFrom="margin">
                  <wp:posOffset>1161415</wp:posOffset>
                </wp:positionH>
                <wp:positionV relativeFrom="paragraph">
                  <wp:posOffset>313690</wp:posOffset>
                </wp:positionV>
                <wp:extent cx="4343527" cy="184150"/>
                <wp:effectExtent l="0" t="0" r="0" b="6350"/>
                <wp:wrapNone/>
                <wp:docPr id="118629944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527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3F2DE8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C672" id="_x0000_s1073" type="#_x0000_t202" style="position:absolute;left:0;text-align:left;margin-left:91.45pt;margin-top:24.7pt;width:342pt;height:14.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" filled="f" stroked="f" strokeweight=".5pt">
                <v:textbox inset=".1mm,.1mm,.1mm,.1mm">
                  <w:txbxContent>
                    <w:p w14:paraId="253F2DE8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Imię i nazwisko studenta </w:t>
      </w:r>
      <w:r w:rsidR="007D4B6F" w:rsidRPr="001E6943">
        <w:tab/>
      </w:r>
    </w:p>
    <w:p w14:paraId="1B9E0D98" w14:textId="28E89E3F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95E80FC" wp14:editId="5BD2F9FE">
                <wp:simplePos x="0" y="0"/>
                <wp:positionH relativeFrom="margin">
                  <wp:posOffset>1034415</wp:posOffset>
                </wp:positionH>
                <wp:positionV relativeFrom="paragraph">
                  <wp:posOffset>310515</wp:posOffset>
                </wp:positionV>
                <wp:extent cx="4477639" cy="184150"/>
                <wp:effectExtent l="0" t="0" r="5715" b="6350"/>
                <wp:wrapNone/>
                <wp:docPr id="171133275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7639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FB6E38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E80FC" id="_x0000_s1074" type="#_x0000_t202" style="position:absolute;left:0;text-align:left;margin-left:81.45pt;margin-top:24.45pt;width:352.55pt;height:14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" filled="f" stroked="f" strokeweight=".5pt">
                <v:textbox inset=".1mm,.1mm,.1mm,.1mm">
                  <w:txbxContent>
                    <w:p w14:paraId="2BFB6E38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Nr albumu </w:t>
      </w:r>
      <w:r w:rsidR="007D4B6F" w:rsidRPr="001E6943">
        <w:tab/>
      </w:r>
    </w:p>
    <w:p w14:paraId="1059A5AB" w14:textId="6F9625FA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ED33ECA" wp14:editId="7CA833AA">
                <wp:simplePos x="0" y="0"/>
                <wp:positionH relativeFrom="margin">
                  <wp:posOffset>1099820</wp:posOffset>
                </wp:positionH>
                <wp:positionV relativeFrom="paragraph">
                  <wp:posOffset>325755</wp:posOffset>
                </wp:positionV>
                <wp:extent cx="4404233" cy="184150"/>
                <wp:effectExtent l="0" t="0" r="3175" b="6350"/>
                <wp:wrapNone/>
                <wp:docPr id="54605272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233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6F11D8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33ECA" id="_x0000_s1075" type="#_x0000_t202" style="position:absolute;left:0;text-align:left;margin-left:86.6pt;margin-top:25.65pt;width:346.8pt;height:14.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" filled="f" stroked="f" strokeweight=".5pt">
                <v:textbox inset=".1mm,.1mm,.1mm,.1mm">
                  <w:txbxContent>
                    <w:p w14:paraId="246F11D8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Wydział </w:t>
      </w:r>
      <w:r w:rsidR="007D4B6F" w:rsidRPr="001E6943">
        <w:tab/>
      </w:r>
    </w:p>
    <w:p w14:paraId="0EA2649F" w14:textId="1BF52282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ECCA534" wp14:editId="682C0AD3">
                <wp:simplePos x="0" y="0"/>
                <wp:positionH relativeFrom="margin">
                  <wp:posOffset>1277620</wp:posOffset>
                </wp:positionH>
                <wp:positionV relativeFrom="paragraph">
                  <wp:posOffset>310515</wp:posOffset>
                </wp:positionV>
                <wp:extent cx="4226560" cy="188976"/>
                <wp:effectExtent l="0" t="0" r="2540" b="1905"/>
                <wp:wrapNone/>
                <wp:docPr id="127225724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6560" cy="1889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0DED4F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CA534" id="_x0000_s1076" type="#_x0000_t202" style="position:absolute;left:0;text-align:left;margin-left:100.6pt;margin-top:24.45pt;width:332.8pt;height:14.9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" filled="f" stroked="f" strokeweight=".5pt">
                <v:textbox inset=".1mm,.1mm,.1mm,.1mm">
                  <w:txbxContent>
                    <w:p w14:paraId="570DED4F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Kierunek </w:t>
      </w:r>
      <w:r w:rsidR="007D4B6F" w:rsidRPr="001E6943">
        <w:tab/>
      </w:r>
    </w:p>
    <w:p w14:paraId="466CFDDF" w14:textId="58504E1A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CCDDF85" wp14:editId="1D873C96">
                <wp:simplePos x="0" y="0"/>
                <wp:positionH relativeFrom="margin">
                  <wp:posOffset>1333500</wp:posOffset>
                </wp:positionH>
                <wp:positionV relativeFrom="paragraph">
                  <wp:posOffset>332105</wp:posOffset>
                </wp:positionV>
                <wp:extent cx="4171315" cy="153670"/>
                <wp:effectExtent l="0" t="0" r="0" b="0"/>
                <wp:wrapNone/>
                <wp:docPr id="18785250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315" cy="153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BE20C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DDF85" id="_x0000_s1077" type="#_x0000_t202" style="position:absolute;left:0;text-align:left;margin-left:105pt;margin-top:26.15pt;width:328.45pt;height:12.1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" filled="f" stroked="f" strokeweight=".5pt">
                <v:textbox inset=".1mm,.1mm,.1mm,.1mm">
                  <w:txbxContent>
                    <w:p w14:paraId="28CBE20C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Specjalność </w:t>
      </w:r>
      <w:r w:rsidR="007D4B6F" w:rsidRPr="001E6943">
        <w:tab/>
      </w:r>
    </w:p>
    <w:p w14:paraId="4B11DADC" w14:textId="24FCEEDD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583CB2A" wp14:editId="4A14DDA1">
                <wp:simplePos x="0" y="0"/>
                <wp:positionH relativeFrom="margin">
                  <wp:posOffset>1549400</wp:posOffset>
                </wp:positionH>
                <wp:positionV relativeFrom="paragraph">
                  <wp:posOffset>340995</wp:posOffset>
                </wp:positionV>
                <wp:extent cx="3957955" cy="170180"/>
                <wp:effectExtent l="0" t="0" r="4445" b="0"/>
                <wp:wrapNone/>
                <wp:docPr id="172306779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955" cy="170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B8F1F2" w14:textId="4D1DDD38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3CB2A" id="_x0000_s1078" type="#_x0000_t202" style="position:absolute;left:0;text-align:left;margin-left:122pt;margin-top:26.85pt;width:311.65pt;height:13.4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" filled="f" stroked="f" strokeweight=".5pt">
                <v:textbox inset=".1mm,.1mm,.1mm,.1mm">
                  <w:txbxContent>
                    <w:p w14:paraId="1DB8F1F2" w14:textId="4D1DDD38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Rok studiów </w:t>
      </w:r>
      <w:r w:rsidR="007D4B6F" w:rsidRPr="001E6943">
        <w:tab/>
      </w:r>
    </w:p>
    <w:p w14:paraId="3F31489E" w14:textId="4DEB0E3A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4A978B2" wp14:editId="5C97E40E">
                <wp:simplePos x="0" y="0"/>
                <wp:positionH relativeFrom="margin">
                  <wp:posOffset>4161155</wp:posOffset>
                </wp:positionH>
                <wp:positionV relativeFrom="paragraph">
                  <wp:posOffset>313690</wp:posOffset>
                </wp:positionV>
                <wp:extent cx="1342771" cy="170180"/>
                <wp:effectExtent l="0" t="0" r="3810" b="0"/>
                <wp:wrapNone/>
                <wp:docPr id="108596438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771" cy="170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8">
                        <w:txbxContent>
                          <w:p w14:paraId="34DA62A3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978B2" id="_x0000_s1079" type="#_x0000_t202" style="position:absolute;left:0;text-align:left;margin-left:327.65pt;margin-top:24.7pt;width:105.75pt;height:13.4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" filled="f" stroked="f" strokeweight=".5pt">
                <v:textbox style="mso-next-textbox:#_x0000_s1080" inset=".1mm,.1mm,.1mm,.1mm">
                  <w:txbxContent>
                    <w:p w14:paraId="34DA62A3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Stopień studiów </w:t>
      </w:r>
      <w:r w:rsidR="007D4B6F" w:rsidRPr="001E6943">
        <w:tab/>
      </w:r>
    </w:p>
    <w:p w14:paraId="5EEAA044" w14:textId="4D8DA5A1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A7EA4F3" wp14:editId="28B9023F">
                <wp:simplePos x="0" y="0"/>
                <wp:positionH relativeFrom="margin">
                  <wp:posOffset>474980</wp:posOffset>
                </wp:positionH>
                <wp:positionV relativeFrom="paragraph">
                  <wp:posOffset>322580</wp:posOffset>
                </wp:positionV>
                <wp:extent cx="5032375" cy="170180"/>
                <wp:effectExtent l="0" t="0" r="0" b="0"/>
                <wp:wrapNone/>
                <wp:docPr id="17240062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375" cy="170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8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EA4F3" id="_x0000_s1080" type="#_x0000_t202" style="position:absolute;left:0;text-align:left;margin-left:37.4pt;margin-top:25.4pt;width:396.25pt;height:13.4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A83532" w:rsidRPr="001E6943">
        <w:tab/>
      </w:r>
      <w:r w:rsidR="007D4B6F" w:rsidRPr="001E6943">
        <w:t xml:space="preserve">Pełna nazwa i adres instytucji, w której odbyła się praktyka </w:t>
      </w:r>
      <w:r w:rsidR="007D4B6F" w:rsidRPr="001E6943">
        <w:tab/>
      </w:r>
    </w:p>
    <w:p w14:paraId="644D3071" w14:textId="06EA779F" w:rsidR="007D4B6F" w:rsidRPr="001E6943" w:rsidRDefault="00626040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E6F6E73" wp14:editId="0579B247">
                <wp:simplePos x="0" y="0"/>
                <wp:positionH relativeFrom="margin">
                  <wp:posOffset>2030095</wp:posOffset>
                </wp:positionH>
                <wp:positionV relativeFrom="paragraph">
                  <wp:posOffset>329565</wp:posOffset>
                </wp:positionV>
                <wp:extent cx="3475511" cy="170180"/>
                <wp:effectExtent l="0" t="0" r="4445" b="0"/>
                <wp:wrapNone/>
                <wp:docPr id="757966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5511" cy="170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883111" w14:textId="77777777" w:rsidR="00626040" w:rsidRPr="00D40140" w:rsidRDefault="00626040" w:rsidP="00626040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F6E73" id="_x0000_s1081" type="#_x0000_t202" style="position:absolute;left:0;text-align:left;margin-left:159.85pt;margin-top:25.95pt;width:273.65pt;height:13.4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" filled="f" stroked="f" strokeweight=".5pt">
                <v:textbox inset=".1mm,.1mm,.1mm,.1mm">
                  <w:txbxContent>
                    <w:p w14:paraId="42883111" w14:textId="77777777" w:rsidR="00626040" w:rsidRPr="00D40140" w:rsidRDefault="00626040" w:rsidP="00626040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4B6F" w:rsidRPr="001E6943">
        <w:tab/>
      </w:r>
      <w:r w:rsidR="002B63D9" w:rsidRPr="001E6943">
        <w:tab/>
      </w:r>
    </w:p>
    <w:p w14:paraId="5B915898" w14:textId="01E69B8F" w:rsidR="007D4B6F" w:rsidRPr="001E6943" w:rsidRDefault="00A83532" w:rsidP="00DC09E5">
      <w:pPr>
        <w:pStyle w:val="06TEKSTWACIWY"/>
        <w:tabs>
          <w:tab w:val="left" w:pos="709"/>
          <w:tab w:val="right" w:leader="dot" w:pos="8647"/>
        </w:tabs>
        <w:spacing w:line="480" w:lineRule="auto"/>
      </w:pPr>
      <w:r w:rsidRPr="001E6943">
        <w:tab/>
      </w:r>
      <w:r w:rsidR="007D4B6F" w:rsidRPr="001E6943">
        <w:t xml:space="preserve">Termin odbytej praktyki </w:t>
      </w:r>
      <w:r w:rsidR="007D4B6F" w:rsidRPr="001E6943">
        <w:tab/>
      </w:r>
    </w:p>
    <w:p w14:paraId="364875BF" w14:textId="2BAD3FBD" w:rsidR="00CA5810" w:rsidRPr="001E6943" w:rsidRDefault="00FA3E31" w:rsidP="00DC09E5">
      <w:pPr>
        <w:pStyle w:val="08-listanumerowana"/>
        <w:numPr>
          <w:ilvl w:val="0"/>
          <w:numId w:val="21"/>
        </w:numPr>
        <w:spacing w:before="360"/>
      </w:pPr>
      <w:r w:rsidRPr="001E6943">
        <w:t xml:space="preserve">Krótki opis instytucji i jednostki organizacyjnej, w której odbyła się praktyka (charakterystyka instytucji, obszar działalności, profil, struktura organizacyjna, itp.) – </w:t>
      </w:r>
      <w:r w:rsidRPr="001E6943">
        <w:rPr>
          <w:b/>
          <w:bCs/>
          <w:i/>
          <w:iCs/>
        </w:rPr>
        <w:t>wypełnia student</w:t>
      </w:r>
    </w:p>
    <w:p w14:paraId="6C13F8A4" w14:textId="0F4A275D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51E8EA9" wp14:editId="476F711F">
                <wp:simplePos x="0" y="0"/>
                <wp:positionH relativeFrom="margin">
                  <wp:posOffset>26670</wp:posOffset>
                </wp:positionH>
                <wp:positionV relativeFrom="paragraph">
                  <wp:posOffset>40005</wp:posOffset>
                </wp:positionV>
                <wp:extent cx="5971592" cy="184163"/>
                <wp:effectExtent l="0" t="0" r="0" b="6350"/>
                <wp:wrapNone/>
                <wp:docPr id="101619597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10">
                        <w:txbxContent>
                          <w:p w14:paraId="3BB9C604" w14:textId="77777777" w:rsidR="00F44857" w:rsidRPr="00D40140" w:rsidRDefault="00F44857" w:rsidP="00F44857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E8EA9" id="_x0000_s1082" type="#_x0000_t202" style="position:absolute;left:0;text-align:left;margin-left:2.1pt;margin-top:3.15pt;width:470.2pt;height:14.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" filled="f" stroked="f" strokeweight=".5pt">
                <v:textbox style="mso-next-textbox:#_x0000_s1083" inset=".1mm,.1mm,.1mm,.1mm">
                  <w:txbxContent>
                    <w:p w14:paraId="3BB9C604" w14:textId="77777777" w:rsidR="00F44857" w:rsidRPr="00D40140" w:rsidRDefault="00F44857" w:rsidP="00F44857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5536A735" w14:textId="7CC71EE6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8B74530" wp14:editId="1953879C">
                <wp:simplePos x="0" y="0"/>
                <wp:positionH relativeFrom="margin">
                  <wp:posOffset>23495</wp:posOffset>
                </wp:positionH>
                <wp:positionV relativeFrom="paragraph">
                  <wp:posOffset>30480</wp:posOffset>
                </wp:positionV>
                <wp:extent cx="5971592" cy="184163"/>
                <wp:effectExtent l="0" t="0" r="0" b="6350"/>
                <wp:wrapNone/>
                <wp:docPr id="182536555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74530" id="_x0000_s1083" type="#_x0000_t202" style="position:absolute;left:0;text-align:left;margin-left:1.85pt;margin-top:2.4pt;width:470.2pt;height:14.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25ASHw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" filled="f" stroked="f" strokeweight=".5pt">
                <v:textbox style="mso-next-textbox:#_x0000_s1084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2CB99138" w14:textId="7DF7311D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1A8BC18" wp14:editId="34861AE1">
                <wp:simplePos x="0" y="0"/>
                <wp:positionH relativeFrom="margin">
                  <wp:posOffset>23495</wp:posOffset>
                </wp:positionH>
                <wp:positionV relativeFrom="paragraph">
                  <wp:posOffset>29210</wp:posOffset>
                </wp:positionV>
                <wp:extent cx="5971592" cy="184163"/>
                <wp:effectExtent l="0" t="0" r="0" b="6350"/>
                <wp:wrapNone/>
                <wp:docPr id="155814836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BC18" id="_x0000_s1084" type="#_x0000_t202" style="position:absolute;left:0;text-align:left;margin-left:1.85pt;margin-top:2.3pt;width:470.2pt;height:14.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tNHIQ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" filled="f" stroked="f" strokeweight=".5pt">
                <v:textbox style="mso-next-textbox:#_x0000_s1085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6604D993" w14:textId="2643A00B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19C651B" wp14:editId="17C1EDDA">
                <wp:simplePos x="0" y="0"/>
                <wp:positionH relativeFrom="margin">
                  <wp:posOffset>28575</wp:posOffset>
                </wp:positionH>
                <wp:positionV relativeFrom="paragraph">
                  <wp:posOffset>28575</wp:posOffset>
                </wp:positionV>
                <wp:extent cx="5971592" cy="184163"/>
                <wp:effectExtent l="0" t="0" r="0" b="6350"/>
                <wp:wrapNone/>
                <wp:docPr id="180526302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C651B" id="_x0000_s1085" type="#_x0000_t202" style="position:absolute;left:0;text-align:left;margin-left:2.25pt;margin-top:2.25pt;width:470.2pt;height:14.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" filled="f" stroked="f" strokeweight=".5pt">
                <v:textbox style="mso-next-textbox:#_x0000_s1086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631BBA23" w14:textId="1B4FA821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055EE9E" wp14:editId="05CE7BF2">
                <wp:simplePos x="0" y="0"/>
                <wp:positionH relativeFrom="margin">
                  <wp:posOffset>28575</wp:posOffset>
                </wp:positionH>
                <wp:positionV relativeFrom="paragraph">
                  <wp:posOffset>27940</wp:posOffset>
                </wp:positionV>
                <wp:extent cx="5971592" cy="184163"/>
                <wp:effectExtent l="0" t="0" r="0" b="6350"/>
                <wp:wrapNone/>
                <wp:docPr id="62111603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4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5EE9E" id="_x0000_s1086" type="#_x0000_t202" style="position:absolute;left:0;text-align:left;margin-left:2.25pt;margin-top:2.2pt;width:470.2pt;height:14.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" filled="f" stroked="f" strokeweight=".5pt">
                <v:textbox style="mso-next-textbox:#_x0000_s1087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39C0B379" w14:textId="05238E72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3F12B3E" wp14:editId="5D75ABC8">
                <wp:simplePos x="0" y="0"/>
                <wp:positionH relativeFrom="margin">
                  <wp:posOffset>23495</wp:posOffset>
                </wp:positionH>
                <wp:positionV relativeFrom="paragraph">
                  <wp:posOffset>35560</wp:posOffset>
                </wp:positionV>
                <wp:extent cx="5971592" cy="184163"/>
                <wp:effectExtent l="0" t="0" r="0" b="6350"/>
                <wp:wrapNone/>
                <wp:docPr id="70444241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5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12B3E" id="_x0000_s1087" type="#_x0000_t202" style="position:absolute;left:0;text-align:left;margin-left:1.85pt;margin-top:2.8pt;width:470.2pt;height:14.5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ZmreIA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" filled="f" stroked="f" strokeweight=".5pt">
                <v:textbox style="mso-next-textbox:#_x0000_s1088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30B1EBDF" w14:textId="0C65199E" w:rsidR="00EA624B" w:rsidRPr="001E6943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9236D9E" wp14:editId="064C12B1">
                <wp:simplePos x="0" y="0"/>
                <wp:positionH relativeFrom="margin">
                  <wp:posOffset>28575</wp:posOffset>
                </wp:positionH>
                <wp:positionV relativeFrom="paragraph">
                  <wp:posOffset>34925</wp:posOffset>
                </wp:positionV>
                <wp:extent cx="5971592" cy="184163"/>
                <wp:effectExtent l="0" t="0" r="0" b="6350"/>
                <wp:wrapNone/>
                <wp:docPr id="5758195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6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36D9E" id="_x0000_s1088" type="#_x0000_t202" style="position:absolute;left:0;text-align:left;margin-left:2.25pt;margin-top:2.75pt;width:470.2pt;height:14.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ymLIQ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" filled="f" stroked="f" strokeweight=".5pt">
                <v:textbox style="mso-next-textbox:#_x0000_s1089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0BD2D114" w14:textId="6F18606A" w:rsidR="005556CD" w:rsidRDefault="00F44857" w:rsidP="00777549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C533512" wp14:editId="2F75CD85">
                <wp:simplePos x="0" y="0"/>
                <wp:positionH relativeFrom="margin">
                  <wp:posOffset>28575</wp:posOffset>
                </wp:positionH>
                <wp:positionV relativeFrom="paragraph">
                  <wp:posOffset>34290</wp:posOffset>
                </wp:positionV>
                <wp:extent cx="5971592" cy="184163"/>
                <wp:effectExtent l="0" t="0" r="0" b="6350"/>
                <wp:wrapNone/>
                <wp:docPr id="148775448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0" seq="7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33512" id="_x0000_s1089" type="#_x0000_t202" style="position:absolute;left:0;text-align:left;margin-left:2.25pt;margin-top:2.7pt;width:470.2pt;height:14.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EA624B" w:rsidRPr="001E6943">
        <w:tab/>
      </w:r>
    </w:p>
    <w:p w14:paraId="1537B048" w14:textId="77777777" w:rsidR="005556CD" w:rsidRDefault="005556CD">
      <w:pPr>
        <w:rPr>
          <w:rFonts w:ascii="Times New Roman" w:eastAsiaTheme="minorHAnsi" w:hAnsi="Times New Roman" w:cs="Times New Roman"/>
          <w:kern w:val="2"/>
          <w:sz w:val="24"/>
          <w:szCs w:val="24"/>
          <w:lang w:val="pl-PL"/>
          <w14:ligatures w14:val="standardContextual"/>
        </w:rPr>
      </w:pPr>
      <w:r>
        <w:br w:type="page"/>
      </w:r>
    </w:p>
    <w:p w14:paraId="54D79FC0" w14:textId="77777777" w:rsidR="002B63D9" w:rsidRPr="001E6943" w:rsidRDefault="002B63D9" w:rsidP="00777549">
      <w:pPr>
        <w:pStyle w:val="06TEKSTWACIWY"/>
        <w:tabs>
          <w:tab w:val="right" w:leader="dot" w:pos="9406"/>
        </w:tabs>
        <w:spacing w:before="120"/>
      </w:pPr>
    </w:p>
    <w:p w14:paraId="770A71FF" w14:textId="56A02B61" w:rsidR="00FA3E31" w:rsidRPr="001E6943" w:rsidRDefault="00FA3E31" w:rsidP="00EA7A07">
      <w:pPr>
        <w:pStyle w:val="08-listanumerowana"/>
        <w:numPr>
          <w:ilvl w:val="0"/>
          <w:numId w:val="21"/>
        </w:numPr>
        <w:spacing w:after="360"/>
      </w:pPr>
      <w:r w:rsidRPr="001E6943">
        <w:t xml:space="preserve">Przebieg praktyki – dziennik praktyk – </w:t>
      </w:r>
      <w:r w:rsidRPr="001E6943">
        <w:rPr>
          <w:b/>
          <w:bCs/>
          <w:i/>
          <w:iCs/>
        </w:rPr>
        <w:t>wypełnia student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1025"/>
        <w:gridCol w:w="6600"/>
        <w:gridCol w:w="979"/>
      </w:tblGrid>
      <w:tr w:rsidR="0037033D" w:rsidRPr="001E6943" w14:paraId="3B8D9C07" w14:textId="77777777" w:rsidTr="00493893">
        <w:trPr>
          <w:jc w:val="center"/>
        </w:trPr>
        <w:tc>
          <w:tcPr>
            <w:tcW w:w="0" w:type="auto"/>
          </w:tcPr>
          <w:p w14:paraId="0C340C36" w14:textId="77777777" w:rsidR="0037033D" w:rsidRPr="001E6943" w:rsidRDefault="0037033D" w:rsidP="00493893">
            <w:pPr>
              <w:pStyle w:val="10tabel-nagwek"/>
            </w:pPr>
            <w:r w:rsidRPr="001E6943">
              <w:t>Data</w:t>
            </w:r>
          </w:p>
        </w:tc>
        <w:tc>
          <w:tcPr>
            <w:tcW w:w="0" w:type="auto"/>
          </w:tcPr>
          <w:p w14:paraId="43C51C4E" w14:textId="28014937" w:rsidR="0037033D" w:rsidRPr="001E6943" w:rsidRDefault="0037033D" w:rsidP="00493893">
            <w:pPr>
              <w:pStyle w:val="10tabel-nagwek"/>
            </w:pPr>
            <w:r w:rsidRPr="001E6943">
              <w:t>Liczba</w:t>
            </w:r>
            <w:r w:rsidRPr="001E6943">
              <w:br/>
              <w:t>godzin</w:t>
            </w:r>
          </w:p>
        </w:tc>
        <w:tc>
          <w:tcPr>
            <w:tcW w:w="0" w:type="auto"/>
          </w:tcPr>
          <w:p w14:paraId="7BDBA803" w14:textId="77777777" w:rsidR="0037033D" w:rsidRPr="001E6943" w:rsidRDefault="0037033D" w:rsidP="00493893">
            <w:pPr>
              <w:pStyle w:val="10tabel-nagwek"/>
            </w:pPr>
            <w:r w:rsidRPr="001E6943">
              <w:t>Opis wykonywanych zadań, powierzonych obowiązków</w:t>
            </w:r>
          </w:p>
        </w:tc>
        <w:tc>
          <w:tcPr>
            <w:tcW w:w="0" w:type="auto"/>
          </w:tcPr>
          <w:p w14:paraId="34C96677" w14:textId="77777777" w:rsidR="0037033D" w:rsidRPr="001E6943" w:rsidRDefault="0037033D" w:rsidP="00493893">
            <w:pPr>
              <w:pStyle w:val="10tabel-nagwek"/>
            </w:pPr>
            <w:r w:rsidRPr="001E6943">
              <w:t>Uwagi</w:t>
            </w:r>
          </w:p>
        </w:tc>
      </w:tr>
      <w:tr w:rsidR="0037033D" w:rsidRPr="001E6943" w14:paraId="6909B7CB" w14:textId="77777777" w:rsidTr="002428C9">
        <w:trPr>
          <w:trHeight w:val="567"/>
          <w:jc w:val="center"/>
        </w:trPr>
        <w:tc>
          <w:tcPr>
            <w:tcW w:w="0" w:type="auto"/>
          </w:tcPr>
          <w:p w14:paraId="42A78D96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30EF938D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71FC5CD0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79819A89" w14:textId="77777777" w:rsidR="0037033D" w:rsidRPr="001E6943" w:rsidRDefault="0037033D" w:rsidP="0037033D">
            <w:pPr>
              <w:pStyle w:val="11tabela-tekst"/>
            </w:pPr>
          </w:p>
        </w:tc>
      </w:tr>
      <w:tr w:rsidR="0037033D" w:rsidRPr="001E6943" w14:paraId="78A4D044" w14:textId="77777777" w:rsidTr="002428C9">
        <w:trPr>
          <w:trHeight w:val="567"/>
          <w:jc w:val="center"/>
        </w:trPr>
        <w:tc>
          <w:tcPr>
            <w:tcW w:w="0" w:type="auto"/>
          </w:tcPr>
          <w:p w14:paraId="34DCC9E1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15397C21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595BCB17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318B07AD" w14:textId="77777777" w:rsidR="0037033D" w:rsidRPr="001E6943" w:rsidRDefault="0037033D" w:rsidP="0037033D">
            <w:pPr>
              <w:pStyle w:val="11tabela-tekst"/>
            </w:pPr>
          </w:p>
        </w:tc>
      </w:tr>
      <w:tr w:rsidR="0037033D" w:rsidRPr="001E6943" w14:paraId="67E3A5BD" w14:textId="77777777" w:rsidTr="002428C9">
        <w:trPr>
          <w:trHeight w:val="567"/>
          <w:jc w:val="center"/>
        </w:trPr>
        <w:tc>
          <w:tcPr>
            <w:tcW w:w="0" w:type="auto"/>
          </w:tcPr>
          <w:p w14:paraId="65D6CA0B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7C12063F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5A86A18F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79F0E2C2" w14:textId="77777777" w:rsidR="0037033D" w:rsidRPr="001E6943" w:rsidRDefault="0037033D" w:rsidP="0037033D">
            <w:pPr>
              <w:pStyle w:val="11tabela-tekst"/>
            </w:pPr>
          </w:p>
        </w:tc>
      </w:tr>
      <w:tr w:rsidR="0037033D" w:rsidRPr="001E6943" w14:paraId="35E20699" w14:textId="77777777" w:rsidTr="002428C9">
        <w:trPr>
          <w:trHeight w:val="567"/>
          <w:jc w:val="center"/>
        </w:trPr>
        <w:tc>
          <w:tcPr>
            <w:tcW w:w="0" w:type="auto"/>
          </w:tcPr>
          <w:p w14:paraId="235A34A7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56A2C136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3CDB0697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39989DC1" w14:textId="77777777" w:rsidR="0037033D" w:rsidRPr="001E6943" w:rsidRDefault="0037033D" w:rsidP="0037033D">
            <w:pPr>
              <w:pStyle w:val="11tabela-tekst"/>
            </w:pPr>
          </w:p>
        </w:tc>
      </w:tr>
      <w:tr w:rsidR="0037033D" w:rsidRPr="001E6943" w14:paraId="4449FDE3" w14:textId="77777777" w:rsidTr="002428C9">
        <w:trPr>
          <w:trHeight w:val="567"/>
          <w:jc w:val="center"/>
        </w:trPr>
        <w:tc>
          <w:tcPr>
            <w:tcW w:w="0" w:type="auto"/>
          </w:tcPr>
          <w:p w14:paraId="3B23D979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695AD224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5C3CB174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1F708B14" w14:textId="77777777" w:rsidR="0037033D" w:rsidRPr="001E6943" w:rsidRDefault="0037033D" w:rsidP="0037033D">
            <w:pPr>
              <w:pStyle w:val="11tabela-tekst"/>
            </w:pPr>
          </w:p>
        </w:tc>
      </w:tr>
      <w:tr w:rsidR="0037033D" w:rsidRPr="001E6943" w14:paraId="55D0D49E" w14:textId="77777777" w:rsidTr="002428C9">
        <w:trPr>
          <w:trHeight w:val="567"/>
          <w:jc w:val="center"/>
        </w:trPr>
        <w:tc>
          <w:tcPr>
            <w:tcW w:w="0" w:type="auto"/>
          </w:tcPr>
          <w:p w14:paraId="659DC62E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70C8AEF2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5DEC6AC1" w14:textId="77777777" w:rsidR="0037033D" w:rsidRPr="001E6943" w:rsidRDefault="0037033D" w:rsidP="0037033D">
            <w:pPr>
              <w:pStyle w:val="11tabela-tekst"/>
            </w:pPr>
          </w:p>
        </w:tc>
        <w:tc>
          <w:tcPr>
            <w:tcW w:w="0" w:type="auto"/>
          </w:tcPr>
          <w:p w14:paraId="51C85D15" w14:textId="77777777" w:rsidR="0037033D" w:rsidRPr="001E6943" w:rsidRDefault="0037033D" w:rsidP="0037033D">
            <w:pPr>
              <w:pStyle w:val="11tabela-tekst"/>
            </w:pPr>
          </w:p>
        </w:tc>
      </w:tr>
    </w:tbl>
    <w:p w14:paraId="12C9C466" w14:textId="77777777" w:rsidR="002428C9" w:rsidRPr="001E6943" w:rsidRDefault="002428C9" w:rsidP="00EA7A07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1320"/>
      </w:pP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618040CA" w14:textId="34B194B1" w:rsidR="002428C9" w:rsidRPr="001E6943" w:rsidRDefault="002428C9" w:rsidP="00EA7A07">
      <w:pPr>
        <w:pStyle w:val="06TEKSTWACIWY"/>
        <w:tabs>
          <w:tab w:val="center" w:pos="1985"/>
          <w:tab w:val="center" w:pos="7433"/>
        </w:tabs>
        <w:spacing w:after="1200"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podpis opiekuna praktyk</w:t>
      </w:r>
      <w:r w:rsidRPr="001E6943">
        <w:rPr>
          <w:sz w:val="18"/>
          <w:szCs w:val="18"/>
        </w:rPr>
        <w:tab/>
        <w:t>pieczątka Instytucji</w:t>
      </w:r>
    </w:p>
    <w:p w14:paraId="4B3D60D2" w14:textId="27C0DDE8" w:rsidR="00CA5810" w:rsidRPr="001E6943" w:rsidRDefault="002428C9" w:rsidP="002428C9">
      <w:pPr>
        <w:pStyle w:val="08-listanumerowana"/>
      </w:pPr>
      <w:r w:rsidRPr="001E6943">
        <w:t xml:space="preserve">Podsumowanie praktyki (powinno przedstawiać uwagi, obserwacje i wnioski praktykanta dotyczące wykonywanej pracy) – </w:t>
      </w:r>
      <w:r w:rsidRPr="001E6943">
        <w:rPr>
          <w:b/>
          <w:bCs/>
          <w:i/>
          <w:iCs/>
        </w:rPr>
        <w:t>wypełnia student</w:t>
      </w:r>
    </w:p>
    <w:p w14:paraId="74ECBA62" w14:textId="7E72E3DA" w:rsidR="00EA7A07" w:rsidRPr="001E6943" w:rsidRDefault="00D77C71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90112BA" wp14:editId="65A55FE9">
                <wp:simplePos x="0" y="0"/>
                <wp:positionH relativeFrom="margin">
                  <wp:posOffset>0</wp:posOffset>
                </wp:positionH>
                <wp:positionV relativeFrom="paragraph">
                  <wp:posOffset>38735</wp:posOffset>
                </wp:positionV>
                <wp:extent cx="5971592" cy="184163"/>
                <wp:effectExtent l="0" t="0" r="0" b="6350"/>
                <wp:wrapNone/>
                <wp:docPr id="41881228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11">
                        <w:txbxContent>
                          <w:p w14:paraId="03F8BFDC" w14:textId="77777777" w:rsidR="00D77C71" w:rsidRPr="00D40140" w:rsidRDefault="00D77C71" w:rsidP="00D77C71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112BA" id="_x0000_s1090" type="#_x0000_t202" style="position:absolute;left:0;text-align:left;margin-left:0;margin-top:3.05pt;width:470.2pt;height:14.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" filled="f" stroked="f" strokeweight=".5pt">
                <v:textbox style="mso-next-textbox:#_x0000_s1091" inset=".1mm,.1mm,.1mm,.1mm">
                  <w:txbxContent>
                    <w:p w14:paraId="03F8BFDC" w14:textId="77777777" w:rsidR="00D77C71" w:rsidRPr="00D40140" w:rsidRDefault="00D77C71" w:rsidP="00D77C71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38B729D4" w14:textId="64C403A6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4DE2DD4" wp14:editId="1C403105">
                <wp:simplePos x="0" y="0"/>
                <wp:positionH relativeFrom="margin">
                  <wp:posOffset>-1270</wp:posOffset>
                </wp:positionH>
                <wp:positionV relativeFrom="paragraph">
                  <wp:posOffset>38100</wp:posOffset>
                </wp:positionV>
                <wp:extent cx="5971592" cy="184163"/>
                <wp:effectExtent l="0" t="0" r="0" b="6350"/>
                <wp:wrapNone/>
                <wp:docPr id="65200451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E2DD4" id="_x0000_s1091" type="#_x0000_t202" style="position:absolute;left:0;text-align:left;margin-left:-.1pt;margin-top:3pt;width:470.2pt;height:14.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5fw/Hw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" filled="f" stroked="f" strokeweight=".5pt">
                <v:textbox style="mso-next-textbox:#_x0000_s1092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65CC76F7" w14:textId="6CA787C4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8D358EE" wp14:editId="7AC615D3">
                <wp:simplePos x="0" y="0"/>
                <wp:positionH relativeFrom="margin">
                  <wp:posOffset>-1270</wp:posOffset>
                </wp:positionH>
                <wp:positionV relativeFrom="paragraph">
                  <wp:posOffset>39370</wp:posOffset>
                </wp:positionV>
                <wp:extent cx="5971592" cy="184163"/>
                <wp:effectExtent l="0" t="0" r="0" b="6350"/>
                <wp:wrapNone/>
                <wp:docPr id="60649183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358EE" id="_x0000_s1092" type="#_x0000_t202" style="position:absolute;left:0;text-align:left;margin-left:-.1pt;margin-top:3.1pt;width:470.2pt;height:14.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FL9qIQ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" filled="f" stroked="f" strokeweight=".5pt">
                <v:textbox style="mso-next-textbox:#_x0000_s1093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6FFCD079" w14:textId="6D26A4EB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140EAC8" wp14:editId="0BD80F0D">
                <wp:simplePos x="0" y="0"/>
                <wp:positionH relativeFrom="margin">
                  <wp:posOffset>-1270</wp:posOffset>
                </wp:positionH>
                <wp:positionV relativeFrom="paragraph">
                  <wp:posOffset>45085</wp:posOffset>
                </wp:positionV>
                <wp:extent cx="5971592" cy="184163"/>
                <wp:effectExtent l="0" t="0" r="0" b="6350"/>
                <wp:wrapNone/>
                <wp:docPr id="196687541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0EAC8" id="_x0000_s1093" type="#_x0000_t202" style="position:absolute;left:0;text-align:left;margin-left:-.1pt;margin-top:3.55pt;width:470.2pt;height:14.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" filled="f" stroked="f" strokeweight=".5pt">
                <v:textbox style="mso-next-textbox:#_x0000_s1094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50D69DA1" w14:textId="44EB19D7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CA6959B" wp14:editId="1C79E878">
                <wp:simplePos x="0" y="0"/>
                <wp:positionH relativeFrom="margin">
                  <wp:posOffset>-1270</wp:posOffset>
                </wp:positionH>
                <wp:positionV relativeFrom="paragraph">
                  <wp:posOffset>46355</wp:posOffset>
                </wp:positionV>
                <wp:extent cx="5971592" cy="184163"/>
                <wp:effectExtent l="0" t="0" r="0" b="6350"/>
                <wp:wrapNone/>
                <wp:docPr id="91932271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4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6959B" id="_x0000_s1094" type="#_x0000_t202" style="position:absolute;left:0;text-align:left;margin-left:-.1pt;margin-top:3.65pt;width:470.2pt;height:14.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" filled="f" stroked="f" strokeweight=".5pt">
                <v:textbox style="mso-next-textbox:#_x0000_s1095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546A0413" w14:textId="198DC0F9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1612397" wp14:editId="2AE7DF9A">
                <wp:simplePos x="0" y="0"/>
                <wp:positionH relativeFrom="margin">
                  <wp:posOffset>-1270</wp:posOffset>
                </wp:positionH>
                <wp:positionV relativeFrom="paragraph">
                  <wp:posOffset>41910</wp:posOffset>
                </wp:positionV>
                <wp:extent cx="5971592" cy="184163"/>
                <wp:effectExtent l="0" t="0" r="0" b="6350"/>
                <wp:wrapNone/>
                <wp:docPr id="131707336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5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12397" id="_x0000_s1095" type="#_x0000_t202" style="position:absolute;left:0;text-align:left;margin-left:-.1pt;margin-top:3.3pt;width:470.2pt;height:14.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AbzIA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" filled="f" stroked="f" strokeweight=".5pt">
                <v:textbox style="mso-next-textbox:#_x0000_s1096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022B3DE6" w14:textId="1C2446AA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4B70E5C" wp14:editId="43A4F8C1">
                <wp:simplePos x="0" y="0"/>
                <wp:positionH relativeFrom="margin">
                  <wp:posOffset>-1270</wp:posOffset>
                </wp:positionH>
                <wp:positionV relativeFrom="paragraph">
                  <wp:posOffset>43180</wp:posOffset>
                </wp:positionV>
                <wp:extent cx="5971592" cy="184163"/>
                <wp:effectExtent l="0" t="0" r="0" b="6350"/>
                <wp:wrapNone/>
                <wp:docPr id="137152171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6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70E5C" id="_x0000_s1096" type="#_x0000_t202" style="position:absolute;left:0;text-align:left;margin-left:-.1pt;margin-top:3.4pt;width:470.2pt;height:14.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" filled="f" stroked="f" strokeweight=".5pt">
                <v:textbox style="mso-next-textbox:#_x0000_s1097"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4FF250BC" w14:textId="36B7AB32" w:rsidR="00EA7A07" w:rsidRPr="001E6943" w:rsidRDefault="000850AF" w:rsidP="00EA7A07">
      <w:pPr>
        <w:pStyle w:val="06TEKSTWACIWY"/>
        <w:tabs>
          <w:tab w:val="right" w:leader="dot" w:pos="9406"/>
        </w:tabs>
        <w:spacing w:before="12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E8AB78D" wp14:editId="3465E23C">
                <wp:simplePos x="0" y="0"/>
                <wp:positionH relativeFrom="margin">
                  <wp:posOffset>-1270</wp:posOffset>
                </wp:positionH>
                <wp:positionV relativeFrom="paragraph">
                  <wp:posOffset>38100</wp:posOffset>
                </wp:positionV>
                <wp:extent cx="5971592" cy="184163"/>
                <wp:effectExtent l="0" t="0" r="0" b="6350"/>
                <wp:wrapNone/>
                <wp:docPr id="180632854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92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11" seq="7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AB78D" id="_x0000_s1097" type="#_x0000_t202" style="position:absolute;left:0;text-align:left;margin-left:-.1pt;margin-top:3pt;width:470.2pt;height:14.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 w:rsidR="00EA7A07" w:rsidRPr="001E6943">
        <w:tab/>
      </w:r>
    </w:p>
    <w:p w14:paraId="7C742C16" w14:textId="77777777" w:rsidR="00425B73" w:rsidRPr="001E6943" w:rsidRDefault="00425B73" w:rsidP="000E1E1B">
      <w:pPr>
        <w:pStyle w:val="06TEKSTWACIWY"/>
      </w:pPr>
    </w:p>
    <w:sectPr w:rsidR="00425B73" w:rsidRPr="001E6943" w:rsidSect="00106C36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AFD190" w14:textId="77777777" w:rsidR="00A450DA" w:rsidRDefault="00A450DA" w:rsidP="00132E6F">
      <w:pPr>
        <w:spacing w:after="0" w:line="240" w:lineRule="auto"/>
      </w:pPr>
      <w:r>
        <w:separator/>
      </w:r>
    </w:p>
  </w:endnote>
  <w:endnote w:type="continuationSeparator" w:id="0">
    <w:p w14:paraId="0601A733" w14:textId="77777777" w:rsidR="00A450DA" w:rsidRDefault="00A450DA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A8740A" w14:textId="77777777" w:rsidR="00A450DA" w:rsidRDefault="00A450DA" w:rsidP="00132E6F">
      <w:pPr>
        <w:spacing w:after="0" w:line="240" w:lineRule="auto"/>
      </w:pPr>
      <w:r>
        <w:separator/>
      </w:r>
    </w:p>
  </w:footnote>
  <w:footnote w:type="continuationSeparator" w:id="0">
    <w:p w14:paraId="2DF20783" w14:textId="77777777" w:rsidR="00A450DA" w:rsidRDefault="00A450DA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06C36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556CD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921CE"/>
    <w:rsid w:val="00792954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0DA"/>
    <w:rsid w:val="00A45840"/>
    <w:rsid w:val="00A57FE4"/>
    <w:rsid w:val="00A61F26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117</Words>
  <Characters>773</Characters>
  <Application>Microsoft Office Word</Application>
  <DocSecurity>0</DocSecurity>
  <Lines>55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217</cp:revision>
  <cp:lastPrinted>2026-09-03T19:35:00Z</cp:lastPrinted>
  <dcterms:created xsi:type="dcterms:W3CDTF">2013-12-23T23:15:00Z</dcterms:created>
  <dcterms:modified xsi:type="dcterms:W3CDTF">2026-09-08T19:49:00Z</dcterms:modified>
  <cp:category/>
</cp:coreProperties>
</file>