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EC7FEA" w14:textId="0DE073D2" w:rsidR="00425B73" w:rsidRPr="001E6943" w:rsidRDefault="00F57A52" w:rsidP="00F57A52">
      <w:pPr>
        <w:pStyle w:val="05nagwekpodpodrzdnydopodrzdnego"/>
      </w:pPr>
      <w:r w:rsidRPr="001E6943">
        <w:t>KWESTIONARIUSZ OCENY PRAKTYKI STUDENCKIEJ (wypełnia student)</w:t>
      </w:r>
    </w:p>
    <w:p w14:paraId="147DF6A9" w14:textId="4EC9300D" w:rsidR="00425B73" w:rsidRPr="001E6943" w:rsidRDefault="00CE618E" w:rsidP="00051AB2">
      <w:pPr>
        <w:pStyle w:val="06TEKSTWACIWY"/>
        <w:spacing w:after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345A994" wp14:editId="450566BB">
                <wp:simplePos x="0" y="0"/>
                <wp:positionH relativeFrom="margin">
                  <wp:posOffset>0</wp:posOffset>
                </wp:positionH>
                <wp:positionV relativeFrom="paragraph">
                  <wp:posOffset>219075</wp:posOffset>
                </wp:positionV>
                <wp:extent cx="5971592" cy="184163"/>
                <wp:effectExtent l="0" t="0" r="0" b="6350"/>
                <wp:wrapNone/>
                <wp:docPr id="72083705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C1C092" w14:textId="77777777" w:rsidR="00CE618E" w:rsidRPr="00D40140" w:rsidRDefault="00CE618E" w:rsidP="00CE618E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5A994" id="_x0000_s1098" type="#_x0000_t202" style="position:absolute;left:0;text-align:left;margin-left:0;margin-top:17.25pt;width:470.2pt;height:14.5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" filled="f" stroked="f" strokeweight=".5pt">
                <v:textbox inset=".1mm,.1mm,.1mm,.1mm">
                  <w:txbxContent>
                    <w:p w14:paraId="16C1C092" w14:textId="77777777" w:rsidR="00CE618E" w:rsidRPr="00D40140" w:rsidRDefault="00CE618E" w:rsidP="00CE618E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57A52" w:rsidRPr="001E6943">
        <w:t>Pytanie 1. Okres trwania praktyki (proszę o wpis w formacie: od (</w:t>
      </w:r>
      <w:proofErr w:type="spellStart"/>
      <w:r w:rsidR="00F57A52" w:rsidRPr="001E6943">
        <w:t>dd</w:t>
      </w:r>
      <w:proofErr w:type="spellEnd"/>
      <w:r w:rsidR="00F57A52" w:rsidRPr="001E6943">
        <w:t>-mm-</w:t>
      </w:r>
      <w:proofErr w:type="spellStart"/>
      <w:r w:rsidR="00F57A52" w:rsidRPr="001E6943">
        <w:t>rrrr</w:t>
      </w:r>
      <w:proofErr w:type="spellEnd"/>
      <w:r w:rsidR="00F57A52" w:rsidRPr="001E6943">
        <w:t>) do (</w:t>
      </w:r>
      <w:proofErr w:type="spellStart"/>
      <w:r w:rsidR="00F57A52" w:rsidRPr="001E6943">
        <w:t>dd</w:t>
      </w:r>
      <w:proofErr w:type="spellEnd"/>
      <w:r w:rsidR="00F57A52" w:rsidRPr="001E6943">
        <w:t>-mm-</w:t>
      </w:r>
      <w:proofErr w:type="spellStart"/>
      <w:r w:rsidR="00F57A52" w:rsidRPr="001E6943">
        <w:t>rrrr</w:t>
      </w:r>
      <w:proofErr w:type="spellEnd"/>
      <w:r w:rsidR="00F57A52" w:rsidRPr="001E6943">
        <w:t>)</w:t>
      </w:r>
    </w:p>
    <w:p w14:paraId="0A5A818C" w14:textId="297E1B7B" w:rsidR="006C49D7" w:rsidRPr="001E6943" w:rsidRDefault="006C49D7" w:rsidP="00DA3F3D">
      <w:pPr>
        <w:pStyle w:val="06TEKSTWACIWY"/>
        <w:tabs>
          <w:tab w:val="right" w:leader="dot" w:pos="9406"/>
        </w:tabs>
      </w:pPr>
      <w:r w:rsidRPr="001E6943">
        <w:tab/>
      </w:r>
    </w:p>
    <w:p w14:paraId="3FD908FB" w14:textId="17453526" w:rsidR="001866C8" w:rsidRPr="001E6943" w:rsidRDefault="00CE618E" w:rsidP="00051AB2">
      <w:pPr>
        <w:pStyle w:val="06TEKSTWACIWY"/>
        <w:spacing w:before="120" w:after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FD431AE" wp14:editId="4604E657">
                <wp:simplePos x="0" y="0"/>
                <wp:positionH relativeFrom="margin">
                  <wp:posOffset>635</wp:posOffset>
                </wp:positionH>
                <wp:positionV relativeFrom="paragraph">
                  <wp:posOffset>294640</wp:posOffset>
                </wp:positionV>
                <wp:extent cx="5971592" cy="184163"/>
                <wp:effectExtent l="0" t="0" r="0" b="6350"/>
                <wp:wrapNone/>
                <wp:docPr id="206002913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8497FF" w14:textId="77777777" w:rsidR="00CE618E" w:rsidRPr="00D40140" w:rsidRDefault="00CE618E" w:rsidP="00CE618E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431AE" id="_x0000_s1099" type="#_x0000_t202" style="position:absolute;left:0;text-align:left;margin-left:.05pt;margin-top:23.2pt;width:470.2pt;height:14.5pt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" filled="f" stroked="f" strokeweight=".5pt">
                <v:textbox inset=".1mm,.1mm,.1mm,.1mm">
                  <w:txbxContent>
                    <w:p w14:paraId="748497FF" w14:textId="77777777" w:rsidR="00CE618E" w:rsidRPr="00D40140" w:rsidRDefault="00CE618E" w:rsidP="00CE618E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C49D7" w:rsidRPr="001E6943">
        <w:t>Pytanie 2. Miejsce odbywania praktyki (pełna nazwa instytucji przyjmującej)</w:t>
      </w:r>
    </w:p>
    <w:p w14:paraId="396DA8CD" w14:textId="3EF1857B" w:rsidR="006C49D7" w:rsidRPr="001E6943" w:rsidRDefault="006C49D7" w:rsidP="00DA3F3D">
      <w:pPr>
        <w:pStyle w:val="06TEKSTWACIWY"/>
        <w:tabs>
          <w:tab w:val="right" w:leader="dot" w:pos="9406"/>
        </w:tabs>
      </w:pPr>
      <w:r w:rsidRPr="001E6943">
        <w:tab/>
      </w:r>
    </w:p>
    <w:p w14:paraId="11ACC816" w14:textId="2FE4898A" w:rsidR="006C49D7" w:rsidRPr="001E6943" w:rsidRDefault="006C49D7" w:rsidP="00051AB2">
      <w:pPr>
        <w:pStyle w:val="06TEKSTWACIWY"/>
        <w:spacing w:before="120" w:after="120"/>
        <w:rPr>
          <w:i/>
          <w:iCs/>
        </w:rPr>
      </w:pPr>
      <w:r w:rsidRPr="001E6943">
        <w:t xml:space="preserve">Pytanie 3. Czy informacje na temat praktyki były zrozumiałe i komunikowane przez organizatora? </w:t>
      </w:r>
      <w:r w:rsidRPr="001E6943">
        <w:rPr>
          <w:i/>
          <w:iCs/>
        </w:rPr>
        <w:t>W wybranym wierszu proszę wstawić symbol X w drugiej kolumnie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7"/>
        <w:gridCol w:w="1134"/>
      </w:tblGrid>
      <w:tr w:rsidR="006C49D7" w:rsidRPr="001E6943" w14:paraId="7958FC33" w14:textId="77777777" w:rsidTr="006C49D7">
        <w:tc>
          <w:tcPr>
            <w:tcW w:w="0" w:type="auto"/>
          </w:tcPr>
          <w:p w14:paraId="586BE2F2" w14:textId="77777777" w:rsidR="006C49D7" w:rsidRPr="001E6943" w:rsidRDefault="006C49D7" w:rsidP="00EB5C9A">
            <w:pPr>
              <w:pStyle w:val="06TEKSTWACIWY"/>
            </w:pPr>
            <w:r w:rsidRPr="001E6943">
              <w:t>Zdecydowanie tak</w:t>
            </w:r>
          </w:p>
        </w:tc>
        <w:tc>
          <w:tcPr>
            <w:tcW w:w="1134" w:type="dxa"/>
          </w:tcPr>
          <w:p w14:paraId="3DEE4850" w14:textId="77777777" w:rsidR="006C49D7" w:rsidRPr="001E6943" w:rsidRDefault="006C49D7" w:rsidP="00EB5C9A">
            <w:pPr>
              <w:pStyle w:val="06TEKSTWACIWY"/>
            </w:pPr>
          </w:p>
        </w:tc>
      </w:tr>
      <w:tr w:rsidR="006C49D7" w:rsidRPr="001E6943" w14:paraId="31B866D0" w14:textId="77777777" w:rsidTr="006C49D7">
        <w:tc>
          <w:tcPr>
            <w:tcW w:w="0" w:type="auto"/>
          </w:tcPr>
          <w:p w14:paraId="65D03A3E" w14:textId="77777777" w:rsidR="006C49D7" w:rsidRPr="001E6943" w:rsidRDefault="006C49D7" w:rsidP="00EB5C9A">
            <w:pPr>
              <w:pStyle w:val="06TEKSTWACIWY"/>
            </w:pPr>
            <w:r w:rsidRPr="001E6943">
              <w:t>Raczej tak</w:t>
            </w:r>
          </w:p>
        </w:tc>
        <w:tc>
          <w:tcPr>
            <w:tcW w:w="1134" w:type="dxa"/>
          </w:tcPr>
          <w:p w14:paraId="0057572F" w14:textId="77777777" w:rsidR="006C49D7" w:rsidRPr="001E6943" w:rsidRDefault="006C49D7" w:rsidP="00EB5C9A">
            <w:pPr>
              <w:pStyle w:val="06TEKSTWACIWY"/>
            </w:pPr>
          </w:p>
        </w:tc>
      </w:tr>
      <w:tr w:rsidR="006C49D7" w:rsidRPr="001E6943" w14:paraId="09DF7E6B" w14:textId="77777777" w:rsidTr="006C49D7">
        <w:tc>
          <w:tcPr>
            <w:tcW w:w="0" w:type="auto"/>
          </w:tcPr>
          <w:p w14:paraId="0A4D1102" w14:textId="77777777" w:rsidR="006C49D7" w:rsidRPr="001E6943" w:rsidRDefault="006C49D7" w:rsidP="00EB5C9A">
            <w:pPr>
              <w:pStyle w:val="06TEKSTWACIWY"/>
            </w:pPr>
            <w:r w:rsidRPr="001E6943">
              <w:t>Trudno powiedzieć</w:t>
            </w:r>
          </w:p>
        </w:tc>
        <w:tc>
          <w:tcPr>
            <w:tcW w:w="1134" w:type="dxa"/>
          </w:tcPr>
          <w:p w14:paraId="49923A9D" w14:textId="77777777" w:rsidR="006C49D7" w:rsidRPr="001E6943" w:rsidRDefault="006C49D7" w:rsidP="00EB5C9A">
            <w:pPr>
              <w:pStyle w:val="06TEKSTWACIWY"/>
            </w:pPr>
          </w:p>
        </w:tc>
      </w:tr>
      <w:tr w:rsidR="006C49D7" w:rsidRPr="001E6943" w14:paraId="43D1B934" w14:textId="77777777" w:rsidTr="006C49D7">
        <w:tc>
          <w:tcPr>
            <w:tcW w:w="0" w:type="auto"/>
          </w:tcPr>
          <w:p w14:paraId="5E017921" w14:textId="77777777" w:rsidR="006C49D7" w:rsidRPr="001E6943" w:rsidRDefault="006C49D7" w:rsidP="00EB5C9A">
            <w:pPr>
              <w:pStyle w:val="06TEKSTWACIWY"/>
            </w:pPr>
            <w:r w:rsidRPr="001E6943">
              <w:t>Raczej nie</w:t>
            </w:r>
          </w:p>
        </w:tc>
        <w:tc>
          <w:tcPr>
            <w:tcW w:w="1134" w:type="dxa"/>
          </w:tcPr>
          <w:p w14:paraId="7990D1E8" w14:textId="77777777" w:rsidR="006C49D7" w:rsidRPr="001E6943" w:rsidRDefault="006C49D7" w:rsidP="00EB5C9A">
            <w:pPr>
              <w:pStyle w:val="06TEKSTWACIWY"/>
            </w:pPr>
          </w:p>
        </w:tc>
      </w:tr>
      <w:tr w:rsidR="006C49D7" w:rsidRPr="001E6943" w14:paraId="68D6D7E8" w14:textId="77777777" w:rsidTr="006C49D7">
        <w:tc>
          <w:tcPr>
            <w:tcW w:w="0" w:type="auto"/>
          </w:tcPr>
          <w:p w14:paraId="5FBAC666" w14:textId="77777777" w:rsidR="006C49D7" w:rsidRPr="001E6943" w:rsidRDefault="006C49D7" w:rsidP="00EB5C9A">
            <w:pPr>
              <w:pStyle w:val="06TEKSTWACIWY"/>
            </w:pPr>
            <w:r w:rsidRPr="001E6943">
              <w:t>Zdecydowanie nie</w:t>
            </w:r>
          </w:p>
        </w:tc>
        <w:tc>
          <w:tcPr>
            <w:tcW w:w="1134" w:type="dxa"/>
          </w:tcPr>
          <w:p w14:paraId="1B5A0DF9" w14:textId="77777777" w:rsidR="006C49D7" w:rsidRPr="001E6943" w:rsidRDefault="006C49D7" w:rsidP="00EB5C9A">
            <w:pPr>
              <w:pStyle w:val="06TEKSTWACIWY"/>
            </w:pPr>
          </w:p>
        </w:tc>
      </w:tr>
    </w:tbl>
    <w:p w14:paraId="133B2573" w14:textId="77777777" w:rsidR="00EA6C6D" w:rsidRPr="001E6943" w:rsidRDefault="00EA6C6D" w:rsidP="00EA6C6D">
      <w:pPr>
        <w:pStyle w:val="06TEKSTWACIWY"/>
        <w:spacing w:before="120" w:after="120"/>
        <w:rPr>
          <w:i/>
          <w:iCs/>
        </w:rPr>
      </w:pPr>
      <w:r w:rsidRPr="001E6943">
        <w:t xml:space="preserve">Pytanie 4. Czy miejsce pracy w celu odbycia praktyki stacjonarnej zostało dobrze przygotowane? (wyposażone w niezbędne elementy np. biurko, krzesło, etc.?) </w:t>
      </w:r>
      <w:r w:rsidRPr="001E6943">
        <w:rPr>
          <w:i/>
          <w:iCs/>
        </w:rPr>
        <w:t>W wybranym wierszu proszę wstawić symbol X w drugiej kolumnie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7"/>
        <w:gridCol w:w="1134"/>
      </w:tblGrid>
      <w:tr w:rsidR="00EA6C6D" w:rsidRPr="001E6943" w14:paraId="5C2A791D" w14:textId="77777777" w:rsidTr="00BF093D">
        <w:tc>
          <w:tcPr>
            <w:tcW w:w="0" w:type="auto"/>
          </w:tcPr>
          <w:p w14:paraId="61DD8B6B" w14:textId="77777777" w:rsidR="00EA6C6D" w:rsidRPr="001E6943" w:rsidRDefault="00EA6C6D" w:rsidP="00BF093D">
            <w:pPr>
              <w:pStyle w:val="06TEKSTWACIWY"/>
            </w:pPr>
            <w:r w:rsidRPr="001E6943">
              <w:t>Zdecydowanie tak</w:t>
            </w:r>
          </w:p>
        </w:tc>
        <w:tc>
          <w:tcPr>
            <w:tcW w:w="1134" w:type="dxa"/>
          </w:tcPr>
          <w:p w14:paraId="0B3A71C0" w14:textId="77777777" w:rsidR="00EA6C6D" w:rsidRPr="001E6943" w:rsidRDefault="00EA6C6D" w:rsidP="00BF093D">
            <w:pPr>
              <w:pStyle w:val="06TEKSTWACIWY"/>
            </w:pPr>
          </w:p>
        </w:tc>
      </w:tr>
      <w:tr w:rsidR="00EA6C6D" w:rsidRPr="001E6943" w14:paraId="7482573F" w14:textId="77777777" w:rsidTr="00BF093D">
        <w:tc>
          <w:tcPr>
            <w:tcW w:w="0" w:type="auto"/>
          </w:tcPr>
          <w:p w14:paraId="6475275F" w14:textId="77777777" w:rsidR="00EA6C6D" w:rsidRPr="001E6943" w:rsidRDefault="00EA6C6D" w:rsidP="00BF093D">
            <w:pPr>
              <w:pStyle w:val="06TEKSTWACIWY"/>
            </w:pPr>
            <w:r w:rsidRPr="001E6943">
              <w:t>Raczej tak</w:t>
            </w:r>
          </w:p>
        </w:tc>
        <w:tc>
          <w:tcPr>
            <w:tcW w:w="1134" w:type="dxa"/>
          </w:tcPr>
          <w:p w14:paraId="7D745F8B" w14:textId="77777777" w:rsidR="00EA6C6D" w:rsidRPr="001E6943" w:rsidRDefault="00EA6C6D" w:rsidP="00BF093D">
            <w:pPr>
              <w:pStyle w:val="06TEKSTWACIWY"/>
            </w:pPr>
          </w:p>
        </w:tc>
      </w:tr>
      <w:tr w:rsidR="00EA6C6D" w:rsidRPr="001E6943" w14:paraId="784532A3" w14:textId="77777777" w:rsidTr="00BF093D">
        <w:tc>
          <w:tcPr>
            <w:tcW w:w="0" w:type="auto"/>
          </w:tcPr>
          <w:p w14:paraId="475A008D" w14:textId="77777777" w:rsidR="00EA6C6D" w:rsidRPr="001E6943" w:rsidRDefault="00EA6C6D" w:rsidP="00BF093D">
            <w:pPr>
              <w:pStyle w:val="06TEKSTWACIWY"/>
            </w:pPr>
            <w:r w:rsidRPr="001E6943">
              <w:t>Trudno powiedzieć</w:t>
            </w:r>
          </w:p>
        </w:tc>
        <w:tc>
          <w:tcPr>
            <w:tcW w:w="1134" w:type="dxa"/>
          </w:tcPr>
          <w:p w14:paraId="62D3F404" w14:textId="77777777" w:rsidR="00EA6C6D" w:rsidRPr="001E6943" w:rsidRDefault="00EA6C6D" w:rsidP="00BF093D">
            <w:pPr>
              <w:pStyle w:val="06TEKSTWACIWY"/>
            </w:pPr>
          </w:p>
        </w:tc>
      </w:tr>
      <w:tr w:rsidR="00EA6C6D" w:rsidRPr="001E6943" w14:paraId="145B81F3" w14:textId="77777777" w:rsidTr="00BF093D">
        <w:tc>
          <w:tcPr>
            <w:tcW w:w="0" w:type="auto"/>
          </w:tcPr>
          <w:p w14:paraId="11B49AB8" w14:textId="77777777" w:rsidR="00EA6C6D" w:rsidRPr="001E6943" w:rsidRDefault="00EA6C6D" w:rsidP="00BF093D">
            <w:pPr>
              <w:pStyle w:val="06TEKSTWACIWY"/>
            </w:pPr>
            <w:r w:rsidRPr="001E6943">
              <w:t>Raczej nie</w:t>
            </w:r>
          </w:p>
        </w:tc>
        <w:tc>
          <w:tcPr>
            <w:tcW w:w="1134" w:type="dxa"/>
          </w:tcPr>
          <w:p w14:paraId="58A02FED" w14:textId="77777777" w:rsidR="00EA6C6D" w:rsidRPr="001E6943" w:rsidRDefault="00EA6C6D" w:rsidP="00BF093D">
            <w:pPr>
              <w:pStyle w:val="06TEKSTWACIWY"/>
            </w:pPr>
          </w:p>
        </w:tc>
      </w:tr>
      <w:tr w:rsidR="00EA6C6D" w:rsidRPr="001E6943" w14:paraId="6EAD0E50" w14:textId="77777777" w:rsidTr="00BF093D">
        <w:tc>
          <w:tcPr>
            <w:tcW w:w="0" w:type="auto"/>
          </w:tcPr>
          <w:p w14:paraId="1594FB81" w14:textId="77777777" w:rsidR="00EA6C6D" w:rsidRPr="001E6943" w:rsidRDefault="00EA6C6D" w:rsidP="00BF093D">
            <w:pPr>
              <w:pStyle w:val="06TEKSTWACIWY"/>
            </w:pPr>
            <w:r w:rsidRPr="001E6943">
              <w:t>Zdecydowanie nie</w:t>
            </w:r>
          </w:p>
        </w:tc>
        <w:tc>
          <w:tcPr>
            <w:tcW w:w="1134" w:type="dxa"/>
          </w:tcPr>
          <w:p w14:paraId="0F814E7F" w14:textId="77777777" w:rsidR="00EA6C6D" w:rsidRPr="001E6943" w:rsidRDefault="00EA6C6D" w:rsidP="00BF093D">
            <w:pPr>
              <w:pStyle w:val="06TEKSTWACIWY"/>
            </w:pPr>
          </w:p>
        </w:tc>
      </w:tr>
    </w:tbl>
    <w:p w14:paraId="04F09B03" w14:textId="77777777" w:rsidR="00EA6C6D" w:rsidRPr="001E6943" w:rsidRDefault="00EA6C6D" w:rsidP="00EA6C6D">
      <w:pPr>
        <w:pStyle w:val="06TEKSTWACIWY"/>
        <w:spacing w:before="120" w:after="120"/>
        <w:rPr>
          <w:i/>
          <w:iCs/>
        </w:rPr>
      </w:pPr>
      <w:r w:rsidRPr="001E6943">
        <w:t xml:space="preserve">Pytanie 5. Czy praktyka odbywała się stacjonarnie? </w:t>
      </w:r>
      <w:r w:rsidRPr="001E6943">
        <w:rPr>
          <w:i/>
          <w:iCs/>
        </w:rPr>
        <w:t>W wybranym wierszu proszę wstawić symbol X w drugiej kolumnie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34"/>
        <w:gridCol w:w="2268"/>
      </w:tblGrid>
      <w:tr w:rsidR="00EA6C6D" w:rsidRPr="001E6943" w14:paraId="727888DA" w14:textId="77777777" w:rsidTr="004A09D1">
        <w:tc>
          <w:tcPr>
            <w:tcW w:w="1134" w:type="dxa"/>
          </w:tcPr>
          <w:p w14:paraId="334B8B53" w14:textId="3A1D71E3" w:rsidR="00EA6C6D" w:rsidRPr="001E6943" w:rsidRDefault="00EA6C6D" w:rsidP="00BF093D">
            <w:pPr>
              <w:pStyle w:val="06TEKSTWACIWY"/>
              <w:rPr>
                <w:b/>
                <w:bCs/>
              </w:rPr>
            </w:pPr>
            <w:r w:rsidRPr="001E6943">
              <w:rPr>
                <w:b/>
                <w:bCs/>
              </w:rPr>
              <w:t>TAK</w:t>
            </w:r>
          </w:p>
        </w:tc>
        <w:tc>
          <w:tcPr>
            <w:tcW w:w="2268" w:type="dxa"/>
          </w:tcPr>
          <w:p w14:paraId="742CB715" w14:textId="77777777" w:rsidR="00EA6C6D" w:rsidRPr="001E6943" w:rsidRDefault="00EA6C6D" w:rsidP="00BF093D">
            <w:pPr>
              <w:pStyle w:val="06TEKSTWACIWY"/>
            </w:pPr>
          </w:p>
        </w:tc>
      </w:tr>
      <w:tr w:rsidR="00EA6C6D" w:rsidRPr="001E6943" w14:paraId="2AA2D0A3" w14:textId="77777777" w:rsidTr="004A09D1">
        <w:tc>
          <w:tcPr>
            <w:tcW w:w="1134" w:type="dxa"/>
          </w:tcPr>
          <w:p w14:paraId="15270683" w14:textId="3D949C5D" w:rsidR="00EA6C6D" w:rsidRPr="001E6943" w:rsidRDefault="00EA6C6D" w:rsidP="00BF093D">
            <w:pPr>
              <w:pStyle w:val="06TEKSTWACIWY"/>
              <w:rPr>
                <w:b/>
                <w:bCs/>
              </w:rPr>
            </w:pPr>
            <w:r w:rsidRPr="001E6943">
              <w:rPr>
                <w:b/>
                <w:bCs/>
              </w:rPr>
              <w:t>NIE</w:t>
            </w:r>
          </w:p>
        </w:tc>
        <w:tc>
          <w:tcPr>
            <w:tcW w:w="2268" w:type="dxa"/>
          </w:tcPr>
          <w:p w14:paraId="1531980C" w14:textId="77777777" w:rsidR="00EA6C6D" w:rsidRPr="001E6943" w:rsidRDefault="00EA6C6D" w:rsidP="00BF093D">
            <w:pPr>
              <w:pStyle w:val="06TEKSTWACIWY"/>
            </w:pPr>
          </w:p>
        </w:tc>
      </w:tr>
    </w:tbl>
    <w:p w14:paraId="153EF9DE" w14:textId="676B60D9" w:rsidR="006C49D7" w:rsidRPr="001E6943" w:rsidRDefault="00051AB2" w:rsidP="00051AB2">
      <w:pPr>
        <w:pStyle w:val="06TEKSTWACIWY"/>
        <w:spacing w:before="120" w:after="120"/>
      </w:pPr>
      <w:r w:rsidRPr="001E6943">
        <w:t xml:space="preserve">Pytanie 6. Czy został Pani/u dokładnie przedstawiony program praktyki? </w:t>
      </w:r>
      <w:r w:rsidRPr="001E6943">
        <w:rPr>
          <w:i/>
          <w:iCs/>
        </w:rPr>
        <w:t>W wybranym wierszu proszę wstawić symbol X w drugiej kolumnie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34"/>
        <w:gridCol w:w="2268"/>
      </w:tblGrid>
      <w:tr w:rsidR="00051AB2" w:rsidRPr="001E6943" w14:paraId="6E1C89C1" w14:textId="77777777" w:rsidTr="00BF093D">
        <w:tc>
          <w:tcPr>
            <w:tcW w:w="1134" w:type="dxa"/>
          </w:tcPr>
          <w:p w14:paraId="74A6FC4B" w14:textId="77777777" w:rsidR="00051AB2" w:rsidRPr="001E6943" w:rsidRDefault="00051AB2" w:rsidP="00BF093D">
            <w:pPr>
              <w:pStyle w:val="06TEKSTWACIWY"/>
              <w:rPr>
                <w:b/>
                <w:bCs/>
              </w:rPr>
            </w:pPr>
            <w:r w:rsidRPr="001E6943">
              <w:rPr>
                <w:b/>
                <w:bCs/>
              </w:rPr>
              <w:t>TAK</w:t>
            </w:r>
          </w:p>
        </w:tc>
        <w:tc>
          <w:tcPr>
            <w:tcW w:w="2268" w:type="dxa"/>
          </w:tcPr>
          <w:p w14:paraId="4529C2A2" w14:textId="77777777" w:rsidR="00051AB2" w:rsidRPr="001E6943" w:rsidRDefault="00051AB2" w:rsidP="00BF093D">
            <w:pPr>
              <w:pStyle w:val="06TEKSTWACIWY"/>
            </w:pPr>
          </w:p>
        </w:tc>
      </w:tr>
      <w:tr w:rsidR="00051AB2" w:rsidRPr="001E6943" w14:paraId="381ABB3C" w14:textId="77777777" w:rsidTr="00BF093D">
        <w:tc>
          <w:tcPr>
            <w:tcW w:w="1134" w:type="dxa"/>
          </w:tcPr>
          <w:p w14:paraId="57DDA733" w14:textId="77777777" w:rsidR="00051AB2" w:rsidRPr="001E6943" w:rsidRDefault="00051AB2" w:rsidP="00BF093D">
            <w:pPr>
              <w:pStyle w:val="06TEKSTWACIWY"/>
              <w:rPr>
                <w:b/>
                <w:bCs/>
              </w:rPr>
            </w:pPr>
            <w:r w:rsidRPr="001E6943">
              <w:rPr>
                <w:b/>
                <w:bCs/>
              </w:rPr>
              <w:t>NIE</w:t>
            </w:r>
          </w:p>
        </w:tc>
        <w:tc>
          <w:tcPr>
            <w:tcW w:w="2268" w:type="dxa"/>
          </w:tcPr>
          <w:p w14:paraId="6D64338E" w14:textId="77777777" w:rsidR="00051AB2" w:rsidRPr="001E6943" w:rsidRDefault="00051AB2" w:rsidP="00BF093D">
            <w:pPr>
              <w:pStyle w:val="06TEKSTWACIWY"/>
            </w:pPr>
          </w:p>
        </w:tc>
      </w:tr>
    </w:tbl>
    <w:p w14:paraId="404A396A" w14:textId="77777777" w:rsidR="00A61F26" w:rsidRPr="001E6943" w:rsidRDefault="00A61F26" w:rsidP="00A61F26">
      <w:pPr>
        <w:pStyle w:val="06TEKSTWACIWY"/>
        <w:spacing w:before="120" w:after="120"/>
      </w:pPr>
      <w:r w:rsidRPr="001E6943">
        <w:t xml:space="preserve">Pytanie 7. Czy stworzono Pani/u możliwość samodzielnego wykonywania zadań merytorycznych? </w:t>
      </w:r>
      <w:r w:rsidRPr="001E6943">
        <w:rPr>
          <w:i/>
          <w:iCs/>
        </w:rPr>
        <w:t>W wybranym wierszu proszę wstawić symbol X w drugiej kolumnie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34"/>
        <w:gridCol w:w="2268"/>
      </w:tblGrid>
      <w:tr w:rsidR="00A61F26" w:rsidRPr="001E6943" w14:paraId="03B6C69B" w14:textId="77777777" w:rsidTr="00BF093D">
        <w:tc>
          <w:tcPr>
            <w:tcW w:w="1134" w:type="dxa"/>
          </w:tcPr>
          <w:p w14:paraId="7A897F35" w14:textId="77777777" w:rsidR="00A61F26" w:rsidRPr="001E6943" w:rsidRDefault="00A61F26" w:rsidP="00BF093D">
            <w:pPr>
              <w:pStyle w:val="06TEKSTWACIWY"/>
              <w:rPr>
                <w:b/>
                <w:bCs/>
              </w:rPr>
            </w:pPr>
            <w:r w:rsidRPr="001E6943">
              <w:rPr>
                <w:b/>
                <w:bCs/>
              </w:rPr>
              <w:t>TAK</w:t>
            </w:r>
          </w:p>
        </w:tc>
        <w:tc>
          <w:tcPr>
            <w:tcW w:w="2268" w:type="dxa"/>
          </w:tcPr>
          <w:p w14:paraId="07E1FD15" w14:textId="77777777" w:rsidR="00A61F26" w:rsidRPr="001E6943" w:rsidRDefault="00A61F26" w:rsidP="00BF093D">
            <w:pPr>
              <w:pStyle w:val="06TEKSTWACIWY"/>
            </w:pPr>
          </w:p>
        </w:tc>
      </w:tr>
      <w:tr w:rsidR="00A61F26" w:rsidRPr="001E6943" w14:paraId="3687EA4B" w14:textId="77777777" w:rsidTr="00BF093D">
        <w:tc>
          <w:tcPr>
            <w:tcW w:w="1134" w:type="dxa"/>
          </w:tcPr>
          <w:p w14:paraId="15EDCFB9" w14:textId="77777777" w:rsidR="00A61F26" w:rsidRPr="001E6943" w:rsidRDefault="00A61F26" w:rsidP="00BF093D">
            <w:pPr>
              <w:pStyle w:val="06TEKSTWACIWY"/>
              <w:rPr>
                <w:b/>
                <w:bCs/>
              </w:rPr>
            </w:pPr>
            <w:r w:rsidRPr="001E6943">
              <w:rPr>
                <w:b/>
                <w:bCs/>
              </w:rPr>
              <w:t>NIE</w:t>
            </w:r>
          </w:p>
        </w:tc>
        <w:tc>
          <w:tcPr>
            <w:tcW w:w="2268" w:type="dxa"/>
          </w:tcPr>
          <w:p w14:paraId="5F46B483" w14:textId="77777777" w:rsidR="00A61F26" w:rsidRPr="001E6943" w:rsidRDefault="00A61F26" w:rsidP="00BF093D">
            <w:pPr>
              <w:pStyle w:val="06TEKSTWACIWY"/>
            </w:pPr>
          </w:p>
        </w:tc>
      </w:tr>
    </w:tbl>
    <w:p w14:paraId="55BFC159" w14:textId="77777777" w:rsidR="009A2B5B" w:rsidRPr="001E6943" w:rsidRDefault="009A2B5B" w:rsidP="005422A0">
      <w:pPr>
        <w:pStyle w:val="06TEKSTWACIWY"/>
      </w:pPr>
      <w:r w:rsidRPr="001E6943">
        <w:br w:type="page"/>
      </w:r>
    </w:p>
    <w:p w14:paraId="74BAD544" w14:textId="3DE00229" w:rsidR="009A2B5B" w:rsidRPr="001E6943" w:rsidRDefault="009A2B5B" w:rsidP="009A2B5B">
      <w:pPr>
        <w:pStyle w:val="06TEKSTWACIWY"/>
        <w:spacing w:before="120" w:after="120"/>
      </w:pPr>
      <w:r w:rsidRPr="001E6943">
        <w:lastRenderedPageBreak/>
        <w:t xml:space="preserve">Pytanie 8. Czy podczas realizowania praktyki udało się Pani/u uzyskać kompetencje społeczne? </w:t>
      </w:r>
      <w:r w:rsidRPr="001E6943">
        <w:rPr>
          <w:i/>
          <w:iCs/>
        </w:rPr>
        <w:t>W wybranym wierszu proszę wstawić symbol X w drugiej kolumnie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7"/>
        <w:gridCol w:w="1134"/>
      </w:tblGrid>
      <w:tr w:rsidR="009A2B5B" w:rsidRPr="001E6943" w14:paraId="1CFEF1CE" w14:textId="77777777" w:rsidTr="00BF093D">
        <w:tc>
          <w:tcPr>
            <w:tcW w:w="0" w:type="auto"/>
          </w:tcPr>
          <w:p w14:paraId="7D25DDE5" w14:textId="77777777" w:rsidR="009A2B5B" w:rsidRPr="001E6943" w:rsidRDefault="009A2B5B" w:rsidP="00BF093D">
            <w:pPr>
              <w:pStyle w:val="06TEKSTWACIWY"/>
            </w:pPr>
            <w:r w:rsidRPr="001E6943">
              <w:t>Zdecydowanie tak</w:t>
            </w:r>
          </w:p>
        </w:tc>
        <w:tc>
          <w:tcPr>
            <w:tcW w:w="1134" w:type="dxa"/>
          </w:tcPr>
          <w:p w14:paraId="30BEA64F" w14:textId="77777777" w:rsidR="009A2B5B" w:rsidRPr="001E6943" w:rsidRDefault="009A2B5B" w:rsidP="00BF093D">
            <w:pPr>
              <w:pStyle w:val="06TEKSTWACIWY"/>
            </w:pPr>
          </w:p>
        </w:tc>
      </w:tr>
      <w:tr w:rsidR="009A2B5B" w:rsidRPr="001E6943" w14:paraId="3114C1E7" w14:textId="77777777" w:rsidTr="00BF093D">
        <w:tc>
          <w:tcPr>
            <w:tcW w:w="0" w:type="auto"/>
          </w:tcPr>
          <w:p w14:paraId="7B8F1BC9" w14:textId="77777777" w:rsidR="009A2B5B" w:rsidRPr="001E6943" w:rsidRDefault="009A2B5B" w:rsidP="00BF093D">
            <w:pPr>
              <w:pStyle w:val="06TEKSTWACIWY"/>
            </w:pPr>
            <w:r w:rsidRPr="001E6943">
              <w:t>Raczej tak</w:t>
            </w:r>
          </w:p>
        </w:tc>
        <w:tc>
          <w:tcPr>
            <w:tcW w:w="1134" w:type="dxa"/>
          </w:tcPr>
          <w:p w14:paraId="3C29F7D0" w14:textId="77777777" w:rsidR="009A2B5B" w:rsidRPr="001E6943" w:rsidRDefault="009A2B5B" w:rsidP="00BF093D">
            <w:pPr>
              <w:pStyle w:val="06TEKSTWACIWY"/>
            </w:pPr>
          </w:p>
        </w:tc>
      </w:tr>
      <w:tr w:rsidR="009A2B5B" w:rsidRPr="001E6943" w14:paraId="2CC0B9AB" w14:textId="77777777" w:rsidTr="00BF093D">
        <w:tc>
          <w:tcPr>
            <w:tcW w:w="0" w:type="auto"/>
          </w:tcPr>
          <w:p w14:paraId="045F7E82" w14:textId="77777777" w:rsidR="009A2B5B" w:rsidRPr="001E6943" w:rsidRDefault="009A2B5B" w:rsidP="00BF093D">
            <w:pPr>
              <w:pStyle w:val="06TEKSTWACIWY"/>
            </w:pPr>
            <w:r w:rsidRPr="001E6943">
              <w:t>Trudno powiedzieć</w:t>
            </w:r>
          </w:p>
        </w:tc>
        <w:tc>
          <w:tcPr>
            <w:tcW w:w="1134" w:type="dxa"/>
          </w:tcPr>
          <w:p w14:paraId="5E84EE8F" w14:textId="77777777" w:rsidR="009A2B5B" w:rsidRPr="001E6943" w:rsidRDefault="009A2B5B" w:rsidP="00BF093D">
            <w:pPr>
              <w:pStyle w:val="06TEKSTWACIWY"/>
            </w:pPr>
          </w:p>
        </w:tc>
      </w:tr>
      <w:tr w:rsidR="009A2B5B" w:rsidRPr="001E6943" w14:paraId="7A4F8564" w14:textId="77777777" w:rsidTr="00BF093D">
        <w:tc>
          <w:tcPr>
            <w:tcW w:w="0" w:type="auto"/>
          </w:tcPr>
          <w:p w14:paraId="789FA72A" w14:textId="77777777" w:rsidR="009A2B5B" w:rsidRPr="001E6943" w:rsidRDefault="009A2B5B" w:rsidP="00BF093D">
            <w:pPr>
              <w:pStyle w:val="06TEKSTWACIWY"/>
            </w:pPr>
            <w:r w:rsidRPr="001E6943">
              <w:t>Raczej nie</w:t>
            </w:r>
          </w:p>
        </w:tc>
        <w:tc>
          <w:tcPr>
            <w:tcW w:w="1134" w:type="dxa"/>
          </w:tcPr>
          <w:p w14:paraId="1FDCF27E" w14:textId="77777777" w:rsidR="009A2B5B" w:rsidRPr="001E6943" w:rsidRDefault="009A2B5B" w:rsidP="00BF093D">
            <w:pPr>
              <w:pStyle w:val="06TEKSTWACIWY"/>
            </w:pPr>
          </w:p>
        </w:tc>
      </w:tr>
      <w:tr w:rsidR="009A2B5B" w:rsidRPr="001E6943" w14:paraId="4556687A" w14:textId="77777777" w:rsidTr="00BF093D">
        <w:tc>
          <w:tcPr>
            <w:tcW w:w="0" w:type="auto"/>
          </w:tcPr>
          <w:p w14:paraId="57BD4151" w14:textId="77777777" w:rsidR="009A2B5B" w:rsidRPr="001E6943" w:rsidRDefault="009A2B5B" w:rsidP="00BF093D">
            <w:pPr>
              <w:pStyle w:val="06TEKSTWACIWY"/>
            </w:pPr>
            <w:r w:rsidRPr="001E6943">
              <w:t>Zdecydowanie nie</w:t>
            </w:r>
          </w:p>
        </w:tc>
        <w:tc>
          <w:tcPr>
            <w:tcW w:w="1134" w:type="dxa"/>
          </w:tcPr>
          <w:p w14:paraId="127FA129" w14:textId="77777777" w:rsidR="009A2B5B" w:rsidRPr="001E6943" w:rsidRDefault="009A2B5B" w:rsidP="00BF093D">
            <w:pPr>
              <w:pStyle w:val="06TEKSTWACIWY"/>
            </w:pPr>
          </w:p>
        </w:tc>
      </w:tr>
    </w:tbl>
    <w:p w14:paraId="141E00E3" w14:textId="77777777" w:rsidR="009A2B5B" w:rsidRPr="001E6943" w:rsidRDefault="009A2B5B" w:rsidP="009A2B5B">
      <w:pPr>
        <w:pStyle w:val="06TEKSTWACIWY"/>
        <w:spacing w:before="120" w:after="120"/>
      </w:pPr>
      <w:r w:rsidRPr="001E6943">
        <w:t xml:space="preserve">Pytanie 9. Czy podczas realizowania praktyki udało się Pani/u uzyskać umiejętności zawodowe? </w:t>
      </w:r>
      <w:r w:rsidRPr="001E6943">
        <w:rPr>
          <w:i/>
          <w:iCs/>
        </w:rPr>
        <w:t>W wybranym wierszu proszę wstawić symbol X w drugiej kolumnie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7"/>
        <w:gridCol w:w="1134"/>
      </w:tblGrid>
      <w:tr w:rsidR="009A2B5B" w:rsidRPr="001E6943" w14:paraId="4442D122" w14:textId="77777777" w:rsidTr="00BF093D">
        <w:tc>
          <w:tcPr>
            <w:tcW w:w="0" w:type="auto"/>
          </w:tcPr>
          <w:p w14:paraId="5E14BE15" w14:textId="77777777" w:rsidR="009A2B5B" w:rsidRPr="001E6943" w:rsidRDefault="009A2B5B" w:rsidP="00BF093D">
            <w:pPr>
              <w:pStyle w:val="06TEKSTWACIWY"/>
            </w:pPr>
            <w:r w:rsidRPr="001E6943">
              <w:t>Zdecydowanie tak</w:t>
            </w:r>
          </w:p>
        </w:tc>
        <w:tc>
          <w:tcPr>
            <w:tcW w:w="1134" w:type="dxa"/>
          </w:tcPr>
          <w:p w14:paraId="5CCD1F9E" w14:textId="77777777" w:rsidR="009A2B5B" w:rsidRPr="001E6943" w:rsidRDefault="009A2B5B" w:rsidP="00BF093D">
            <w:pPr>
              <w:pStyle w:val="06TEKSTWACIWY"/>
            </w:pPr>
          </w:p>
        </w:tc>
      </w:tr>
      <w:tr w:rsidR="009A2B5B" w:rsidRPr="001E6943" w14:paraId="152EA973" w14:textId="77777777" w:rsidTr="00BF093D">
        <w:tc>
          <w:tcPr>
            <w:tcW w:w="0" w:type="auto"/>
          </w:tcPr>
          <w:p w14:paraId="525DCBEF" w14:textId="77777777" w:rsidR="009A2B5B" w:rsidRPr="001E6943" w:rsidRDefault="009A2B5B" w:rsidP="00BF093D">
            <w:pPr>
              <w:pStyle w:val="06TEKSTWACIWY"/>
            </w:pPr>
            <w:r w:rsidRPr="001E6943">
              <w:t>Raczej tak</w:t>
            </w:r>
          </w:p>
        </w:tc>
        <w:tc>
          <w:tcPr>
            <w:tcW w:w="1134" w:type="dxa"/>
          </w:tcPr>
          <w:p w14:paraId="73656DB5" w14:textId="77777777" w:rsidR="009A2B5B" w:rsidRPr="001E6943" w:rsidRDefault="009A2B5B" w:rsidP="00BF093D">
            <w:pPr>
              <w:pStyle w:val="06TEKSTWACIWY"/>
            </w:pPr>
          </w:p>
        </w:tc>
      </w:tr>
      <w:tr w:rsidR="009A2B5B" w:rsidRPr="001E6943" w14:paraId="03D0666B" w14:textId="77777777" w:rsidTr="00BF093D">
        <w:tc>
          <w:tcPr>
            <w:tcW w:w="0" w:type="auto"/>
          </w:tcPr>
          <w:p w14:paraId="3A275B72" w14:textId="77777777" w:rsidR="009A2B5B" w:rsidRPr="001E6943" w:rsidRDefault="009A2B5B" w:rsidP="00BF093D">
            <w:pPr>
              <w:pStyle w:val="06TEKSTWACIWY"/>
            </w:pPr>
            <w:r w:rsidRPr="001E6943">
              <w:t>Trudno powiedzieć</w:t>
            </w:r>
          </w:p>
        </w:tc>
        <w:tc>
          <w:tcPr>
            <w:tcW w:w="1134" w:type="dxa"/>
          </w:tcPr>
          <w:p w14:paraId="12EC06DF" w14:textId="77777777" w:rsidR="009A2B5B" w:rsidRPr="001E6943" w:rsidRDefault="009A2B5B" w:rsidP="00BF093D">
            <w:pPr>
              <w:pStyle w:val="06TEKSTWACIWY"/>
            </w:pPr>
          </w:p>
        </w:tc>
      </w:tr>
      <w:tr w:rsidR="009A2B5B" w:rsidRPr="001E6943" w14:paraId="012BC847" w14:textId="77777777" w:rsidTr="00BF093D">
        <w:tc>
          <w:tcPr>
            <w:tcW w:w="0" w:type="auto"/>
          </w:tcPr>
          <w:p w14:paraId="6CF5BC55" w14:textId="77777777" w:rsidR="009A2B5B" w:rsidRPr="001E6943" w:rsidRDefault="009A2B5B" w:rsidP="00BF093D">
            <w:pPr>
              <w:pStyle w:val="06TEKSTWACIWY"/>
            </w:pPr>
            <w:r w:rsidRPr="001E6943">
              <w:t>Raczej nie</w:t>
            </w:r>
          </w:p>
        </w:tc>
        <w:tc>
          <w:tcPr>
            <w:tcW w:w="1134" w:type="dxa"/>
          </w:tcPr>
          <w:p w14:paraId="2A470231" w14:textId="77777777" w:rsidR="009A2B5B" w:rsidRPr="001E6943" w:rsidRDefault="009A2B5B" w:rsidP="00BF093D">
            <w:pPr>
              <w:pStyle w:val="06TEKSTWACIWY"/>
            </w:pPr>
          </w:p>
        </w:tc>
      </w:tr>
      <w:tr w:rsidR="009A2B5B" w:rsidRPr="001E6943" w14:paraId="7F992198" w14:textId="77777777" w:rsidTr="00BF093D">
        <w:tc>
          <w:tcPr>
            <w:tcW w:w="0" w:type="auto"/>
          </w:tcPr>
          <w:p w14:paraId="07AF014C" w14:textId="77777777" w:rsidR="009A2B5B" w:rsidRPr="001E6943" w:rsidRDefault="009A2B5B" w:rsidP="00BF093D">
            <w:pPr>
              <w:pStyle w:val="06TEKSTWACIWY"/>
            </w:pPr>
            <w:r w:rsidRPr="001E6943">
              <w:t>Zdecydowanie nie</w:t>
            </w:r>
          </w:p>
        </w:tc>
        <w:tc>
          <w:tcPr>
            <w:tcW w:w="1134" w:type="dxa"/>
          </w:tcPr>
          <w:p w14:paraId="5FD1683F" w14:textId="77777777" w:rsidR="009A2B5B" w:rsidRPr="001E6943" w:rsidRDefault="009A2B5B" w:rsidP="00BF093D">
            <w:pPr>
              <w:pStyle w:val="06TEKSTWACIWY"/>
            </w:pPr>
          </w:p>
        </w:tc>
      </w:tr>
    </w:tbl>
    <w:p w14:paraId="43F4929A" w14:textId="47051D68" w:rsidR="006C49D7" w:rsidRPr="001E6943" w:rsidRDefault="009A2B5B" w:rsidP="00051AB2">
      <w:pPr>
        <w:pStyle w:val="06TEKSTWACIWY"/>
        <w:spacing w:before="120" w:after="120"/>
        <w:rPr>
          <w:i/>
          <w:iCs/>
        </w:rPr>
      </w:pPr>
      <w:r w:rsidRPr="001E6943">
        <w:t xml:space="preserve">Pytanie 10. Czy podczas realizowania praktyki miał/a Pan/i przydzielonego opiekunkę/a merytoryczną/ego? </w:t>
      </w:r>
      <w:r w:rsidRPr="001E6943">
        <w:rPr>
          <w:i/>
          <w:iCs/>
        </w:rPr>
        <w:t>W wybranym wierszu proszę wstawić symbol X w drugiej kolumnie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34"/>
        <w:gridCol w:w="2268"/>
      </w:tblGrid>
      <w:tr w:rsidR="009A2B5B" w:rsidRPr="001E6943" w14:paraId="75565A0B" w14:textId="77777777" w:rsidTr="00BF093D">
        <w:tc>
          <w:tcPr>
            <w:tcW w:w="1134" w:type="dxa"/>
          </w:tcPr>
          <w:p w14:paraId="3BCC25D8" w14:textId="77777777" w:rsidR="009A2B5B" w:rsidRPr="001E6943" w:rsidRDefault="009A2B5B" w:rsidP="00BF093D">
            <w:pPr>
              <w:pStyle w:val="06TEKSTWACIWY"/>
              <w:rPr>
                <w:b/>
                <w:bCs/>
              </w:rPr>
            </w:pPr>
            <w:r w:rsidRPr="001E6943">
              <w:rPr>
                <w:b/>
                <w:bCs/>
              </w:rPr>
              <w:t>TAK</w:t>
            </w:r>
          </w:p>
        </w:tc>
        <w:tc>
          <w:tcPr>
            <w:tcW w:w="2268" w:type="dxa"/>
          </w:tcPr>
          <w:p w14:paraId="21D4A1F8" w14:textId="77777777" w:rsidR="009A2B5B" w:rsidRPr="001E6943" w:rsidRDefault="009A2B5B" w:rsidP="00BF093D">
            <w:pPr>
              <w:pStyle w:val="06TEKSTWACIWY"/>
            </w:pPr>
          </w:p>
        </w:tc>
      </w:tr>
      <w:tr w:rsidR="009A2B5B" w:rsidRPr="001E6943" w14:paraId="7EE1BEE6" w14:textId="77777777" w:rsidTr="00BF093D">
        <w:tc>
          <w:tcPr>
            <w:tcW w:w="1134" w:type="dxa"/>
          </w:tcPr>
          <w:p w14:paraId="0CC9459F" w14:textId="77777777" w:rsidR="009A2B5B" w:rsidRPr="001E6943" w:rsidRDefault="009A2B5B" w:rsidP="00BF093D">
            <w:pPr>
              <w:pStyle w:val="06TEKSTWACIWY"/>
              <w:rPr>
                <w:b/>
                <w:bCs/>
              </w:rPr>
            </w:pPr>
            <w:r w:rsidRPr="001E6943">
              <w:rPr>
                <w:b/>
                <w:bCs/>
              </w:rPr>
              <w:t>NIE</w:t>
            </w:r>
          </w:p>
        </w:tc>
        <w:tc>
          <w:tcPr>
            <w:tcW w:w="2268" w:type="dxa"/>
          </w:tcPr>
          <w:p w14:paraId="20808E59" w14:textId="77777777" w:rsidR="009A2B5B" w:rsidRPr="001E6943" w:rsidRDefault="009A2B5B" w:rsidP="00BF093D">
            <w:pPr>
              <w:pStyle w:val="06TEKSTWACIWY"/>
            </w:pPr>
          </w:p>
        </w:tc>
      </w:tr>
    </w:tbl>
    <w:p w14:paraId="0A0A63B3" w14:textId="77777777" w:rsidR="009A2B5B" w:rsidRPr="001E6943" w:rsidRDefault="009A2B5B" w:rsidP="009A2B5B">
      <w:pPr>
        <w:pStyle w:val="06TEKSTWACIWY"/>
        <w:spacing w:before="120" w:after="120"/>
        <w:rPr>
          <w:i/>
          <w:iCs/>
        </w:rPr>
      </w:pPr>
      <w:r w:rsidRPr="001E6943">
        <w:t xml:space="preserve">Pytanie 11. Czy podczas realizowania praktyki opiekun/ka merytoryczny/a pozostawał z Panią/em w stałym kontakcie? (wyjaśniał/a zakres obowiązków i sposoby ich realizacji, nadzorował kolejne czynności?) </w:t>
      </w:r>
      <w:r w:rsidRPr="001E6943">
        <w:rPr>
          <w:i/>
          <w:iCs/>
        </w:rPr>
        <w:t>W wybranym wierszu proszę wstawić symbol X w drugiej kolumnie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34"/>
        <w:gridCol w:w="2268"/>
      </w:tblGrid>
      <w:tr w:rsidR="009A2B5B" w:rsidRPr="001E6943" w14:paraId="5508FA8D" w14:textId="77777777" w:rsidTr="00BF093D">
        <w:tc>
          <w:tcPr>
            <w:tcW w:w="1134" w:type="dxa"/>
          </w:tcPr>
          <w:p w14:paraId="4B9F7FFA" w14:textId="77777777" w:rsidR="009A2B5B" w:rsidRPr="001E6943" w:rsidRDefault="009A2B5B" w:rsidP="00BF093D">
            <w:pPr>
              <w:pStyle w:val="06TEKSTWACIWY"/>
              <w:rPr>
                <w:b/>
                <w:bCs/>
              </w:rPr>
            </w:pPr>
            <w:r w:rsidRPr="001E6943">
              <w:rPr>
                <w:b/>
                <w:bCs/>
              </w:rPr>
              <w:t>TAK</w:t>
            </w:r>
          </w:p>
        </w:tc>
        <w:tc>
          <w:tcPr>
            <w:tcW w:w="2268" w:type="dxa"/>
          </w:tcPr>
          <w:p w14:paraId="40FD6B45" w14:textId="77777777" w:rsidR="009A2B5B" w:rsidRPr="001E6943" w:rsidRDefault="009A2B5B" w:rsidP="00BF093D">
            <w:pPr>
              <w:pStyle w:val="06TEKSTWACIWY"/>
            </w:pPr>
          </w:p>
        </w:tc>
      </w:tr>
      <w:tr w:rsidR="009A2B5B" w:rsidRPr="001E6943" w14:paraId="640A8157" w14:textId="77777777" w:rsidTr="00BF093D">
        <w:tc>
          <w:tcPr>
            <w:tcW w:w="1134" w:type="dxa"/>
          </w:tcPr>
          <w:p w14:paraId="5480CDCF" w14:textId="77777777" w:rsidR="009A2B5B" w:rsidRPr="001E6943" w:rsidRDefault="009A2B5B" w:rsidP="00BF093D">
            <w:pPr>
              <w:pStyle w:val="06TEKSTWACIWY"/>
              <w:rPr>
                <w:b/>
                <w:bCs/>
              </w:rPr>
            </w:pPr>
            <w:r w:rsidRPr="001E6943">
              <w:rPr>
                <w:b/>
                <w:bCs/>
              </w:rPr>
              <w:t>NIE</w:t>
            </w:r>
          </w:p>
        </w:tc>
        <w:tc>
          <w:tcPr>
            <w:tcW w:w="2268" w:type="dxa"/>
          </w:tcPr>
          <w:p w14:paraId="6C646F30" w14:textId="77777777" w:rsidR="009A2B5B" w:rsidRPr="001E6943" w:rsidRDefault="009A2B5B" w:rsidP="00BF093D">
            <w:pPr>
              <w:pStyle w:val="06TEKSTWACIWY"/>
            </w:pPr>
          </w:p>
        </w:tc>
      </w:tr>
    </w:tbl>
    <w:p w14:paraId="5C5C5CFF" w14:textId="77777777" w:rsidR="009A2B5B" w:rsidRPr="001E6943" w:rsidRDefault="009A2B5B" w:rsidP="009A2B5B">
      <w:pPr>
        <w:pStyle w:val="06TEKSTWACIWY"/>
        <w:spacing w:before="120" w:after="120"/>
      </w:pPr>
      <w:r w:rsidRPr="001E6943">
        <w:t>Pytanie 12. Czy opiekuna/</w:t>
      </w:r>
      <w:proofErr w:type="spellStart"/>
      <w:r w:rsidRPr="001E6943">
        <w:t>kę</w:t>
      </w:r>
      <w:proofErr w:type="spellEnd"/>
      <w:r w:rsidRPr="001E6943">
        <w:t xml:space="preserve"> merytorycznego/ą cechowała życzliwość i zaangażowanie? </w:t>
      </w:r>
      <w:r w:rsidRPr="001E6943">
        <w:rPr>
          <w:i/>
          <w:iCs/>
        </w:rPr>
        <w:t>W wybranym wierszu proszę wstawić symbol X w drugiej kolumnie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7"/>
        <w:gridCol w:w="1134"/>
      </w:tblGrid>
      <w:tr w:rsidR="009A2B5B" w:rsidRPr="001E6943" w14:paraId="2AD5D01A" w14:textId="77777777" w:rsidTr="00BF093D">
        <w:tc>
          <w:tcPr>
            <w:tcW w:w="0" w:type="auto"/>
          </w:tcPr>
          <w:p w14:paraId="5E689846" w14:textId="77777777" w:rsidR="009A2B5B" w:rsidRPr="001E6943" w:rsidRDefault="009A2B5B" w:rsidP="00BF093D">
            <w:pPr>
              <w:pStyle w:val="06TEKSTWACIWY"/>
            </w:pPr>
            <w:r w:rsidRPr="001E6943">
              <w:t>Zdecydowanie tak</w:t>
            </w:r>
          </w:p>
        </w:tc>
        <w:tc>
          <w:tcPr>
            <w:tcW w:w="1134" w:type="dxa"/>
          </w:tcPr>
          <w:p w14:paraId="6DA69603" w14:textId="77777777" w:rsidR="009A2B5B" w:rsidRPr="001E6943" w:rsidRDefault="009A2B5B" w:rsidP="00BF093D">
            <w:pPr>
              <w:pStyle w:val="06TEKSTWACIWY"/>
            </w:pPr>
          </w:p>
        </w:tc>
      </w:tr>
      <w:tr w:rsidR="009A2B5B" w:rsidRPr="001E6943" w14:paraId="009FC03E" w14:textId="77777777" w:rsidTr="00BF093D">
        <w:tc>
          <w:tcPr>
            <w:tcW w:w="0" w:type="auto"/>
          </w:tcPr>
          <w:p w14:paraId="679D3535" w14:textId="77777777" w:rsidR="009A2B5B" w:rsidRPr="001E6943" w:rsidRDefault="009A2B5B" w:rsidP="00BF093D">
            <w:pPr>
              <w:pStyle w:val="06TEKSTWACIWY"/>
            </w:pPr>
            <w:r w:rsidRPr="001E6943">
              <w:t>Raczej tak</w:t>
            </w:r>
          </w:p>
        </w:tc>
        <w:tc>
          <w:tcPr>
            <w:tcW w:w="1134" w:type="dxa"/>
          </w:tcPr>
          <w:p w14:paraId="150F2233" w14:textId="77777777" w:rsidR="009A2B5B" w:rsidRPr="001E6943" w:rsidRDefault="009A2B5B" w:rsidP="00BF093D">
            <w:pPr>
              <w:pStyle w:val="06TEKSTWACIWY"/>
            </w:pPr>
          </w:p>
        </w:tc>
      </w:tr>
      <w:tr w:rsidR="009A2B5B" w:rsidRPr="001E6943" w14:paraId="51D30FA5" w14:textId="77777777" w:rsidTr="00BF093D">
        <w:tc>
          <w:tcPr>
            <w:tcW w:w="0" w:type="auto"/>
          </w:tcPr>
          <w:p w14:paraId="0B9EC977" w14:textId="77777777" w:rsidR="009A2B5B" w:rsidRPr="001E6943" w:rsidRDefault="009A2B5B" w:rsidP="00BF093D">
            <w:pPr>
              <w:pStyle w:val="06TEKSTWACIWY"/>
            </w:pPr>
            <w:r w:rsidRPr="001E6943">
              <w:t>Trudno powiedzieć</w:t>
            </w:r>
          </w:p>
        </w:tc>
        <w:tc>
          <w:tcPr>
            <w:tcW w:w="1134" w:type="dxa"/>
          </w:tcPr>
          <w:p w14:paraId="65A3A3E2" w14:textId="77777777" w:rsidR="009A2B5B" w:rsidRPr="001E6943" w:rsidRDefault="009A2B5B" w:rsidP="00BF093D">
            <w:pPr>
              <w:pStyle w:val="06TEKSTWACIWY"/>
            </w:pPr>
          </w:p>
        </w:tc>
      </w:tr>
      <w:tr w:rsidR="009A2B5B" w:rsidRPr="001E6943" w14:paraId="0D5D23C3" w14:textId="77777777" w:rsidTr="00BF093D">
        <w:tc>
          <w:tcPr>
            <w:tcW w:w="0" w:type="auto"/>
          </w:tcPr>
          <w:p w14:paraId="290C1CD0" w14:textId="77777777" w:rsidR="009A2B5B" w:rsidRPr="001E6943" w:rsidRDefault="009A2B5B" w:rsidP="00BF093D">
            <w:pPr>
              <w:pStyle w:val="06TEKSTWACIWY"/>
            </w:pPr>
            <w:r w:rsidRPr="001E6943">
              <w:t>Raczej nie</w:t>
            </w:r>
          </w:p>
        </w:tc>
        <w:tc>
          <w:tcPr>
            <w:tcW w:w="1134" w:type="dxa"/>
          </w:tcPr>
          <w:p w14:paraId="50BA124E" w14:textId="77777777" w:rsidR="009A2B5B" w:rsidRPr="001E6943" w:rsidRDefault="009A2B5B" w:rsidP="00BF093D">
            <w:pPr>
              <w:pStyle w:val="06TEKSTWACIWY"/>
            </w:pPr>
          </w:p>
        </w:tc>
      </w:tr>
      <w:tr w:rsidR="009A2B5B" w:rsidRPr="001E6943" w14:paraId="3BD9F2A8" w14:textId="77777777" w:rsidTr="00BF093D">
        <w:tc>
          <w:tcPr>
            <w:tcW w:w="0" w:type="auto"/>
          </w:tcPr>
          <w:p w14:paraId="4931B91F" w14:textId="77777777" w:rsidR="009A2B5B" w:rsidRPr="001E6943" w:rsidRDefault="009A2B5B" w:rsidP="00BF093D">
            <w:pPr>
              <w:pStyle w:val="06TEKSTWACIWY"/>
            </w:pPr>
            <w:r w:rsidRPr="001E6943">
              <w:t>Zdecydowanie nie</w:t>
            </w:r>
          </w:p>
        </w:tc>
        <w:tc>
          <w:tcPr>
            <w:tcW w:w="1134" w:type="dxa"/>
          </w:tcPr>
          <w:p w14:paraId="1397A678" w14:textId="77777777" w:rsidR="009A2B5B" w:rsidRPr="001E6943" w:rsidRDefault="009A2B5B" w:rsidP="00BF093D">
            <w:pPr>
              <w:pStyle w:val="06TEKSTWACIWY"/>
            </w:pPr>
          </w:p>
        </w:tc>
      </w:tr>
    </w:tbl>
    <w:p w14:paraId="34004847" w14:textId="77777777" w:rsidR="000A03BF" w:rsidRPr="001E6943" w:rsidRDefault="000A03BF" w:rsidP="000A03BF">
      <w:pPr>
        <w:pStyle w:val="06TEKSTWACIWY"/>
        <w:spacing w:before="120" w:after="120"/>
      </w:pPr>
      <w:r w:rsidRPr="001E6943">
        <w:t xml:space="preserve">Pytanie 13. Czy poleciłaby Pani/poleciłby Pan to miejsce praktyki innej osobie? </w:t>
      </w:r>
      <w:r w:rsidRPr="001E6943">
        <w:rPr>
          <w:i/>
          <w:iCs/>
        </w:rPr>
        <w:t>W wybranym wierszu proszę wstawić symbol X w drugiej kolumnie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7"/>
        <w:gridCol w:w="1134"/>
      </w:tblGrid>
      <w:tr w:rsidR="000A03BF" w:rsidRPr="001E6943" w14:paraId="5985B8E5" w14:textId="77777777" w:rsidTr="00BF093D">
        <w:tc>
          <w:tcPr>
            <w:tcW w:w="0" w:type="auto"/>
          </w:tcPr>
          <w:p w14:paraId="09E1A303" w14:textId="77777777" w:rsidR="000A03BF" w:rsidRPr="001E6943" w:rsidRDefault="000A03BF" w:rsidP="00BF093D">
            <w:pPr>
              <w:pStyle w:val="06TEKSTWACIWY"/>
            </w:pPr>
            <w:r w:rsidRPr="001E6943">
              <w:t>Zdecydowanie tak</w:t>
            </w:r>
          </w:p>
        </w:tc>
        <w:tc>
          <w:tcPr>
            <w:tcW w:w="1134" w:type="dxa"/>
          </w:tcPr>
          <w:p w14:paraId="30376E0D" w14:textId="77777777" w:rsidR="000A03BF" w:rsidRPr="001E6943" w:rsidRDefault="000A03BF" w:rsidP="00BF093D">
            <w:pPr>
              <w:pStyle w:val="06TEKSTWACIWY"/>
            </w:pPr>
          </w:p>
        </w:tc>
      </w:tr>
      <w:tr w:rsidR="000A03BF" w:rsidRPr="001E6943" w14:paraId="09061E42" w14:textId="77777777" w:rsidTr="00BF093D">
        <w:tc>
          <w:tcPr>
            <w:tcW w:w="0" w:type="auto"/>
          </w:tcPr>
          <w:p w14:paraId="7A1310AA" w14:textId="77777777" w:rsidR="000A03BF" w:rsidRPr="001E6943" w:rsidRDefault="000A03BF" w:rsidP="00BF093D">
            <w:pPr>
              <w:pStyle w:val="06TEKSTWACIWY"/>
            </w:pPr>
            <w:r w:rsidRPr="001E6943">
              <w:t>Raczej tak</w:t>
            </w:r>
          </w:p>
        </w:tc>
        <w:tc>
          <w:tcPr>
            <w:tcW w:w="1134" w:type="dxa"/>
          </w:tcPr>
          <w:p w14:paraId="4873440A" w14:textId="77777777" w:rsidR="000A03BF" w:rsidRPr="001E6943" w:rsidRDefault="000A03BF" w:rsidP="00BF093D">
            <w:pPr>
              <w:pStyle w:val="06TEKSTWACIWY"/>
            </w:pPr>
          </w:p>
        </w:tc>
      </w:tr>
      <w:tr w:rsidR="000A03BF" w:rsidRPr="001E6943" w14:paraId="67533462" w14:textId="77777777" w:rsidTr="00BF093D">
        <w:tc>
          <w:tcPr>
            <w:tcW w:w="0" w:type="auto"/>
          </w:tcPr>
          <w:p w14:paraId="4AC38FA9" w14:textId="77777777" w:rsidR="000A03BF" w:rsidRPr="001E6943" w:rsidRDefault="000A03BF" w:rsidP="00BF093D">
            <w:pPr>
              <w:pStyle w:val="06TEKSTWACIWY"/>
            </w:pPr>
            <w:r w:rsidRPr="001E6943">
              <w:t>Trudno powiedzieć</w:t>
            </w:r>
          </w:p>
        </w:tc>
        <w:tc>
          <w:tcPr>
            <w:tcW w:w="1134" w:type="dxa"/>
          </w:tcPr>
          <w:p w14:paraId="4B6B1D63" w14:textId="77777777" w:rsidR="000A03BF" w:rsidRPr="001E6943" w:rsidRDefault="000A03BF" w:rsidP="00BF093D">
            <w:pPr>
              <w:pStyle w:val="06TEKSTWACIWY"/>
            </w:pPr>
          </w:p>
        </w:tc>
      </w:tr>
      <w:tr w:rsidR="000A03BF" w:rsidRPr="001E6943" w14:paraId="1661CBAA" w14:textId="77777777" w:rsidTr="00BF093D">
        <w:tc>
          <w:tcPr>
            <w:tcW w:w="0" w:type="auto"/>
          </w:tcPr>
          <w:p w14:paraId="7E0D7022" w14:textId="77777777" w:rsidR="000A03BF" w:rsidRPr="001E6943" w:rsidRDefault="000A03BF" w:rsidP="00BF093D">
            <w:pPr>
              <w:pStyle w:val="06TEKSTWACIWY"/>
            </w:pPr>
            <w:r w:rsidRPr="001E6943">
              <w:t>Raczej nie</w:t>
            </w:r>
          </w:p>
        </w:tc>
        <w:tc>
          <w:tcPr>
            <w:tcW w:w="1134" w:type="dxa"/>
          </w:tcPr>
          <w:p w14:paraId="6493D511" w14:textId="77777777" w:rsidR="000A03BF" w:rsidRPr="001E6943" w:rsidRDefault="000A03BF" w:rsidP="00BF093D">
            <w:pPr>
              <w:pStyle w:val="06TEKSTWACIWY"/>
            </w:pPr>
          </w:p>
        </w:tc>
      </w:tr>
      <w:tr w:rsidR="000A03BF" w:rsidRPr="001E6943" w14:paraId="2E58AB40" w14:textId="77777777" w:rsidTr="00BF093D">
        <w:tc>
          <w:tcPr>
            <w:tcW w:w="0" w:type="auto"/>
          </w:tcPr>
          <w:p w14:paraId="40CEEE1B" w14:textId="77777777" w:rsidR="000A03BF" w:rsidRPr="001E6943" w:rsidRDefault="000A03BF" w:rsidP="00BF093D">
            <w:pPr>
              <w:pStyle w:val="06TEKSTWACIWY"/>
            </w:pPr>
            <w:r w:rsidRPr="001E6943">
              <w:t>Zdecydowanie nie</w:t>
            </w:r>
          </w:p>
        </w:tc>
        <w:tc>
          <w:tcPr>
            <w:tcW w:w="1134" w:type="dxa"/>
          </w:tcPr>
          <w:p w14:paraId="5D91683C" w14:textId="77777777" w:rsidR="000A03BF" w:rsidRPr="001E6943" w:rsidRDefault="000A03BF" w:rsidP="00BF093D">
            <w:pPr>
              <w:pStyle w:val="06TEKSTWACIWY"/>
            </w:pPr>
          </w:p>
        </w:tc>
      </w:tr>
    </w:tbl>
    <w:p w14:paraId="3D0BD0D3" w14:textId="77777777" w:rsidR="00CE618E" w:rsidRPr="001E6943" w:rsidRDefault="00CE618E">
      <w:pPr>
        <w:rPr>
          <w:rFonts w:ascii="Times New Roman" w:eastAsiaTheme="minorHAnsi" w:hAnsi="Times New Roman" w:cs="Times New Roman"/>
          <w:kern w:val="2"/>
          <w:sz w:val="24"/>
          <w:szCs w:val="24"/>
          <w:lang w:val="pl-PL"/>
          <w14:ligatures w14:val="standardContextual"/>
        </w:rPr>
      </w:pPr>
      <w:r w:rsidRPr="001E6943">
        <w:rPr>
          <w:lang w:val="pl-PL"/>
        </w:rPr>
        <w:br w:type="page"/>
      </w:r>
    </w:p>
    <w:p w14:paraId="0D901970" w14:textId="64A8DBF9" w:rsidR="00F722DD" w:rsidRPr="001E6943" w:rsidRDefault="00F722DD" w:rsidP="00F722DD">
      <w:pPr>
        <w:pStyle w:val="06TEKSTWACIWY"/>
        <w:spacing w:before="120" w:after="120"/>
        <w:rPr>
          <w:i/>
          <w:iCs/>
        </w:rPr>
      </w:pPr>
      <w:r w:rsidRPr="001E6943">
        <w:lastRenderedPageBreak/>
        <w:t xml:space="preserve">Pytanie 14. Czy ilość zadań była zaplanowana adekwatnie do czasu trwania praktyki? </w:t>
      </w:r>
      <w:r w:rsidRPr="001E6943">
        <w:rPr>
          <w:i/>
          <w:iCs/>
        </w:rPr>
        <w:t>W wybranym wierszu proszę wstawić symbol X w drugiej kolumnie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34"/>
        <w:gridCol w:w="2268"/>
      </w:tblGrid>
      <w:tr w:rsidR="00F722DD" w:rsidRPr="001E6943" w14:paraId="6F6A5DD2" w14:textId="77777777" w:rsidTr="00BF093D">
        <w:tc>
          <w:tcPr>
            <w:tcW w:w="1134" w:type="dxa"/>
          </w:tcPr>
          <w:p w14:paraId="6C2C9F9F" w14:textId="77777777" w:rsidR="00F722DD" w:rsidRPr="001E6943" w:rsidRDefault="00F722DD" w:rsidP="00BF093D">
            <w:pPr>
              <w:pStyle w:val="06TEKSTWACIWY"/>
              <w:rPr>
                <w:b/>
                <w:bCs/>
              </w:rPr>
            </w:pPr>
            <w:r w:rsidRPr="001E6943">
              <w:rPr>
                <w:b/>
                <w:bCs/>
              </w:rPr>
              <w:t>TAK</w:t>
            </w:r>
          </w:p>
        </w:tc>
        <w:tc>
          <w:tcPr>
            <w:tcW w:w="2268" w:type="dxa"/>
          </w:tcPr>
          <w:p w14:paraId="06F490F9" w14:textId="77777777" w:rsidR="00F722DD" w:rsidRPr="001E6943" w:rsidRDefault="00F722DD" w:rsidP="00BF093D">
            <w:pPr>
              <w:pStyle w:val="06TEKSTWACIWY"/>
            </w:pPr>
          </w:p>
        </w:tc>
      </w:tr>
      <w:tr w:rsidR="00F722DD" w:rsidRPr="001E6943" w14:paraId="2A29F209" w14:textId="77777777" w:rsidTr="00BF093D">
        <w:tc>
          <w:tcPr>
            <w:tcW w:w="1134" w:type="dxa"/>
          </w:tcPr>
          <w:p w14:paraId="5E9E386C" w14:textId="77777777" w:rsidR="00F722DD" w:rsidRPr="001E6943" w:rsidRDefault="00F722DD" w:rsidP="00BF093D">
            <w:pPr>
              <w:pStyle w:val="06TEKSTWACIWY"/>
              <w:rPr>
                <w:b/>
                <w:bCs/>
              </w:rPr>
            </w:pPr>
            <w:r w:rsidRPr="001E6943">
              <w:rPr>
                <w:b/>
                <w:bCs/>
              </w:rPr>
              <w:t>NIE</w:t>
            </w:r>
          </w:p>
        </w:tc>
        <w:tc>
          <w:tcPr>
            <w:tcW w:w="2268" w:type="dxa"/>
          </w:tcPr>
          <w:p w14:paraId="76E78017" w14:textId="77777777" w:rsidR="00F722DD" w:rsidRPr="001E6943" w:rsidRDefault="00F722DD" w:rsidP="00BF093D">
            <w:pPr>
              <w:pStyle w:val="06TEKSTWACIWY"/>
            </w:pPr>
          </w:p>
        </w:tc>
      </w:tr>
    </w:tbl>
    <w:p w14:paraId="56B67C15" w14:textId="12B045FC" w:rsidR="009A2B5B" w:rsidRPr="001E6943" w:rsidRDefault="00CE618E" w:rsidP="00051AB2">
      <w:pPr>
        <w:pStyle w:val="06TEKSTWACIWY"/>
        <w:spacing w:before="120" w:after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5D5A8E5" wp14:editId="0BE7CCAC">
                <wp:simplePos x="0" y="0"/>
                <wp:positionH relativeFrom="margin">
                  <wp:posOffset>35859</wp:posOffset>
                </wp:positionH>
                <wp:positionV relativeFrom="paragraph">
                  <wp:posOffset>474980</wp:posOffset>
                </wp:positionV>
                <wp:extent cx="5971592" cy="184163"/>
                <wp:effectExtent l="0" t="0" r="0" b="6350"/>
                <wp:wrapNone/>
                <wp:docPr id="70981810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3">
                        <w:txbxContent>
                          <w:p w14:paraId="6EEB6EB2" w14:textId="77777777" w:rsidR="00CE618E" w:rsidRPr="00D40140" w:rsidRDefault="00CE618E" w:rsidP="00CE618E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5A8E5" id="_x0000_s1100" type="#_x0000_t202" style="position:absolute;left:0;text-align:left;margin-left:2.8pt;margin-top:37.4pt;width:470.2pt;height:14.5pt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" filled="f" stroked="f" strokeweight=".5pt">
                <v:textbox style="mso-next-textbox:#_x0000_s1101" inset=".1mm,.1mm,.1mm,.1mm">
                  <w:txbxContent>
                    <w:p w14:paraId="6EEB6EB2" w14:textId="77777777" w:rsidR="00CE618E" w:rsidRPr="00D40140" w:rsidRDefault="00CE618E" w:rsidP="00CE618E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722DD" w:rsidRPr="001E6943">
        <w:t>Pytanie 15. To miejsce umożliwia wpisanie własnych uwag (jeśli takie macie), refleksji na temat praktyki realizowanej w opisanym miejscu</w:t>
      </w:r>
    </w:p>
    <w:p w14:paraId="17E46FCA" w14:textId="136FCAB4" w:rsidR="00F722DD" w:rsidRPr="001E6943" w:rsidRDefault="00CE618E" w:rsidP="002A23AC">
      <w:pPr>
        <w:pStyle w:val="06TEKSTWACIWY"/>
        <w:tabs>
          <w:tab w:val="right" w:leader="dot" w:pos="9406"/>
        </w:tabs>
        <w:spacing w:before="120" w:after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B6DCA2B" wp14:editId="3FD93C36">
                <wp:simplePos x="0" y="0"/>
                <wp:positionH relativeFrom="margin">
                  <wp:posOffset>35859</wp:posOffset>
                </wp:positionH>
                <wp:positionV relativeFrom="paragraph">
                  <wp:posOffset>220980</wp:posOffset>
                </wp:positionV>
                <wp:extent cx="5971592" cy="184163"/>
                <wp:effectExtent l="0" t="0" r="0" b="6350"/>
                <wp:wrapNone/>
                <wp:docPr id="131932577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3" seq="1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DCA2B" id="_x0000_s1101" type="#_x0000_t202" style="position:absolute;left:0;text-align:left;margin-left:2.8pt;margin-top:17.4pt;width:470.2pt;height:14.5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" filled="f" stroked="f" strokeweight=".5pt">
                <v:textbox style="mso-next-textbox:#_x0000_s1102" inset=".1mm,.1mm,.1mm,.1mm">
                  <w:txbxContent/>
                </v:textbox>
                <w10:wrap anchorx="margin"/>
              </v:shape>
            </w:pict>
          </mc:Fallback>
        </mc:AlternateContent>
      </w:r>
      <w:r w:rsidR="00F722DD" w:rsidRPr="001E6943">
        <w:tab/>
      </w:r>
    </w:p>
    <w:p w14:paraId="348AC2F4" w14:textId="765A6329" w:rsidR="009A2B5B" w:rsidRPr="001E6943" w:rsidRDefault="00CE618E" w:rsidP="002A23AC">
      <w:pPr>
        <w:pStyle w:val="06TEKSTWACIWY"/>
        <w:tabs>
          <w:tab w:val="right" w:leader="dot" w:pos="9406"/>
        </w:tabs>
        <w:spacing w:before="120" w:after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4C29973" wp14:editId="4622CB2C">
                <wp:simplePos x="0" y="0"/>
                <wp:positionH relativeFrom="margin">
                  <wp:posOffset>36494</wp:posOffset>
                </wp:positionH>
                <wp:positionV relativeFrom="paragraph">
                  <wp:posOffset>220345</wp:posOffset>
                </wp:positionV>
                <wp:extent cx="5971592" cy="184163"/>
                <wp:effectExtent l="0" t="0" r="0" b="6350"/>
                <wp:wrapNone/>
                <wp:docPr id="44922144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3" seq="2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29973" id="_x0000_s1102" type="#_x0000_t202" style="position:absolute;left:0;text-align:left;margin-left:2.85pt;margin-top:17.35pt;width:470.2pt;height:14.5pt;z-index:25180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" filled="f" stroked="f" strokeweight=".5pt">
                <v:textbox style="mso-next-textbox:#_x0000_s1103" inset=".1mm,.1mm,.1mm,.1mm">
                  <w:txbxContent/>
                </v:textbox>
                <w10:wrap anchorx="margin"/>
              </v:shape>
            </w:pict>
          </mc:Fallback>
        </mc:AlternateContent>
      </w:r>
      <w:r w:rsidR="00F722DD" w:rsidRPr="001E6943">
        <w:tab/>
      </w:r>
    </w:p>
    <w:p w14:paraId="3EF2F746" w14:textId="049B16C8" w:rsidR="009A2B5B" w:rsidRPr="001E6943" w:rsidRDefault="00CE618E" w:rsidP="002A23AC">
      <w:pPr>
        <w:pStyle w:val="06TEKSTWACIWY"/>
        <w:tabs>
          <w:tab w:val="right" w:leader="dot" w:pos="9406"/>
        </w:tabs>
        <w:spacing w:before="120" w:after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35C76CD" wp14:editId="31CDFAFF">
                <wp:simplePos x="0" y="0"/>
                <wp:positionH relativeFrom="margin">
                  <wp:posOffset>36494</wp:posOffset>
                </wp:positionH>
                <wp:positionV relativeFrom="paragraph">
                  <wp:posOffset>220345</wp:posOffset>
                </wp:positionV>
                <wp:extent cx="5971592" cy="184163"/>
                <wp:effectExtent l="0" t="0" r="0" b="6350"/>
                <wp:wrapNone/>
                <wp:docPr id="159968561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3" seq="3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C76CD" id="_x0000_s1103" type="#_x0000_t202" style="position:absolute;left:0;text-align:left;margin-left:2.85pt;margin-top:17.35pt;width:470.2pt;height:14.5pt;z-index:2518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 w:rsidR="00F722DD" w:rsidRPr="001E6943">
        <w:tab/>
      </w:r>
    </w:p>
    <w:p w14:paraId="7F8F3341" w14:textId="6A8212DC" w:rsidR="009A2B5B" w:rsidRPr="001E6943" w:rsidRDefault="00F722DD" w:rsidP="002A23AC">
      <w:pPr>
        <w:pStyle w:val="06TEKSTWACIWY"/>
        <w:tabs>
          <w:tab w:val="right" w:leader="dot" w:pos="9406"/>
        </w:tabs>
        <w:spacing w:before="120" w:after="120"/>
      </w:pPr>
      <w:r w:rsidRPr="001E6943">
        <w:tab/>
      </w:r>
    </w:p>
    <w:p w14:paraId="2FFD57BC" w14:textId="77777777" w:rsidR="001866C8" w:rsidRPr="001E6943" w:rsidRDefault="001866C8" w:rsidP="000E1E1B">
      <w:pPr>
        <w:pStyle w:val="06TEKSTWACIWY"/>
      </w:pPr>
    </w:p>
    <w:sectPr w:rsidR="001866C8" w:rsidRPr="001E6943" w:rsidSect="000E1E1B">
      <w:headerReference w:type="default" r:id="rId8"/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00DED7" w14:textId="77777777" w:rsidR="0031708A" w:rsidRDefault="0031708A" w:rsidP="00132E6F">
      <w:pPr>
        <w:spacing w:after="0" w:line="240" w:lineRule="auto"/>
      </w:pPr>
      <w:r>
        <w:separator/>
      </w:r>
    </w:p>
  </w:endnote>
  <w:endnote w:type="continuationSeparator" w:id="0">
    <w:p w14:paraId="08D83793" w14:textId="77777777" w:rsidR="0031708A" w:rsidRDefault="0031708A" w:rsidP="00132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ECF76" w14:textId="77777777" w:rsidR="00132E6F" w:rsidRDefault="00132E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4EEF7E" w14:textId="77777777" w:rsidR="0031708A" w:rsidRDefault="0031708A" w:rsidP="00132E6F">
      <w:pPr>
        <w:spacing w:after="0" w:line="240" w:lineRule="auto"/>
      </w:pPr>
      <w:r>
        <w:separator/>
      </w:r>
    </w:p>
  </w:footnote>
  <w:footnote w:type="continuationSeparator" w:id="0">
    <w:p w14:paraId="63504BEF" w14:textId="77777777" w:rsidR="0031708A" w:rsidRDefault="0031708A" w:rsidP="00132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738EC" w14:textId="77777777" w:rsidR="00132E6F" w:rsidRDefault="00132E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E0BAE"/>
    <w:multiLevelType w:val="multilevel"/>
    <w:tmpl w:val="72186C1E"/>
    <w:lvl w:ilvl="0">
      <w:start w:val="1"/>
      <w:numFmt w:val="decimal"/>
      <w:pStyle w:val="07b-listaalfabetyczn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FDC5A67"/>
    <w:multiLevelType w:val="multilevel"/>
    <w:tmpl w:val="D108D996"/>
    <w:lvl w:ilvl="0">
      <w:start w:val="1"/>
      <w:numFmt w:val="bullet"/>
      <w:pStyle w:val="07listawypunktowan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C90E11"/>
    <w:multiLevelType w:val="multilevel"/>
    <w:tmpl w:val="98BC121C"/>
    <w:lvl w:ilvl="0">
      <w:start w:val="1"/>
      <w:numFmt w:val="decimal"/>
      <w:pStyle w:val="08-listanumerowan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FB10772"/>
    <w:multiLevelType w:val="multilevel"/>
    <w:tmpl w:val="717C2E08"/>
    <w:lvl w:ilvl="0">
      <w:start w:val="1"/>
      <w:numFmt w:val="decimal"/>
      <w:pStyle w:val="07a-listanumerowan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5A850B5"/>
    <w:multiLevelType w:val="hybridMultilevel"/>
    <w:tmpl w:val="284EBC9A"/>
    <w:lvl w:ilvl="0" w:tplc="E2CC595C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9568FA"/>
    <w:multiLevelType w:val="multilevel"/>
    <w:tmpl w:val="2A04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941E2"/>
    <w:multiLevelType w:val="multilevel"/>
    <w:tmpl w:val="7590A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9010028">
    <w:abstractNumId w:val="8"/>
  </w:num>
  <w:num w:numId="2" w16cid:durableId="1413701948">
    <w:abstractNumId w:val="6"/>
  </w:num>
  <w:num w:numId="3" w16cid:durableId="473446926">
    <w:abstractNumId w:val="5"/>
  </w:num>
  <w:num w:numId="4" w16cid:durableId="1477186803">
    <w:abstractNumId w:val="4"/>
  </w:num>
  <w:num w:numId="5" w16cid:durableId="597719877">
    <w:abstractNumId w:val="7"/>
  </w:num>
  <w:num w:numId="6" w16cid:durableId="724448100">
    <w:abstractNumId w:val="3"/>
  </w:num>
  <w:num w:numId="7" w16cid:durableId="2052263251">
    <w:abstractNumId w:val="2"/>
  </w:num>
  <w:num w:numId="8" w16cid:durableId="886995076">
    <w:abstractNumId w:val="1"/>
  </w:num>
  <w:num w:numId="9" w16cid:durableId="1851335285">
    <w:abstractNumId w:val="0"/>
  </w:num>
  <w:num w:numId="10" w16cid:durableId="1558740377">
    <w:abstractNumId w:val="10"/>
  </w:num>
  <w:num w:numId="11" w16cid:durableId="512261236">
    <w:abstractNumId w:val="14"/>
  </w:num>
  <w:num w:numId="12" w16cid:durableId="388916352">
    <w:abstractNumId w:val="15"/>
  </w:num>
  <w:num w:numId="13" w16cid:durableId="1705908167">
    <w:abstractNumId w:val="12"/>
  </w:num>
  <w:num w:numId="14" w16cid:durableId="578907128">
    <w:abstractNumId w:val="13"/>
  </w:num>
  <w:num w:numId="15" w16cid:durableId="177472466">
    <w:abstractNumId w:val="11"/>
  </w:num>
  <w:num w:numId="16" w16cid:durableId="20356182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823945">
    <w:abstractNumId w:val="9"/>
  </w:num>
  <w:num w:numId="18" w16cid:durableId="2342480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514382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03746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131921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512309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365576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79466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5FD"/>
    <w:rsid w:val="00010FE3"/>
    <w:rsid w:val="000241B8"/>
    <w:rsid w:val="00024656"/>
    <w:rsid w:val="00034616"/>
    <w:rsid w:val="00051AB2"/>
    <w:rsid w:val="0006063C"/>
    <w:rsid w:val="0006096C"/>
    <w:rsid w:val="000625BC"/>
    <w:rsid w:val="0008021E"/>
    <w:rsid w:val="000850AF"/>
    <w:rsid w:val="000A03BF"/>
    <w:rsid w:val="000A547D"/>
    <w:rsid w:val="000A7057"/>
    <w:rsid w:val="000A7AF7"/>
    <w:rsid w:val="000B3865"/>
    <w:rsid w:val="000C14D2"/>
    <w:rsid w:val="000C1A5E"/>
    <w:rsid w:val="000C7C3C"/>
    <w:rsid w:val="000E1E1B"/>
    <w:rsid w:val="000E3028"/>
    <w:rsid w:val="000E3058"/>
    <w:rsid w:val="000E672E"/>
    <w:rsid w:val="000E70BE"/>
    <w:rsid w:val="001161B5"/>
    <w:rsid w:val="00123511"/>
    <w:rsid w:val="00127CE0"/>
    <w:rsid w:val="00132E6F"/>
    <w:rsid w:val="00137359"/>
    <w:rsid w:val="0015074B"/>
    <w:rsid w:val="00156F8F"/>
    <w:rsid w:val="00164A37"/>
    <w:rsid w:val="00166F38"/>
    <w:rsid w:val="00171CFC"/>
    <w:rsid w:val="001866C8"/>
    <w:rsid w:val="001D0AF3"/>
    <w:rsid w:val="001E6943"/>
    <w:rsid w:val="00205C0C"/>
    <w:rsid w:val="00213F86"/>
    <w:rsid w:val="00223B28"/>
    <w:rsid w:val="00226BC9"/>
    <w:rsid w:val="002428C9"/>
    <w:rsid w:val="002439E0"/>
    <w:rsid w:val="0024540A"/>
    <w:rsid w:val="0025026A"/>
    <w:rsid w:val="0026428F"/>
    <w:rsid w:val="00265FC1"/>
    <w:rsid w:val="00271202"/>
    <w:rsid w:val="002744DA"/>
    <w:rsid w:val="002869A7"/>
    <w:rsid w:val="00291218"/>
    <w:rsid w:val="0029275D"/>
    <w:rsid w:val="002962FC"/>
    <w:rsid w:val="0029639D"/>
    <w:rsid w:val="002A23AC"/>
    <w:rsid w:val="002B0D37"/>
    <w:rsid w:val="002B3704"/>
    <w:rsid w:val="002B43B2"/>
    <w:rsid w:val="002B63D9"/>
    <w:rsid w:val="002D345F"/>
    <w:rsid w:val="00300678"/>
    <w:rsid w:val="00302D27"/>
    <w:rsid w:val="00306C18"/>
    <w:rsid w:val="0031708A"/>
    <w:rsid w:val="00326F90"/>
    <w:rsid w:val="00352E29"/>
    <w:rsid w:val="0037033D"/>
    <w:rsid w:val="003E4A43"/>
    <w:rsid w:val="003F07B3"/>
    <w:rsid w:val="00411799"/>
    <w:rsid w:val="0041262C"/>
    <w:rsid w:val="004176AB"/>
    <w:rsid w:val="00425B73"/>
    <w:rsid w:val="00432237"/>
    <w:rsid w:val="00443B07"/>
    <w:rsid w:val="00446961"/>
    <w:rsid w:val="00450C60"/>
    <w:rsid w:val="0045574A"/>
    <w:rsid w:val="00466F10"/>
    <w:rsid w:val="00483190"/>
    <w:rsid w:val="00487F63"/>
    <w:rsid w:val="00493893"/>
    <w:rsid w:val="004A09D1"/>
    <w:rsid w:val="004B4486"/>
    <w:rsid w:val="004E6E64"/>
    <w:rsid w:val="004F23D4"/>
    <w:rsid w:val="004F5AE6"/>
    <w:rsid w:val="005051B8"/>
    <w:rsid w:val="00520A95"/>
    <w:rsid w:val="0053732F"/>
    <w:rsid w:val="005422A0"/>
    <w:rsid w:val="00547302"/>
    <w:rsid w:val="005B61FF"/>
    <w:rsid w:val="005E40AC"/>
    <w:rsid w:val="005F1CD6"/>
    <w:rsid w:val="005F28D8"/>
    <w:rsid w:val="005F5F90"/>
    <w:rsid w:val="006252E6"/>
    <w:rsid w:val="006255A4"/>
    <w:rsid w:val="00626040"/>
    <w:rsid w:val="00632009"/>
    <w:rsid w:val="00647FA1"/>
    <w:rsid w:val="006601C1"/>
    <w:rsid w:val="00660758"/>
    <w:rsid w:val="00672D78"/>
    <w:rsid w:val="006749AD"/>
    <w:rsid w:val="00685D54"/>
    <w:rsid w:val="00693EFB"/>
    <w:rsid w:val="006A1DB3"/>
    <w:rsid w:val="006A2B52"/>
    <w:rsid w:val="006A31C6"/>
    <w:rsid w:val="006B5738"/>
    <w:rsid w:val="006B613A"/>
    <w:rsid w:val="006C49D7"/>
    <w:rsid w:val="006E6253"/>
    <w:rsid w:val="006E6E79"/>
    <w:rsid w:val="006F0ABE"/>
    <w:rsid w:val="007004A0"/>
    <w:rsid w:val="00704C1B"/>
    <w:rsid w:val="00720556"/>
    <w:rsid w:val="00763D2C"/>
    <w:rsid w:val="0076474C"/>
    <w:rsid w:val="00775FB8"/>
    <w:rsid w:val="00777549"/>
    <w:rsid w:val="007921CE"/>
    <w:rsid w:val="00792954"/>
    <w:rsid w:val="007D36D1"/>
    <w:rsid w:val="007D4480"/>
    <w:rsid w:val="007D4B6F"/>
    <w:rsid w:val="008033A6"/>
    <w:rsid w:val="00806F7B"/>
    <w:rsid w:val="00824C4B"/>
    <w:rsid w:val="00824C57"/>
    <w:rsid w:val="0084709A"/>
    <w:rsid w:val="00847652"/>
    <w:rsid w:val="008854CA"/>
    <w:rsid w:val="008A7103"/>
    <w:rsid w:val="008C11ED"/>
    <w:rsid w:val="008F4E92"/>
    <w:rsid w:val="00904C7C"/>
    <w:rsid w:val="00906037"/>
    <w:rsid w:val="00911307"/>
    <w:rsid w:val="0091308F"/>
    <w:rsid w:val="00914EE2"/>
    <w:rsid w:val="00916FEA"/>
    <w:rsid w:val="00921D84"/>
    <w:rsid w:val="0093255B"/>
    <w:rsid w:val="009361E3"/>
    <w:rsid w:val="009361EC"/>
    <w:rsid w:val="0096302F"/>
    <w:rsid w:val="00973378"/>
    <w:rsid w:val="00992542"/>
    <w:rsid w:val="009935BB"/>
    <w:rsid w:val="009A2B5B"/>
    <w:rsid w:val="009D71F7"/>
    <w:rsid w:val="009F12E7"/>
    <w:rsid w:val="00A01893"/>
    <w:rsid w:val="00A12FEA"/>
    <w:rsid w:val="00A30530"/>
    <w:rsid w:val="00A45840"/>
    <w:rsid w:val="00A57FE4"/>
    <w:rsid w:val="00A61F26"/>
    <w:rsid w:val="00A65B6E"/>
    <w:rsid w:val="00A834BE"/>
    <w:rsid w:val="00A83532"/>
    <w:rsid w:val="00A86A76"/>
    <w:rsid w:val="00A9765F"/>
    <w:rsid w:val="00AA1D8D"/>
    <w:rsid w:val="00AA2E59"/>
    <w:rsid w:val="00AA3BE6"/>
    <w:rsid w:val="00AB43C9"/>
    <w:rsid w:val="00AF2CAB"/>
    <w:rsid w:val="00B029C9"/>
    <w:rsid w:val="00B066E6"/>
    <w:rsid w:val="00B0783F"/>
    <w:rsid w:val="00B20652"/>
    <w:rsid w:val="00B25369"/>
    <w:rsid w:val="00B321E8"/>
    <w:rsid w:val="00B37189"/>
    <w:rsid w:val="00B47730"/>
    <w:rsid w:val="00B54269"/>
    <w:rsid w:val="00B54DC1"/>
    <w:rsid w:val="00B6769D"/>
    <w:rsid w:val="00BD3569"/>
    <w:rsid w:val="00C13FC6"/>
    <w:rsid w:val="00C42AB5"/>
    <w:rsid w:val="00C510C4"/>
    <w:rsid w:val="00C5331D"/>
    <w:rsid w:val="00C55B08"/>
    <w:rsid w:val="00C81286"/>
    <w:rsid w:val="00C948AA"/>
    <w:rsid w:val="00C9739E"/>
    <w:rsid w:val="00CA0780"/>
    <w:rsid w:val="00CA5810"/>
    <w:rsid w:val="00CA6926"/>
    <w:rsid w:val="00CB0664"/>
    <w:rsid w:val="00CB5068"/>
    <w:rsid w:val="00CB7CBC"/>
    <w:rsid w:val="00CE3D1B"/>
    <w:rsid w:val="00CE618E"/>
    <w:rsid w:val="00D25D99"/>
    <w:rsid w:val="00D40140"/>
    <w:rsid w:val="00D61736"/>
    <w:rsid w:val="00D67016"/>
    <w:rsid w:val="00D76B46"/>
    <w:rsid w:val="00D77C71"/>
    <w:rsid w:val="00D93927"/>
    <w:rsid w:val="00D93EB0"/>
    <w:rsid w:val="00D944A3"/>
    <w:rsid w:val="00DA3F3D"/>
    <w:rsid w:val="00DC03A0"/>
    <w:rsid w:val="00DC09E5"/>
    <w:rsid w:val="00DE4714"/>
    <w:rsid w:val="00E10679"/>
    <w:rsid w:val="00E3788C"/>
    <w:rsid w:val="00E530C3"/>
    <w:rsid w:val="00E73809"/>
    <w:rsid w:val="00E80F5E"/>
    <w:rsid w:val="00EA624B"/>
    <w:rsid w:val="00EA6C6D"/>
    <w:rsid w:val="00EA7A07"/>
    <w:rsid w:val="00EC44D1"/>
    <w:rsid w:val="00ED7741"/>
    <w:rsid w:val="00EF3770"/>
    <w:rsid w:val="00EF3FBA"/>
    <w:rsid w:val="00F12053"/>
    <w:rsid w:val="00F14129"/>
    <w:rsid w:val="00F37E62"/>
    <w:rsid w:val="00F4004E"/>
    <w:rsid w:val="00F44857"/>
    <w:rsid w:val="00F57A52"/>
    <w:rsid w:val="00F722DD"/>
    <w:rsid w:val="00F72781"/>
    <w:rsid w:val="00F75315"/>
    <w:rsid w:val="00F75880"/>
    <w:rsid w:val="00F83721"/>
    <w:rsid w:val="00F8427C"/>
    <w:rsid w:val="00FA3E31"/>
    <w:rsid w:val="00FA5CAE"/>
    <w:rsid w:val="00FC2F46"/>
    <w:rsid w:val="00FC693F"/>
    <w:rsid w:val="00FD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F49BED"/>
  <w14:defaultImageDpi w14:val="300"/>
  <w15:docId w15:val="{86C33F1D-7E18-D44A-8A43-99B8CD0BA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01tytugwnydokumentu">
    <w:name w:val="*01. tytuł główny dokumentu"/>
    <w:basedOn w:val="Normalny"/>
    <w:link w:val="01tytugwnydokumentuZnak"/>
    <w:qFormat/>
    <w:rsid w:val="00265FC1"/>
    <w:pPr>
      <w:keepNext/>
      <w:keepLines/>
      <w:spacing w:before="360" w:after="0" w:line="240" w:lineRule="auto"/>
      <w:jc w:val="center"/>
    </w:pPr>
    <w:rPr>
      <w:rFonts w:ascii="Times New Roman" w:eastAsiaTheme="minorHAnsi" w:hAnsi="Times New Roman" w:cs="Times New Roman"/>
      <w:b/>
      <w:bCs/>
      <w:caps/>
      <w:kern w:val="2"/>
      <w:sz w:val="36"/>
      <w:szCs w:val="28"/>
      <w:lang w:val="pl-PL"/>
      <w14:ligatures w14:val="standardContextual"/>
    </w:rPr>
  </w:style>
  <w:style w:type="character" w:customStyle="1" w:styleId="01tytugwnydokumentuZnak">
    <w:name w:val="*01. tytuł główny dokumentu Znak"/>
    <w:basedOn w:val="Domylnaczcionkaakapitu"/>
    <w:link w:val="01tytugwnydokumentu"/>
    <w:rsid w:val="00265FC1"/>
    <w:rPr>
      <w:rFonts w:ascii="Times New Roman" w:eastAsiaTheme="minorHAnsi" w:hAnsi="Times New Roman" w:cs="Times New Roman"/>
      <w:b/>
      <w:bCs/>
      <w:caps/>
      <w:kern w:val="2"/>
      <w:sz w:val="36"/>
      <w:szCs w:val="28"/>
      <w:lang w:val="pl-PL"/>
      <w14:ligatures w14:val="standardContextual"/>
    </w:rPr>
  </w:style>
  <w:style w:type="paragraph" w:customStyle="1" w:styleId="06TEKSTWACIWY">
    <w:name w:val="*06. TEKST WŁAŚCIWY"/>
    <w:basedOn w:val="Normalny"/>
    <w:link w:val="06TEKSTWACIWYZnak"/>
    <w:qFormat/>
    <w:rsid w:val="0076474C"/>
    <w:pPr>
      <w:spacing w:after="0" w:line="240" w:lineRule="auto"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6TEKSTWACIWYZnak">
    <w:name w:val="*06. TEKST WŁAŚCIWY Znak"/>
    <w:basedOn w:val="Domylnaczcionkaakapitu"/>
    <w:link w:val="06TEKSTWACIWY"/>
    <w:rsid w:val="0076474C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2podtytudokumentu">
    <w:name w:val="*02. podtytuł dokumentu"/>
    <w:basedOn w:val="Normalny"/>
    <w:link w:val="02podtytudokumentuZnak"/>
    <w:qFormat/>
    <w:rsid w:val="00265FC1"/>
    <w:pPr>
      <w:keepNext/>
      <w:keepLines/>
      <w:spacing w:before="60" w:after="60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32"/>
      <w:szCs w:val="24"/>
      <w:lang w:val="pl-PL"/>
      <w14:ligatures w14:val="standardContextual"/>
    </w:rPr>
  </w:style>
  <w:style w:type="character" w:customStyle="1" w:styleId="02podtytudokumentuZnak">
    <w:name w:val="*02. podtytuł dokumentu Znak"/>
    <w:basedOn w:val="Domylnaczcionkaakapitu"/>
    <w:link w:val="02podtytudokumentu"/>
    <w:rsid w:val="00265FC1"/>
    <w:rPr>
      <w:rFonts w:ascii="Times New Roman" w:eastAsiaTheme="minorHAnsi" w:hAnsi="Times New Roman" w:cs="Times New Roman"/>
      <w:b/>
      <w:bCs/>
      <w:kern w:val="2"/>
      <w:sz w:val="32"/>
      <w:szCs w:val="24"/>
      <w:lang w:val="pl-PL"/>
      <w14:ligatures w14:val="standardContextual"/>
    </w:rPr>
  </w:style>
  <w:style w:type="paragraph" w:customStyle="1" w:styleId="10podpis">
    <w:name w:val="*10. podpis"/>
    <w:basedOn w:val="Normalny"/>
    <w:link w:val="10podpisZnak"/>
    <w:qFormat/>
    <w:rsid w:val="00265FC1"/>
    <w:pPr>
      <w:keepNext/>
      <w:keepLines/>
      <w:tabs>
        <w:tab w:val="center" w:pos="6804"/>
      </w:tabs>
      <w:spacing w:before="720" w:after="0" w:line="240" w:lineRule="auto"/>
    </w:pPr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character" w:customStyle="1" w:styleId="10podpisZnak">
    <w:name w:val="*10. podpis Znak"/>
    <w:basedOn w:val="Domylnaczcionkaakapitu"/>
    <w:link w:val="10podpis"/>
    <w:rsid w:val="00265FC1"/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paragraph" w:customStyle="1" w:styleId="03nagwekgwnywdokumencie">
    <w:name w:val="*03. nagłówek główny w dokumencie"/>
    <w:basedOn w:val="Normalny"/>
    <w:link w:val="03nagwekgwnywdokumencieZnak"/>
    <w:qFormat/>
    <w:rsid w:val="00265FC1"/>
    <w:pPr>
      <w:keepNext/>
      <w:keepLines/>
      <w:spacing w:before="360" w:after="24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32"/>
      <w:szCs w:val="28"/>
      <w:lang w:val="pl-PL"/>
      <w14:ligatures w14:val="standardContextual"/>
    </w:rPr>
  </w:style>
  <w:style w:type="character" w:customStyle="1" w:styleId="03nagwekgwnywdokumencieZnak">
    <w:name w:val="*03. nagłówek główny w dokumencie Znak"/>
    <w:basedOn w:val="Domylnaczcionkaakapitu"/>
    <w:link w:val="03nagwekgwnywdokumencie"/>
    <w:rsid w:val="00265FC1"/>
    <w:rPr>
      <w:rFonts w:ascii="Times New Roman" w:eastAsiaTheme="minorHAnsi" w:hAnsi="Times New Roman" w:cs="Times New Roman"/>
      <w:b/>
      <w:bCs/>
      <w:kern w:val="2"/>
      <w:sz w:val="32"/>
      <w:szCs w:val="28"/>
      <w:lang w:val="pl-PL"/>
      <w14:ligatures w14:val="standardContextual"/>
    </w:rPr>
  </w:style>
  <w:style w:type="paragraph" w:customStyle="1" w:styleId="09tabela-tekst">
    <w:name w:val="*09 tabela - tekst"/>
    <w:basedOn w:val="08tabel-nagwek"/>
    <w:link w:val="09tabela-tekstZnak"/>
    <w:qFormat/>
    <w:rsid w:val="00265FC1"/>
    <w:pPr>
      <w:jc w:val="left"/>
    </w:pPr>
    <w:rPr>
      <w:b w:val="0"/>
      <w:bCs w:val="0"/>
      <w:sz w:val="24"/>
      <w:szCs w:val="24"/>
    </w:rPr>
  </w:style>
  <w:style w:type="paragraph" w:customStyle="1" w:styleId="07listawypunktowana">
    <w:name w:val="*07. lista wypunktowana"/>
    <w:basedOn w:val="Normalny"/>
    <w:link w:val="07listawypunktowanaZnak"/>
    <w:qFormat/>
    <w:rsid w:val="00265FC1"/>
    <w:pPr>
      <w:numPr>
        <w:numId w:val="10"/>
      </w:numPr>
      <w:spacing w:after="12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7listawypunktowanaZnak">
    <w:name w:val="*07. lista wypunktowana Znak"/>
    <w:basedOn w:val="Domylnaczcionkaakapitu"/>
    <w:link w:val="07listawypunkt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9tabela-tekstZnak">
    <w:name w:val="*09 tabela - tekst Znak"/>
    <w:basedOn w:val="08tabel-nagwekZnak"/>
    <w:link w:val="09tabela-tekst"/>
    <w:rsid w:val="00265FC1"/>
    <w:rPr>
      <w:rFonts w:ascii="Times New Roman" w:eastAsiaTheme="minorHAnsi" w:hAnsi="Times New Roman" w:cs="Times New Roman"/>
      <w:b w:val="0"/>
      <w:bCs w:val="0"/>
      <w:kern w:val="2"/>
      <w:sz w:val="24"/>
      <w:szCs w:val="24"/>
      <w:lang w:val="pl-PL"/>
      <w14:ligatures w14:val="standardContextual"/>
    </w:rPr>
  </w:style>
  <w:style w:type="paragraph" w:customStyle="1" w:styleId="04nagwekpodrzdnydogwnego">
    <w:name w:val="*04. nagłówek podrzędny do głównego"/>
    <w:basedOn w:val="Normalny"/>
    <w:link w:val="04nagwekpodrzdnydogwnegoZnak"/>
    <w:qFormat/>
    <w:rsid w:val="00265FC1"/>
    <w:pPr>
      <w:keepNext/>
      <w:keepLines/>
      <w:spacing w:before="360" w:after="24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4"/>
      <w:lang w:val="pl-PL"/>
      <w14:ligatures w14:val="standardContextual"/>
    </w:rPr>
  </w:style>
  <w:style w:type="character" w:customStyle="1" w:styleId="04nagwekpodrzdnydogwnegoZnak">
    <w:name w:val="*04. nagłówek podrzędny do głównego Znak"/>
    <w:basedOn w:val="Domylnaczcionkaakapitu"/>
    <w:link w:val="04nagwekpodrzdnydogwnego"/>
    <w:rsid w:val="00265FC1"/>
    <w:rPr>
      <w:rFonts w:ascii="Times New Roman" w:eastAsiaTheme="minorHAnsi" w:hAnsi="Times New Roman" w:cs="Times New Roman"/>
      <w:b/>
      <w:bCs/>
      <w:kern w:val="2"/>
      <w:sz w:val="28"/>
      <w:szCs w:val="24"/>
      <w:lang w:val="pl-PL"/>
      <w14:ligatures w14:val="standardContextual"/>
    </w:rPr>
  </w:style>
  <w:style w:type="paragraph" w:customStyle="1" w:styleId="05nagwekpodpodrzdnydopodrzdnego">
    <w:name w:val="*05. nagłówek podpodrzędny do podrzędnego"/>
    <w:link w:val="05nagwekpodpodrzdnydopodrzdnegoZnak"/>
    <w:qFormat/>
    <w:rsid w:val="00265FC1"/>
    <w:pPr>
      <w:keepNext/>
      <w:keepLines/>
      <w:spacing w:before="240" w:after="120" w:line="240" w:lineRule="auto"/>
      <w:contextualSpacing/>
      <w:jc w:val="center"/>
    </w:pPr>
    <w:rPr>
      <w:rFonts w:ascii="Times New Roman" w:eastAsiaTheme="minorHAnsi" w:hAnsi="Times New Roman" w:cs="Times New Roman"/>
      <w:b/>
      <w:bCs/>
      <w:kern w:val="2"/>
      <w:sz w:val="24"/>
      <w:szCs w:val="24"/>
      <w:lang w:val="pl-PL"/>
      <w14:ligatures w14:val="standardContextual"/>
    </w:rPr>
  </w:style>
  <w:style w:type="character" w:customStyle="1" w:styleId="05nagwekpodpodrzdnydopodrzdnegoZnak">
    <w:name w:val="*05. nagłówek podpodrzędny do podrzędnego Znak"/>
    <w:basedOn w:val="04nagwekpodrzdnydogwnegoZnak"/>
    <w:link w:val="05nagwekpodpodrzdnydopodrzdnego"/>
    <w:rsid w:val="00265FC1"/>
    <w:rPr>
      <w:rFonts w:ascii="Times New Roman" w:eastAsiaTheme="minorHAnsi" w:hAnsi="Times New Roman" w:cs="Times New Roman"/>
      <w:b/>
      <w:bCs/>
      <w:kern w:val="2"/>
      <w:sz w:val="24"/>
      <w:szCs w:val="24"/>
      <w:lang w:val="pl-PL"/>
      <w14:ligatures w14:val="standardContextual"/>
    </w:rPr>
  </w:style>
  <w:style w:type="paragraph" w:customStyle="1" w:styleId="08tabel-nagwek">
    <w:name w:val="*08. tabel - nagłówek"/>
    <w:basedOn w:val="Normalny"/>
    <w:link w:val="08tabel-nagwekZnak"/>
    <w:qFormat/>
    <w:rsid w:val="00265FC1"/>
    <w:pPr>
      <w:spacing w:after="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character" w:customStyle="1" w:styleId="08tabel-nagwekZnak">
    <w:name w:val="*08. tabel - nagłówek Znak"/>
    <w:basedOn w:val="Domylnaczcionkaakapitu"/>
    <w:link w:val="08tabel-nagwek"/>
    <w:rsid w:val="00265FC1"/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paragraph" w:customStyle="1" w:styleId="07a-listanumerowana">
    <w:name w:val="*07a - lista numerowana"/>
    <w:link w:val="07a-listanumerowanaZnak"/>
    <w:qFormat/>
    <w:rsid w:val="00265FC1"/>
    <w:pPr>
      <w:numPr>
        <w:numId w:val="13"/>
      </w:numPr>
      <w:spacing w:after="0" w:line="240" w:lineRule="auto"/>
      <w:ind w:left="357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7a-listanumerowanaZnak">
    <w:name w:val="*07a - lista numerowana Znak"/>
    <w:basedOn w:val="Domylnaczcionkaakapitu"/>
    <w:link w:val="07a-listanumer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7b-listaalfabetyczna">
    <w:name w:val="*07b - lista alfabetyczna"/>
    <w:qFormat/>
    <w:rsid w:val="00265FC1"/>
    <w:pPr>
      <w:numPr>
        <w:numId w:val="17"/>
      </w:numPr>
      <w:spacing w:after="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12podpis">
    <w:name w:val="*12. podpis"/>
    <w:basedOn w:val="Normalny"/>
    <w:link w:val="12podpisZnak"/>
    <w:qFormat/>
    <w:rsid w:val="00265FC1"/>
    <w:pPr>
      <w:keepNext/>
      <w:keepLines/>
      <w:tabs>
        <w:tab w:val="center" w:pos="6804"/>
      </w:tabs>
      <w:spacing w:before="720" w:after="0" w:line="240" w:lineRule="auto"/>
    </w:pPr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character" w:customStyle="1" w:styleId="12podpisZnak">
    <w:name w:val="*12. podpis Znak"/>
    <w:basedOn w:val="Domylnaczcionkaakapitu"/>
    <w:link w:val="12podpis"/>
    <w:rsid w:val="00265FC1"/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paragraph" w:customStyle="1" w:styleId="11tabela-tekst">
    <w:name w:val="*11 tabela - tekst"/>
    <w:basedOn w:val="10tabel-nagwek"/>
    <w:link w:val="11tabela-tekstZnak"/>
    <w:qFormat/>
    <w:rsid w:val="00265FC1"/>
    <w:pPr>
      <w:jc w:val="left"/>
    </w:pPr>
    <w:rPr>
      <w:b w:val="0"/>
      <w:bCs w:val="0"/>
      <w:sz w:val="24"/>
      <w:szCs w:val="24"/>
    </w:rPr>
  </w:style>
  <w:style w:type="character" w:customStyle="1" w:styleId="11tabela-tekstZnak">
    <w:name w:val="*11 tabela - tekst Znak"/>
    <w:basedOn w:val="10tabel-nagwekZnak"/>
    <w:link w:val="11tabela-tekst"/>
    <w:rsid w:val="00265FC1"/>
    <w:rPr>
      <w:rFonts w:ascii="Times New Roman" w:eastAsiaTheme="minorHAnsi" w:hAnsi="Times New Roman" w:cs="Times New Roman"/>
      <w:b w:val="0"/>
      <w:bCs w:val="0"/>
      <w:kern w:val="2"/>
      <w:sz w:val="24"/>
      <w:szCs w:val="24"/>
      <w:lang w:val="pl-PL"/>
      <w14:ligatures w14:val="standardContextual"/>
    </w:rPr>
  </w:style>
  <w:style w:type="paragraph" w:customStyle="1" w:styleId="10tabel-nagwek">
    <w:name w:val="*10. tabel - nagłówek"/>
    <w:basedOn w:val="Normalny"/>
    <w:link w:val="10tabel-nagwekZnak"/>
    <w:qFormat/>
    <w:rsid w:val="00265FC1"/>
    <w:pPr>
      <w:spacing w:after="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character" w:customStyle="1" w:styleId="10tabel-nagwekZnak">
    <w:name w:val="*10. tabel - nagłówek Znak"/>
    <w:basedOn w:val="Domylnaczcionkaakapitu"/>
    <w:link w:val="10tabel-nagwek"/>
    <w:rsid w:val="00265FC1"/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paragraph" w:customStyle="1" w:styleId="08-listanumerowana">
    <w:name w:val="*08 - lista numerowana"/>
    <w:link w:val="08-listanumerowanaZnak"/>
    <w:qFormat/>
    <w:rsid w:val="00265FC1"/>
    <w:pPr>
      <w:numPr>
        <w:numId w:val="15"/>
      </w:numPr>
      <w:spacing w:after="0" w:line="240" w:lineRule="auto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8-listanumerowanaZnak">
    <w:name w:val="*08 - lista numerowana Znak"/>
    <w:basedOn w:val="Domylnaczcionkaakapitu"/>
    <w:link w:val="08-listanumer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9-listaalfabetyczna">
    <w:name w:val="*09 - lista alfabetyczna"/>
    <w:qFormat/>
    <w:rsid w:val="00265FC1"/>
    <w:pPr>
      <w:tabs>
        <w:tab w:val="num" w:pos="720"/>
      </w:tabs>
      <w:spacing w:after="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41179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17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3</Pages>
  <Words>383</Words>
  <Characters>2528</Characters>
  <Application>Microsoft Office Word</Application>
  <DocSecurity>0</DocSecurity>
  <Lines>180</Lines>
  <Paragraphs>67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UWAGA</cp:lastModifiedBy>
  <cp:revision>216</cp:revision>
  <cp:lastPrinted>2026-09-03T19:35:00Z</cp:lastPrinted>
  <dcterms:created xsi:type="dcterms:W3CDTF">2013-12-23T23:15:00Z</dcterms:created>
  <dcterms:modified xsi:type="dcterms:W3CDTF">2026-09-08T19:50:00Z</dcterms:modified>
  <cp:category/>
</cp:coreProperties>
</file>