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4E6051" w14:textId="72C5A629" w:rsidR="000E1E1B" w:rsidRPr="001E6943" w:rsidRDefault="0005038D" w:rsidP="00D944A3">
      <w:pPr>
        <w:pStyle w:val="02podtytudokumentu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3B6C883" wp14:editId="62DF1000">
                <wp:simplePos x="0" y="0"/>
                <wp:positionH relativeFrom="margin">
                  <wp:posOffset>4914088</wp:posOffset>
                </wp:positionH>
                <wp:positionV relativeFrom="paragraph">
                  <wp:posOffset>614281</wp:posOffset>
                </wp:positionV>
                <wp:extent cx="1048134" cy="184163"/>
                <wp:effectExtent l="0" t="0" r="6350" b="6350"/>
                <wp:wrapNone/>
                <wp:docPr id="121172074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134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4BF4B8" w14:textId="77777777" w:rsidR="0005038D" w:rsidRPr="00D40140" w:rsidRDefault="0005038D" w:rsidP="0005038D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6C88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86.95pt;margin-top:48.35pt;width:82.55pt;height:14.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" filled="f" stroked="f" strokeweight=".5pt">
                <v:textbox inset=".1mm,.1mm,.1mm,.1mm">
                  <w:txbxContent>
                    <w:p w14:paraId="244BF4B8" w14:textId="77777777" w:rsidR="0005038D" w:rsidRPr="00D40140" w:rsidRDefault="0005038D" w:rsidP="0005038D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5810" w:rsidRPr="001E6943">
        <w:t>Podanie o przedłużenie terminu rozliczenia praktyki</w:t>
      </w:r>
    </w:p>
    <w:p w14:paraId="16EBC180" w14:textId="6417C155" w:rsidR="009F12E7" w:rsidRPr="001E6943" w:rsidRDefault="009F12E7" w:rsidP="00904C7C">
      <w:pPr>
        <w:pStyle w:val="06TEKSTWACIWY"/>
        <w:tabs>
          <w:tab w:val="left" w:pos="6096"/>
          <w:tab w:val="right" w:leader="dot" w:pos="9406"/>
        </w:tabs>
      </w:pPr>
      <w:r w:rsidRPr="001E6943">
        <w:tab/>
        <w:t xml:space="preserve">Warszawa, dnia </w:t>
      </w:r>
      <w:r w:rsidRPr="001E6943">
        <w:tab/>
      </w:r>
    </w:p>
    <w:p w14:paraId="6D6B1A06" w14:textId="0F596007" w:rsidR="009F12E7" w:rsidRPr="001E6943" w:rsidRDefault="00352E29" w:rsidP="00904C7C">
      <w:pPr>
        <w:pStyle w:val="06TEKSTWACIWY"/>
        <w:tabs>
          <w:tab w:val="right" w:leader="dot" w:pos="3402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256B384" wp14:editId="57045D23">
                <wp:simplePos x="0" y="0"/>
                <wp:positionH relativeFrom="margin">
                  <wp:posOffset>-5715</wp:posOffset>
                </wp:positionH>
                <wp:positionV relativeFrom="paragraph">
                  <wp:posOffset>37465</wp:posOffset>
                </wp:positionV>
                <wp:extent cx="2154264" cy="184163"/>
                <wp:effectExtent l="0" t="0" r="5080" b="6350"/>
                <wp:wrapNone/>
                <wp:docPr id="5146136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264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7191A" w14:textId="77777777" w:rsidR="00352E29" w:rsidRPr="00D40140" w:rsidRDefault="00352E29" w:rsidP="00352E29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6B384" id="_x0000_s1105" type="#_x0000_t202" style="position:absolute;left:0;text-align:left;margin-left:-.45pt;margin-top:2.95pt;width:169.65pt;height:14.5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" filled="f" stroked="f" strokeweight=".5pt">
                <v:textbox inset=".1mm,.1mm,.1mm,.1mm">
                  <w:txbxContent>
                    <w:p w14:paraId="1D77191A" w14:textId="77777777" w:rsidR="00352E29" w:rsidRPr="00D40140" w:rsidRDefault="00352E29" w:rsidP="00352E29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2E7" w:rsidRPr="001E6943">
        <w:tab/>
      </w:r>
    </w:p>
    <w:p w14:paraId="40D23FCE" w14:textId="474914B4" w:rsidR="009F12E7" w:rsidRPr="001E6943" w:rsidRDefault="00352E29" w:rsidP="00E3788C">
      <w:pPr>
        <w:pStyle w:val="06TEKSTWACIWY"/>
        <w:tabs>
          <w:tab w:val="center" w:pos="1701"/>
        </w:tabs>
        <w:spacing w:after="3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D07D99F" wp14:editId="5AED272A">
                <wp:simplePos x="0" y="0"/>
                <wp:positionH relativeFrom="margin">
                  <wp:posOffset>-8255</wp:posOffset>
                </wp:positionH>
                <wp:positionV relativeFrom="paragraph">
                  <wp:posOffset>361950</wp:posOffset>
                </wp:positionV>
                <wp:extent cx="2154264" cy="184163"/>
                <wp:effectExtent l="0" t="0" r="5080" b="6350"/>
                <wp:wrapNone/>
                <wp:docPr id="43770888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264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F137E" w14:textId="77777777" w:rsidR="00352E29" w:rsidRPr="00D40140" w:rsidRDefault="00352E29" w:rsidP="00352E29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7D99F" id="_x0000_s1106" type="#_x0000_t202" style="position:absolute;left:0;text-align:left;margin-left:-.65pt;margin-top:28.5pt;width:169.65pt;height:14.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" filled="f" stroked="f" strokeweight=".5pt">
                <v:textbox inset=".1mm,.1mm,.1mm,.1mm">
                  <w:txbxContent>
                    <w:p w14:paraId="611F137E" w14:textId="77777777" w:rsidR="00352E29" w:rsidRPr="00D40140" w:rsidRDefault="00352E29" w:rsidP="00352E29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2E7" w:rsidRPr="001E6943">
        <w:tab/>
        <w:t>Imię i nazwisko</w:t>
      </w:r>
    </w:p>
    <w:p w14:paraId="39AF6897" w14:textId="3705869A" w:rsidR="009F12E7" w:rsidRPr="001E6943" w:rsidRDefault="009F12E7" w:rsidP="00904C7C">
      <w:pPr>
        <w:pStyle w:val="06TEKSTWACIWY"/>
        <w:tabs>
          <w:tab w:val="right" w:leader="dot" w:pos="3402"/>
        </w:tabs>
        <w:spacing w:before="120"/>
      </w:pPr>
      <w:r w:rsidRPr="001E6943">
        <w:tab/>
      </w:r>
    </w:p>
    <w:p w14:paraId="201643E1" w14:textId="6083C86E" w:rsidR="009F12E7" w:rsidRPr="001E6943" w:rsidRDefault="00352E29" w:rsidP="00E3788C">
      <w:pPr>
        <w:pStyle w:val="06TEKSTWACIWY"/>
        <w:tabs>
          <w:tab w:val="center" w:pos="1701"/>
        </w:tabs>
        <w:spacing w:after="3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0BB0687" wp14:editId="1831FBA4">
                <wp:simplePos x="0" y="0"/>
                <wp:positionH relativeFrom="margin">
                  <wp:posOffset>-3810</wp:posOffset>
                </wp:positionH>
                <wp:positionV relativeFrom="paragraph">
                  <wp:posOffset>371475</wp:posOffset>
                </wp:positionV>
                <wp:extent cx="2154264" cy="184163"/>
                <wp:effectExtent l="0" t="0" r="5080" b="6350"/>
                <wp:wrapNone/>
                <wp:docPr id="132713534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264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4E860" w14:textId="77777777" w:rsidR="00352E29" w:rsidRPr="00D40140" w:rsidRDefault="00352E29" w:rsidP="00352E29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B0687" id="_x0000_s1107" type="#_x0000_t202" style="position:absolute;left:0;text-align:left;margin-left:-.3pt;margin-top:29.25pt;width:169.65pt;height:14.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" filled="f" stroked="f" strokeweight=".5pt">
                <v:textbox inset=".1mm,.1mm,.1mm,.1mm">
                  <w:txbxContent>
                    <w:p w14:paraId="29B4E860" w14:textId="77777777" w:rsidR="00352E29" w:rsidRPr="00D40140" w:rsidRDefault="00352E29" w:rsidP="00352E29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2E7" w:rsidRPr="001E6943">
        <w:tab/>
        <w:t>rok, kierunek studiów</w:t>
      </w:r>
    </w:p>
    <w:p w14:paraId="234C1129" w14:textId="1DF32243" w:rsidR="009F12E7" w:rsidRPr="001E6943" w:rsidRDefault="009F12E7" w:rsidP="00904C7C">
      <w:pPr>
        <w:pStyle w:val="06TEKSTWACIWY"/>
        <w:tabs>
          <w:tab w:val="right" w:leader="dot" w:pos="3402"/>
        </w:tabs>
        <w:spacing w:before="120"/>
      </w:pPr>
      <w:r w:rsidRPr="001E6943">
        <w:tab/>
      </w:r>
    </w:p>
    <w:p w14:paraId="5902494B" w14:textId="2CE573E8" w:rsidR="009F12E7" w:rsidRPr="001E6943" w:rsidRDefault="009F12E7" w:rsidP="00E3788C">
      <w:pPr>
        <w:pStyle w:val="06TEKSTWACIWY"/>
        <w:tabs>
          <w:tab w:val="center" w:pos="1701"/>
        </w:tabs>
        <w:spacing w:after="360"/>
      </w:pPr>
      <w:r w:rsidRPr="001E6943">
        <w:tab/>
        <w:t>nr albumu</w:t>
      </w:r>
    </w:p>
    <w:p w14:paraId="2ADCBD2B" w14:textId="117BB1F1" w:rsidR="009F12E7" w:rsidRPr="001E6943" w:rsidRDefault="006F0ABE" w:rsidP="00904C7C">
      <w:pPr>
        <w:pStyle w:val="06TEKSTWACIWY"/>
        <w:tabs>
          <w:tab w:val="left" w:pos="5103"/>
          <w:tab w:val="right" w:leader="dot" w:pos="8931"/>
        </w:tabs>
        <w:spacing w:after="3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047681C" wp14:editId="70A6D99D">
                <wp:simplePos x="0" y="0"/>
                <wp:positionH relativeFrom="margin">
                  <wp:posOffset>3277350</wp:posOffset>
                </wp:positionH>
                <wp:positionV relativeFrom="paragraph">
                  <wp:posOffset>370898</wp:posOffset>
                </wp:positionV>
                <wp:extent cx="2462646" cy="184163"/>
                <wp:effectExtent l="0" t="0" r="1270" b="6350"/>
                <wp:wrapNone/>
                <wp:docPr id="126105938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2646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2075BD" w14:textId="77777777" w:rsidR="006F0ABE" w:rsidRPr="00D40140" w:rsidRDefault="006F0ABE" w:rsidP="006F0ABE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7681C" id="_x0000_s1108" type="#_x0000_t202" style="position:absolute;left:0;text-align:left;margin-left:258.05pt;margin-top:29.2pt;width:193.9pt;height:14.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" filled="f" stroked="f" strokeweight=".5pt">
                <v:textbox inset=".1mm,.1mm,.1mm,.1mm">
                  <w:txbxContent>
                    <w:p w14:paraId="5E2075BD" w14:textId="77777777" w:rsidR="006F0ABE" w:rsidRPr="00D40140" w:rsidRDefault="006F0ABE" w:rsidP="006F0ABE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2E7" w:rsidRPr="001E6943">
        <w:tab/>
        <w:t>Do Pełnomocnika Dziekana ds. Praktyk</w:t>
      </w:r>
    </w:p>
    <w:p w14:paraId="04B89CC6" w14:textId="0AFD8559" w:rsidR="009F12E7" w:rsidRPr="001E6943" w:rsidRDefault="009F12E7" w:rsidP="00904C7C">
      <w:pPr>
        <w:pStyle w:val="06TEKSTWACIWY"/>
        <w:tabs>
          <w:tab w:val="left" w:pos="5103"/>
          <w:tab w:val="right" w:leader="dot" w:pos="9072"/>
        </w:tabs>
        <w:spacing w:after="960"/>
      </w:pPr>
      <w:r w:rsidRPr="001E6943">
        <w:tab/>
      </w:r>
      <w:r w:rsidR="00904C7C" w:rsidRPr="001E6943">
        <w:tab/>
      </w:r>
    </w:p>
    <w:p w14:paraId="51F3140D" w14:textId="2062CC92" w:rsidR="009F12E7" w:rsidRPr="001E6943" w:rsidRDefault="009F12E7" w:rsidP="00904C7C">
      <w:pPr>
        <w:pStyle w:val="03nagwekgwnywdokumencie"/>
        <w:spacing w:after="720"/>
      </w:pPr>
      <w:r w:rsidRPr="001E6943">
        <w:t>Podanie</w:t>
      </w:r>
    </w:p>
    <w:p w14:paraId="75552ADC" w14:textId="6A88BB10" w:rsidR="009F12E7" w:rsidRPr="001E6943" w:rsidRDefault="00432237" w:rsidP="00E3788C">
      <w:pPr>
        <w:pStyle w:val="06TEKSTWACIWY"/>
        <w:tabs>
          <w:tab w:val="right" w:leader="dot" w:pos="6096"/>
          <w:tab w:val="right" w:leader="dot" w:pos="7938"/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731202C" wp14:editId="3904B681">
                <wp:simplePos x="0" y="0"/>
                <wp:positionH relativeFrom="margin">
                  <wp:posOffset>1133475</wp:posOffset>
                </wp:positionH>
                <wp:positionV relativeFrom="paragraph">
                  <wp:posOffset>490855</wp:posOffset>
                </wp:positionV>
                <wp:extent cx="4830252" cy="184163"/>
                <wp:effectExtent l="0" t="0" r="0" b="6350"/>
                <wp:wrapNone/>
                <wp:docPr id="52573882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025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6">
                        <w:txbxContent>
                          <w:p w14:paraId="45B7A443" w14:textId="77777777" w:rsidR="00432237" w:rsidRPr="00D40140" w:rsidRDefault="00432237" w:rsidP="0043223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202C" id="_x0000_s1109" type="#_x0000_t202" style="position:absolute;left:0;text-align:left;margin-left:89.25pt;margin-top:38.65pt;width:380.35pt;height:14.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" filled="f" stroked="f" strokeweight=".5pt">
                <v:textbox style="mso-next-textbox:#_x0000_s1113" inset=".1mm,.1mm,.1mm,.1mm">
                  <w:txbxContent>
                    <w:p w14:paraId="45B7A443" w14:textId="77777777" w:rsidR="00432237" w:rsidRPr="00D40140" w:rsidRDefault="00432237" w:rsidP="0043223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7103"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0FDE4EB" wp14:editId="5717DBEA">
                <wp:simplePos x="0" y="0"/>
                <wp:positionH relativeFrom="margin">
                  <wp:posOffset>5081619</wp:posOffset>
                </wp:positionH>
                <wp:positionV relativeFrom="paragraph">
                  <wp:posOffset>240799</wp:posOffset>
                </wp:positionV>
                <wp:extent cx="883461" cy="170085"/>
                <wp:effectExtent l="0" t="0" r="5715" b="0"/>
                <wp:wrapNone/>
                <wp:docPr id="186046302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461" cy="17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812B27" w14:textId="77777777" w:rsidR="008A7103" w:rsidRPr="00D40140" w:rsidRDefault="008A7103" w:rsidP="008A7103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DE4EB" id="_x0000_s1110" type="#_x0000_t202" style="position:absolute;left:0;text-align:left;margin-left:400.15pt;margin-top:18.95pt;width:69.55pt;height:13.4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" filled="f" stroked="f" strokeweight=".5pt">
                <v:textbox inset=".1mm,.1mm,.1mm,.1mm">
                  <w:txbxContent>
                    <w:p w14:paraId="4C812B27" w14:textId="77777777" w:rsidR="008A7103" w:rsidRPr="00D40140" w:rsidRDefault="008A7103" w:rsidP="008A7103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7103"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25539C8" wp14:editId="495C950C">
                <wp:simplePos x="0" y="0"/>
                <wp:positionH relativeFrom="margin">
                  <wp:posOffset>3933462</wp:posOffset>
                </wp:positionH>
                <wp:positionV relativeFrom="paragraph">
                  <wp:posOffset>233923</wp:posOffset>
                </wp:positionV>
                <wp:extent cx="914400" cy="170085"/>
                <wp:effectExtent l="0" t="0" r="0" b="0"/>
                <wp:wrapNone/>
                <wp:docPr id="134477907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7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B35DFB" w14:textId="77777777" w:rsidR="008A7103" w:rsidRPr="00D40140" w:rsidRDefault="008A7103" w:rsidP="008A7103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539C8" id="_x0000_s1111" type="#_x0000_t202" style="position:absolute;left:0;text-align:left;margin-left:309.7pt;margin-top:18.4pt;width:1in;height:13.4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" filled="f" stroked="f" strokeweight=".5pt">
                <v:textbox inset=".1mm,.1mm,.1mm,.1mm">
                  <w:txbxContent>
                    <w:p w14:paraId="38B35DFB" w14:textId="77777777" w:rsidR="008A7103" w:rsidRPr="00D40140" w:rsidRDefault="008A7103" w:rsidP="008A7103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7103"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6A44641" wp14:editId="7FCEBC8E">
                <wp:simplePos x="0" y="0"/>
                <wp:positionH relativeFrom="margin">
                  <wp:posOffset>2630614</wp:posOffset>
                </wp:positionH>
                <wp:positionV relativeFrom="paragraph">
                  <wp:posOffset>233923</wp:posOffset>
                </wp:positionV>
                <wp:extent cx="508764" cy="170085"/>
                <wp:effectExtent l="0" t="0" r="0" b="0"/>
                <wp:wrapNone/>
                <wp:docPr id="189326820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764" cy="17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51AE3" w14:textId="77777777" w:rsidR="008A7103" w:rsidRPr="00D40140" w:rsidRDefault="008A7103" w:rsidP="008A7103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44641" id="_x0000_s1112" type="#_x0000_t202" style="position:absolute;left:0;text-align:left;margin-left:207.15pt;margin-top:18.4pt;width:40.05pt;height:13.4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" filled="f" stroked="f" strokeweight=".5pt">
                <v:textbox inset=".1mm,.1mm,.1mm,.1mm">
                  <w:txbxContent>
                    <w:p w14:paraId="50951AE3" w14:textId="77777777" w:rsidR="008A7103" w:rsidRPr="00D40140" w:rsidRDefault="008A7103" w:rsidP="008A7103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2E7" w:rsidRPr="001E6943">
        <w:t xml:space="preserve">Zwracam się z uprzejmą prośbą o przedłużenie terminu rozliczenia praktyk zawodowych realizowanych w ramach bloku praktyk nr </w:t>
      </w:r>
      <w:r w:rsidR="009F12E7" w:rsidRPr="001E6943">
        <w:tab/>
        <w:t xml:space="preserve"> w terminie: </w:t>
      </w:r>
      <w:r w:rsidR="009F12E7" w:rsidRPr="001E6943">
        <w:tab/>
        <w:t xml:space="preserve"> do </w:t>
      </w:r>
      <w:r w:rsidR="009F12E7" w:rsidRPr="001E6943">
        <w:tab/>
      </w:r>
    </w:p>
    <w:p w14:paraId="5F5A2897" w14:textId="5E78675A" w:rsidR="009F12E7" w:rsidRPr="001E6943" w:rsidRDefault="00432237" w:rsidP="00E3788C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23594A5" wp14:editId="44F2FDF0">
                <wp:simplePos x="0" y="0"/>
                <wp:positionH relativeFrom="margin">
                  <wp:posOffset>22225</wp:posOffset>
                </wp:positionH>
                <wp:positionV relativeFrom="paragraph">
                  <wp:posOffset>227965</wp:posOffset>
                </wp:positionV>
                <wp:extent cx="5941422" cy="184163"/>
                <wp:effectExtent l="0" t="0" r="2540" b="6350"/>
                <wp:wrapNone/>
                <wp:docPr id="1883838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142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594A5" id="_x0000_s1113" type="#_x0000_t202" style="position:absolute;left:0;text-align:left;margin-left:1.75pt;margin-top:17.95pt;width:467.85pt;height:14.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" filled="f" stroked="f" strokeweight=".5pt">
                <v:textbox style="mso-next-textbox:#_x0000_s1114" inset=".1mm,.1mm,.1mm,.1mm">
                  <w:txbxContent/>
                </v:textbox>
                <w10:wrap anchorx="margin"/>
              </v:shape>
            </w:pict>
          </mc:Fallback>
        </mc:AlternateContent>
      </w:r>
      <w:r w:rsidR="009F12E7" w:rsidRPr="001E6943">
        <w:t xml:space="preserve">Prośbę motywuję </w:t>
      </w:r>
      <w:r w:rsidR="009F12E7" w:rsidRPr="001E6943">
        <w:tab/>
      </w:r>
    </w:p>
    <w:p w14:paraId="20D40DA3" w14:textId="4C21D0F8" w:rsidR="009F12E7" w:rsidRPr="001E6943" w:rsidRDefault="00432237" w:rsidP="00E3788C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6805BAE" wp14:editId="1F8B7ACE">
                <wp:simplePos x="0" y="0"/>
                <wp:positionH relativeFrom="margin">
                  <wp:posOffset>24130</wp:posOffset>
                </wp:positionH>
                <wp:positionV relativeFrom="paragraph">
                  <wp:posOffset>229235</wp:posOffset>
                </wp:positionV>
                <wp:extent cx="5941422" cy="184163"/>
                <wp:effectExtent l="0" t="0" r="2540" b="6350"/>
                <wp:wrapNone/>
                <wp:docPr id="114673202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142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05BAE" id="_x0000_s1114" type="#_x0000_t202" style="position:absolute;left:0;text-align:left;margin-left:1.9pt;margin-top:18.05pt;width:467.85pt;height:14.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9F12E7" w:rsidRPr="001E6943">
        <w:tab/>
      </w:r>
    </w:p>
    <w:p w14:paraId="7BB039EE" w14:textId="32AB4AE9" w:rsidR="009F12E7" w:rsidRPr="001E6943" w:rsidRDefault="009F12E7" w:rsidP="00E3788C">
      <w:pPr>
        <w:pStyle w:val="06TEKSTWACIWY"/>
        <w:tabs>
          <w:tab w:val="right" w:leader="dot" w:pos="9406"/>
        </w:tabs>
        <w:spacing w:line="360" w:lineRule="auto"/>
      </w:pPr>
      <w:r w:rsidRPr="001E6943">
        <w:tab/>
      </w:r>
    </w:p>
    <w:p w14:paraId="617B0AE3" w14:textId="7E61C857" w:rsidR="009F12E7" w:rsidRPr="001E6943" w:rsidRDefault="009F12E7" w:rsidP="00E3788C">
      <w:pPr>
        <w:pStyle w:val="06TEKSTWACIWY"/>
        <w:tabs>
          <w:tab w:val="right" w:pos="5670"/>
          <w:tab w:val="right" w:leader="dot" w:pos="9072"/>
        </w:tabs>
        <w:spacing w:before="1080"/>
      </w:pPr>
      <w:r w:rsidRPr="001E6943">
        <w:tab/>
      </w:r>
      <w:r w:rsidR="009935BB" w:rsidRPr="001E6943">
        <w:tab/>
      </w:r>
    </w:p>
    <w:p w14:paraId="485D9E72" w14:textId="1F27B8B8" w:rsidR="009F12E7" w:rsidRPr="001E6943" w:rsidRDefault="009F12E7" w:rsidP="00E3788C">
      <w:pPr>
        <w:pStyle w:val="06TEKSTWACIWY"/>
        <w:tabs>
          <w:tab w:val="center" w:pos="7405"/>
        </w:tabs>
        <w:spacing w:after="480"/>
      </w:pPr>
      <w:r w:rsidRPr="001E6943">
        <w:tab/>
        <w:t>podpis studenta</w:t>
      </w:r>
    </w:p>
    <w:p w14:paraId="5D70C481" w14:textId="084FA094" w:rsidR="009F12E7" w:rsidRPr="001E6943" w:rsidRDefault="009F12E7" w:rsidP="00E3788C">
      <w:pPr>
        <w:pStyle w:val="06TEKSTWACIWY"/>
        <w:tabs>
          <w:tab w:val="right" w:pos="567"/>
          <w:tab w:val="right" w:leader="dot" w:pos="3402"/>
        </w:tabs>
      </w:pPr>
      <w:r w:rsidRPr="001E6943">
        <w:tab/>
      </w:r>
      <w:r w:rsidR="009935BB" w:rsidRPr="001E6943">
        <w:tab/>
      </w:r>
    </w:p>
    <w:p w14:paraId="4A2F707D" w14:textId="51E621B1" w:rsidR="009F12E7" w:rsidRPr="001E6943" w:rsidRDefault="009F12E7" w:rsidP="00E3788C">
      <w:pPr>
        <w:pStyle w:val="06TEKSTWACIWY"/>
        <w:tabs>
          <w:tab w:val="center" w:pos="2016"/>
        </w:tabs>
      </w:pPr>
      <w:r w:rsidRPr="001E6943">
        <w:tab/>
        <w:t>podpis pełnomocnika</w:t>
      </w:r>
    </w:p>
    <w:p w14:paraId="4544B036" w14:textId="77777777" w:rsidR="00D944A3" w:rsidRPr="001E6943" w:rsidRDefault="00D944A3" w:rsidP="000E1E1B">
      <w:pPr>
        <w:pStyle w:val="06TEKSTWACIWY"/>
      </w:pPr>
    </w:p>
    <w:sectPr w:rsidR="00D944A3" w:rsidRPr="001E6943" w:rsidSect="000E1E1B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70BC37" w14:textId="77777777" w:rsidR="00F34896" w:rsidRDefault="00F34896" w:rsidP="00132E6F">
      <w:pPr>
        <w:spacing w:after="0" w:line="240" w:lineRule="auto"/>
      </w:pPr>
      <w:r>
        <w:separator/>
      </w:r>
    </w:p>
  </w:endnote>
  <w:endnote w:type="continuationSeparator" w:id="0">
    <w:p w14:paraId="2C83ECFD" w14:textId="77777777" w:rsidR="00F34896" w:rsidRDefault="00F34896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D252DA" w14:textId="77777777" w:rsidR="00F34896" w:rsidRDefault="00F34896" w:rsidP="00132E6F">
      <w:pPr>
        <w:spacing w:after="0" w:line="240" w:lineRule="auto"/>
      </w:pPr>
      <w:r>
        <w:separator/>
      </w:r>
    </w:p>
  </w:footnote>
  <w:footnote w:type="continuationSeparator" w:id="0">
    <w:p w14:paraId="4A68D6C1" w14:textId="77777777" w:rsidR="00F34896" w:rsidRDefault="00F34896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038D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4896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52</Words>
  <Characters>347</Characters>
  <Application>Microsoft Office Word</Application>
  <DocSecurity>0</DocSecurity>
  <Lines>24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216</cp:revision>
  <cp:lastPrinted>2026-09-03T19:35:00Z</cp:lastPrinted>
  <dcterms:created xsi:type="dcterms:W3CDTF">2013-12-23T23:15:00Z</dcterms:created>
  <dcterms:modified xsi:type="dcterms:W3CDTF">2026-09-08T19:52:00Z</dcterms:modified>
  <cp:category/>
</cp:coreProperties>
</file>