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82910" w14:textId="44AFE35B" w:rsidR="000E1E1B" w:rsidRPr="001E6943" w:rsidRDefault="00B25369" w:rsidP="00B25369">
      <w:pPr>
        <w:pStyle w:val="03nagwekgwnywdokumencie"/>
        <w:rPr>
          <w:i/>
          <w:iCs/>
          <w:spacing w:val="30"/>
          <w:sz w:val="24"/>
          <w:szCs w:val="22"/>
        </w:rPr>
      </w:pPr>
      <w:r w:rsidRPr="001E6943">
        <w:rPr>
          <w:i/>
          <w:iCs/>
          <w:spacing w:val="30"/>
          <w:sz w:val="24"/>
          <w:szCs w:val="22"/>
        </w:rPr>
        <w:t>WNIOSEK STUDENTA O ZALICZENIE CZYNNOŚCI ZAWODOWYCH NA</w:t>
      </w:r>
      <w:r w:rsidR="00A01893" w:rsidRPr="001E6943">
        <w:rPr>
          <w:i/>
          <w:iCs/>
          <w:spacing w:val="30"/>
          <w:sz w:val="24"/>
          <w:szCs w:val="22"/>
        </w:rPr>
        <w:t> </w:t>
      </w:r>
      <w:r w:rsidRPr="001E6943">
        <w:rPr>
          <w:i/>
          <w:iCs/>
          <w:spacing w:val="30"/>
          <w:sz w:val="24"/>
          <w:szCs w:val="22"/>
        </w:rPr>
        <w:t>POCZET PRAKTYKI</w:t>
      </w:r>
    </w:p>
    <w:p w14:paraId="393FDCA6" w14:textId="388C6128" w:rsidR="00B25369" w:rsidRPr="001E6943" w:rsidRDefault="00B25369" w:rsidP="000B3865">
      <w:pPr>
        <w:pStyle w:val="06TEKSTWACIWY"/>
        <w:spacing w:line="276" w:lineRule="auto"/>
      </w:pPr>
      <w:r w:rsidRPr="001E6943">
        <w:t>Okres od momentu ukończenia czynności zawodowych, o które student wnioskuje, aby mu zaliczyć na poczet praktyk do momentu zaliczenia tych praktyk obejmuje:</w:t>
      </w:r>
    </w:p>
    <w:p w14:paraId="23746ABB" w14:textId="38F437D1" w:rsidR="00B25369" w:rsidRPr="001E6943" w:rsidRDefault="00B25369" w:rsidP="000B3865">
      <w:pPr>
        <w:pStyle w:val="07listawypunktowana"/>
        <w:spacing w:line="276" w:lineRule="auto"/>
      </w:pPr>
      <w:r w:rsidRPr="001E6943">
        <w:t>maksymalnie 3 lata wstecz dla studiów licencjackich i inżynierskich (I stopnia)</w:t>
      </w:r>
    </w:p>
    <w:p w14:paraId="14CCCC12" w14:textId="65494784" w:rsidR="00B25369" w:rsidRPr="001E6943" w:rsidRDefault="00B25369" w:rsidP="000B3865">
      <w:pPr>
        <w:pStyle w:val="07listawypunktowana"/>
        <w:spacing w:line="276" w:lineRule="auto"/>
      </w:pPr>
      <w:r w:rsidRPr="001E6943">
        <w:t>maksymalnie 5 lat wstecz dla jednolitych studiów magisterskich i studiów II stopnia</w:t>
      </w:r>
    </w:p>
    <w:p w14:paraId="4AA59122" w14:textId="122F9C22" w:rsidR="00B25369" w:rsidRPr="001E6943" w:rsidRDefault="00A57FE4" w:rsidP="000B3865">
      <w:pPr>
        <w:pStyle w:val="06TEKSTWACIWY"/>
        <w:spacing w:before="480"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372C267" wp14:editId="2967D772">
                <wp:simplePos x="0" y="0"/>
                <wp:positionH relativeFrom="margin">
                  <wp:posOffset>90</wp:posOffset>
                </wp:positionH>
                <wp:positionV relativeFrom="paragraph">
                  <wp:posOffset>395938</wp:posOffset>
                </wp:positionV>
                <wp:extent cx="5979885" cy="184163"/>
                <wp:effectExtent l="0" t="0" r="1905" b="6350"/>
                <wp:wrapNone/>
                <wp:docPr id="88272577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3A0032" w14:textId="77777777" w:rsidR="00A57FE4" w:rsidRPr="00D40140" w:rsidRDefault="00A57FE4" w:rsidP="00A57FE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2C267" id="_x0000_s1115" type="#_x0000_t202" style="position:absolute;left:0;text-align:left;margin-left:0;margin-top:31.2pt;width:470.85pt;height:14.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" filled="f" stroked="f" strokeweight=".5pt">
                <v:textbox inset=".1mm,.1mm,.1mm,.1mm">
                  <w:txbxContent>
                    <w:p w14:paraId="173A0032" w14:textId="77777777" w:rsidR="00A57FE4" w:rsidRPr="00D40140" w:rsidRDefault="00A57FE4" w:rsidP="00A57FE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369" w:rsidRPr="001E6943">
        <w:t>Imię i nazwisko studenta:</w:t>
      </w:r>
    </w:p>
    <w:p w14:paraId="24F34E2C" w14:textId="69F33F98" w:rsidR="00B25369" w:rsidRPr="001E6943" w:rsidRDefault="00B25369" w:rsidP="000B3865">
      <w:pPr>
        <w:pStyle w:val="06TEKSTWACIWY"/>
        <w:tabs>
          <w:tab w:val="right" w:leader="dot" w:pos="9406"/>
        </w:tabs>
        <w:spacing w:line="276" w:lineRule="auto"/>
      </w:pPr>
      <w:r w:rsidRPr="001E6943">
        <w:tab/>
      </w:r>
    </w:p>
    <w:p w14:paraId="5DE03F9E" w14:textId="0EEDA6AF" w:rsidR="00B25369" w:rsidRPr="001E6943" w:rsidRDefault="00A57FE4" w:rsidP="000B3865">
      <w:pPr>
        <w:pStyle w:val="06TEKSTWACIWY"/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A1B54AA" wp14:editId="08F45539">
                <wp:simplePos x="0" y="0"/>
                <wp:positionH relativeFrom="margin">
                  <wp:posOffset>2419</wp:posOffset>
                </wp:positionH>
                <wp:positionV relativeFrom="paragraph">
                  <wp:posOffset>167761</wp:posOffset>
                </wp:positionV>
                <wp:extent cx="5979885" cy="184163"/>
                <wp:effectExtent l="0" t="0" r="1905" b="6350"/>
                <wp:wrapNone/>
                <wp:docPr id="80239030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C4FDE" w14:textId="77777777" w:rsidR="00A57FE4" w:rsidRPr="00D40140" w:rsidRDefault="00A57FE4" w:rsidP="00A57FE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B54AA" id="_x0000_s1116" type="#_x0000_t202" style="position:absolute;left:0;text-align:left;margin-left:.2pt;margin-top:13.2pt;width:470.85pt;height:14.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" filled="f" stroked="f" strokeweight=".5pt">
                <v:textbox inset=".1mm,.1mm,.1mm,.1mm">
                  <w:txbxContent>
                    <w:p w14:paraId="23EC4FDE" w14:textId="77777777" w:rsidR="00A57FE4" w:rsidRPr="00D40140" w:rsidRDefault="00A57FE4" w:rsidP="00A57FE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369" w:rsidRPr="001E6943">
        <w:t>Kierunek studiów, specjalność:</w:t>
      </w:r>
    </w:p>
    <w:p w14:paraId="53BD220B" w14:textId="6B51B367" w:rsidR="000B3865" w:rsidRPr="001E6943" w:rsidRDefault="00704C1B" w:rsidP="000B3865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E91A17D" wp14:editId="4D764C90">
                <wp:simplePos x="0" y="0"/>
                <wp:positionH relativeFrom="margin">
                  <wp:posOffset>3565766</wp:posOffset>
                </wp:positionH>
                <wp:positionV relativeFrom="paragraph">
                  <wp:posOffset>176621</wp:posOffset>
                </wp:positionV>
                <wp:extent cx="2414119" cy="184163"/>
                <wp:effectExtent l="0" t="0" r="0" b="6350"/>
                <wp:wrapNone/>
                <wp:docPr id="43600496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119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7866C" w14:textId="77777777" w:rsidR="00704C1B" w:rsidRPr="00D40140" w:rsidRDefault="00704C1B" w:rsidP="00704C1B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1A17D" id="_x0000_s1117" type="#_x0000_t202" style="position:absolute;left:0;text-align:left;margin-left:280.75pt;margin-top:13.9pt;width:190.1pt;height:14.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" filled="f" stroked="f" strokeweight=".5pt">
                <v:textbox inset=".1mm,.1mm,.1mm,.1mm">
                  <w:txbxContent>
                    <w:p w14:paraId="4C77866C" w14:textId="77777777" w:rsidR="00704C1B" w:rsidRPr="00D40140" w:rsidRDefault="00704C1B" w:rsidP="00704C1B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06CCB80" wp14:editId="740CE1B8">
                <wp:simplePos x="0" y="0"/>
                <wp:positionH relativeFrom="margin">
                  <wp:posOffset>880624</wp:posOffset>
                </wp:positionH>
                <wp:positionV relativeFrom="paragraph">
                  <wp:posOffset>176621</wp:posOffset>
                </wp:positionV>
                <wp:extent cx="1567543" cy="184163"/>
                <wp:effectExtent l="0" t="0" r="0" b="6350"/>
                <wp:wrapNone/>
                <wp:docPr id="151315415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543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190B3B" w14:textId="77777777" w:rsidR="00704C1B" w:rsidRPr="00D40140" w:rsidRDefault="00704C1B" w:rsidP="00704C1B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CCB80" id="_x0000_s1118" type="#_x0000_t202" style="position:absolute;left:0;text-align:left;margin-left:69.35pt;margin-top:13.9pt;width:123.45pt;height:14.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" filled="f" stroked="f" strokeweight=".5pt">
                <v:textbox inset=".1mm,.1mm,.1mm,.1mm">
                  <w:txbxContent>
                    <w:p w14:paraId="03190B3B" w14:textId="77777777" w:rsidR="00704C1B" w:rsidRPr="00D40140" w:rsidRDefault="00704C1B" w:rsidP="00704C1B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B3865" w:rsidRPr="001E6943">
        <w:tab/>
      </w:r>
    </w:p>
    <w:p w14:paraId="1B7A5F78" w14:textId="43481799" w:rsidR="00B25369" w:rsidRPr="001E6943" w:rsidRDefault="00A30530" w:rsidP="000B3865">
      <w:pPr>
        <w:pStyle w:val="06TEKSTWACIWY"/>
        <w:tabs>
          <w:tab w:val="right" w:leader="dot" w:pos="5529"/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90DA51D" wp14:editId="2636F7F9">
                <wp:simplePos x="0" y="0"/>
                <wp:positionH relativeFrom="margin">
                  <wp:posOffset>740319</wp:posOffset>
                </wp:positionH>
                <wp:positionV relativeFrom="paragraph">
                  <wp:posOffset>159173</wp:posOffset>
                </wp:positionV>
                <wp:extent cx="2036838" cy="184163"/>
                <wp:effectExtent l="0" t="0" r="0" b="6350"/>
                <wp:wrapNone/>
                <wp:docPr id="30255048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838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214C5" w14:textId="77777777" w:rsidR="00A30530" w:rsidRPr="00D40140" w:rsidRDefault="00A30530" w:rsidP="00A3053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DA51D" id="_x0000_s1119" type="#_x0000_t202" style="position:absolute;left:0;text-align:left;margin-left:58.3pt;margin-top:12.55pt;width:160.4pt;height:14.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" filled="f" stroked="f" strokeweight=".5pt">
                <v:textbox inset=".1mm,.1mm,.1mm,.1mm">
                  <w:txbxContent>
                    <w:p w14:paraId="3C7214C5" w14:textId="77777777" w:rsidR="00A30530" w:rsidRPr="00D40140" w:rsidRDefault="00A30530" w:rsidP="00A3053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369" w:rsidRPr="001E6943">
        <w:t xml:space="preserve">Rok studiów: </w:t>
      </w:r>
      <w:r w:rsidR="00B25369" w:rsidRPr="001E6943">
        <w:tab/>
        <w:t xml:space="preserve"> stopień studiów: </w:t>
      </w:r>
      <w:r w:rsidR="00B25369" w:rsidRPr="001E6943">
        <w:tab/>
      </w:r>
    </w:p>
    <w:p w14:paraId="16BE3BDF" w14:textId="4D1D337E" w:rsidR="00B25369" w:rsidRPr="001E6943" w:rsidRDefault="00B25369" w:rsidP="000B3865">
      <w:pPr>
        <w:pStyle w:val="06TEKSTWACIWY"/>
        <w:tabs>
          <w:tab w:val="right" w:leader="dot" w:pos="4395"/>
        </w:tabs>
        <w:spacing w:line="276" w:lineRule="auto"/>
      </w:pPr>
      <w:r w:rsidRPr="001E6943">
        <w:t xml:space="preserve">nr albumu: </w:t>
      </w:r>
      <w:r w:rsidRPr="001E6943">
        <w:tab/>
      </w:r>
    </w:p>
    <w:p w14:paraId="19650944" w14:textId="37D0166F" w:rsidR="00B25369" w:rsidRPr="001E6943" w:rsidRDefault="00123511" w:rsidP="000B3865">
      <w:pPr>
        <w:pStyle w:val="06TEKSTWACIWY"/>
        <w:spacing w:before="480"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365CDB0" wp14:editId="311E36F3">
                <wp:simplePos x="0" y="0"/>
                <wp:positionH relativeFrom="margin">
                  <wp:posOffset>2419</wp:posOffset>
                </wp:positionH>
                <wp:positionV relativeFrom="paragraph">
                  <wp:posOffset>478670</wp:posOffset>
                </wp:positionV>
                <wp:extent cx="5979885" cy="184163"/>
                <wp:effectExtent l="0" t="0" r="1905" b="6350"/>
                <wp:wrapNone/>
                <wp:docPr id="31165345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79A286" w14:textId="77777777" w:rsidR="00123511" w:rsidRPr="00D40140" w:rsidRDefault="00123511" w:rsidP="00123511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5CDB0" id="_x0000_s1120" type="#_x0000_t202" style="position:absolute;left:0;text-align:left;margin-left:.2pt;margin-top:37.7pt;width:470.85pt;height:14.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" filled="f" stroked="f" strokeweight=".5pt">
                <v:textbox inset=".1mm,.1mm,.1mm,.1mm">
                  <w:txbxContent>
                    <w:p w14:paraId="7479A286" w14:textId="77777777" w:rsidR="00123511" w:rsidRPr="00D40140" w:rsidRDefault="00123511" w:rsidP="00123511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369" w:rsidRPr="001E6943">
        <w:t>Pełna nazwa instytucji, w której realizowane były czynności zawodowe:</w:t>
      </w:r>
    </w:p>
    <w:p w14:paraId="19CFE022" w14:textId="10778D48" w:rsidR="000B3865" w:rsidRPr="001E6943" w:rsidRDefault="000B3865" w:rsidP="000B3865">
      <w:pPr>
        <w:pStyle w:val="06TEKSTWACIWY"/>
        <w:tabs>
          <w:tab w:val="right" w:leader="dot" w:pos="9406"/>
        </w:tabs>
        <w:spacing w:line="276" w:lineRule="auto"/>
      </w:pPr>
      <w:r w:rsidRPr="001E6943">
        <w:tab/>
      </w:r>
    </w:p>
    <w:p w14:paraId="503ED11C" w14:textId="0B4F17D2" w:rsidR="00B25369" w:rsidRPr="001E6943" w:rsidRDefault="00123511" w:rsidP="000B3865">
      <w:pPr>
        <w:pStyle w:val="06TEKSTWACIWY"/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244AD19" wp14:editId="74617941">
                <wp:simplePos x="0" y="0"/>
                <wp:positionH relativeFrom="margin">
                  <wp:posOffset>2419</wp:posOffset>
                </wp:positionH>
                <wp:positionV relativeFrom="paragraph">
                  <wp:posOffset>168003</wp:posOffset>
                </wp:positionV>
                <wp:extent cx="5979885" cy="184163"/>
                <wp:effectExtent l="0" t="0" r="1905" b="6350"/>
                <wp:wrapNone/>
                <wp:docPr id="18265875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647166" w14:textId="77777777" w:rsidR="00123511" w:rsidRPr="00D40140" w:rsidRDefault="00123511" w:rsidP="00123511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4AD19" id="_x0000_s1121" type="#_x0000_t202" style="position:absolute;left:0;text-align:left;margin-left:.2pt;margin-top:13.25pt;width:470.85pt;height:14.5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" filled="f" stroked="f" strokeweight=".5pt">
                <v:textbox inset=".1mm,.1mm,.1mm,.1mm">
                  <w:txbxContent>
                    <w:p w14:paraId="16647166" w14:textId="77777777" w:rsidR="00123511" w:rsidRPr="00D40140" w:rsidRDefault="00123511" w:rsidP="00123511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369" w:rsidRPr="001E6943">
        <w:t>Adres instytucji:</w:t>
      </w:r>
    </w:p>
    <w:p w14:paraId="56D62D8D" w14:textId="12129735" w:rsidR="000B3865" w:rsidRPr="001E6943" w:rsidRDefault="00123511" w:rsidP="000B3865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D8071CD" wp14:editId="6F6FB0B7">
                <wp:simplePos x="0" y="0"/>
                <wp:positionH relativeFrom="margin">
                  <wp:posOffset>5193665</wp:posOffset>
                </wp:positionH>
                <wp:positionV relativeFrom="paragraph">
                  <wp:posOffset>175895</wp:posOffset>
                </wp:positionV>
                <wp:extent cx="264160" cy="184163"/>
                <wp:effectExtent l="0" t="0" r="2540" b="6350"/>
                <wp:wrapNone/>
                <wp:docPr id="175610911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52E05" w14:textId="77777777" w:rsidR="00123511" w:rsidRPr="00D40140" w:rsidRDefault="00123511" w:rsidP="0012351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071CD" id="_x0000_s1122" type="#_x0000_t202" style="position:absolute;left:0;text-align:left;margin-left:408.95pt;margin-top:13.85pt;width:20.8pt;height:14.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" filled="f" stroked="f" strokeweight=".5pt">
                <v:textbox inset=".1mm,.1mm,.1mm,.1mm">
                  <w:txbxContent>
                    <w:p w14:paraId="00452E05" w14:textId="77777777" w:rsidR="00123511" w:rsidRPr="00D40140" w:rsidRDefault="00123511" w:rsidP="0012351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50A15F8" wp14:editId="732E387C">
                <wp:simplePos x="0" y="0"/>
                <wp:positionH relativeFrom="margin">
                  <wp:posOffset>4749165</wp:posOffset>
                </wp:positionH>
                <wp:positionV relativeFrom="paragraph">
                  <wp:posOffset>175895</wp:posOffset>
                </wp:positionV>
                <wp:extent cx="279400" cy="184163"/>
                <wp:effectExtent l="0" t="0" r="0" b="6350"/>
                <wp:wrapNone/>
                <wp:docPr id="199861041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9B1163" w14:textId="77777777" w:rsidR="00123511" w:rsidRPr="00D40140" w:rsidRDefault="00123511" w:rsidP="0012351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A15F8" id="_x0000_s1123" type="#_x0000_t202" style="position:absolute;left:0;text-align:left;margin-left:373.95pt;margin-top:13.85pt;width:22pt;height:14.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" filled="f" stroked="f" strokeweight=".5pt">
                <v:textbox inset=".1mm,.1mm,.1mm,.1mm">
                  <w:txbxContent>
                    <w:p w14:paraId="799B1163" w14:textId="77777777" w:rsidR="00123511" w:rsidRPr="00D40140" w:rsidRDefault="00123511" w:rsidP="0012351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0AE4DD0" wp14:editId="40670766">
                <wp:simplePos x="0" y="0"/>
                <wp:positionH relativeFrom="margin">
                  <wp:posOffset>4297045</wp:posOffset>
                </wp:positionH>
                <wp:positionV relativeFrom="paragraph">
                  <wp:posOffset>175895</wp:posOffset>
                </wp:positionV>
                <wp:extent cx="279400" cy="184163"/>
                <wp:effectExtent l="0" t="0" r="0" b="6350"/>
                <wp:wrapNone/>
                <wp:docPr id="174333831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B6801" w14:textId="77777777" w:rsidR="00123511" w:rsidRPr="00D40140" w:rsidRDefault="00123511" w:rsidP="0012351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E4DD0" id="_x0000_s1124" type="#_x0000_t202" style="position:absolute;left:0;text-align:left;margin-left:338.35pt;margin-top:13.85pt;width:22pt;height:14.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" filled="f" stroked="f" strokeweight=".5pt">
                <v:textbox inset=".1mm,.1mm,.1mm,.1mm">
                  <w:txbxContent>
                    <w:p w14:paraId="68CB6801" w14:textId="77777777" w:rsidR="00123511" w:rsidRPr="00D40140" w:rsidRDefault="00123511" w:rsidP="0012351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EE4611A" wp14:editId="74E8D2C8">
                <wp:simplePos x="0" y="0"/>
                <wp:positionH relativeFrom="margin">
                  <wp:posOffset>3743325</wp:posOffset>
                </wp:positionH>
                <wp:positionV relativeFrom="paragraph">
                  <wp:posOffset>175895</wp:posOffset>
                </wp:positionV>
                <wp:extent cx="279400" cy="184163"/>
                <wp:effectExtent l="0" t="0" r="0" b="6350"/>
                <wp:wrapNone/>
                <wp:docPr id="126455365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5E32A3" w14:textId="4A1C1D78" w:rsidR="00123511" w:rsidRPr="00D40140" w:rsidRDefault="00123511" w:rsidP="0012351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611A" id="_x0000_s1125" type="#_x0000_t202" style="position:absolute;left:0;text-align:left;margin-left:294.75pt;margin-top:13.85pt;width:22pt;height:14.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" filled="f" stroked="f" strokeweight=".5pt">
                <v:textbox inset=".1mm,.1mm,.1mm,.1mm">
                  <w:txbxContent>
                    <w:p w14:paraId="395E32A3" w14:textId="4A1C1D78" w:rsidR="00123511" w:rsidRPr="00D40140" w:rsidRDefault="00123511" w:rsidP="0012351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4CB946C" wp14:editId="1F47C4C3">
                <wp:simplePos x="0" y="0"/>
                <wp:positionH relativeFrom="margin">
                  <wp:posOffset>3288665</wp:posOffset>
                </wp:positionH>
                <wp:positionV relativeFrom="paragraph">
                  <wp:posOffset>175895</wp:posOffset>
                </wp:positionV>
                <wp:extent cx="302260" cy="184163"/>
                <wp:effectExtent l="0" t="0" r="2540" b="6350"/>
                <wp:wrapNone/>
                <wp:docPr id="48665830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C39C08" w14:textId="77777777" w:rsidR="00123511" w:rsidRPr="00D40140" w:rsidRDefault="00123511" w:rsidP="0012351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B946C" id="_x0000_s1126" type="#_x0000_t202" style="position:absolute;left:0;text-align:left;margin-left:258.95pt;margin-top:13.85pt;width:23.8pt;height:14.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" filled="f" stroked="f" strokeweight=".5pt">
                <v:textbox inset=".1mm,.1mm,.1mm,.1mm">
                  <w:txbxContent>
                    <w:p w14:paraId="5EC39C08" w14:textId="77777777" w:rsidR="00123511" w:rsidRPr="00D40140" w:rsidRDefault="00123511" w:rsidP="0012351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FC29F55" wp14:editId="616898F8">
                <wp:simplePos x="0" y="0"/>
                <wp:positionH relativeFrom="margin">
                  <wp:posOffset>2803526</wp:posOffset>
                </wp:positionH>
                <wp:positionV relativeFrom="paragraph">
                  <wp:posOffset>175895</wp:posOffset>
                </wp:positionV>
                <wp:extent cx="332740" cy="184163"/>
                <wp:effectExtent l="0" t="0" r="0" b="6350"/>
                <wp:wrapNone/>
                <wp:docPr id="201548866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FF64D" w14:textId="3EAC58F1" w:rsidR="00123511" w:rsidRPr="00D40140" w:rsidRDefault="00123511" w:rsidP="0012351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29F55" id="_x0000_s1127" type="#_x0000_t202" style="position:absolute;left:0;text-align:left;margin-left:220.75pt;margin-top:13.85pt;width:26.2pt;height:14.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" filled="f" stroked="f" strokeweight=".5pt">
                <v:textbox inset=".1mm,.1mm,.1mm,.1mm">
                  <w:txbxContent>
                    <w:p w14:paraId="39DFF64D" w14:textId="3EAC58F1" w:rsidR="00123511" w:rsidRPr="00D40140" w:rsidRDefault="00123511" w:rsidP="0012351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B3865" w:rsidRPr="001E6943">
        <w:tab/>
      </w:r>
    </w:p>
    <w:p w14:paraId="3A07A0FB" w14:textId="6E3F7C48" w:rsidR="00B25369" w:rsidRPr="001E6943" w:rsidRDefault="0053732F" w:rsidP="000B3865">
      <w:pPr>
        <w:pStyle w:val="06TEKSTWACIWY"/>
        <w:tabs>
          <w:tab w:val="right" w:leader="dot" w:pos="5103"/>
          <w:tab w:val="right" w:leader="dot" w:pos="5812"/>
          <w:tab w:val="right" w:leader="dot" w:pos="6663"/>
          <w:tab w:val="right" w:leader="dot" w:pos="7371"/>
          <w:tab w:val="right" w:leader="dot" w:pos="8080"/>
          <w:tab w:val="right" w:leader="dot" w:pos="8647"/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F25B08F" wp14:editId="013E0450">
                <wp:simplePos x="0" y="0"/>
                <wp:positionH relativeFrom="margin">
                  <wp:posOffset>1815591</wp:posOffset>
                </wp:positionH>
                <wp:positionV relativeFrom="paragraph">
                  <wp:posOffset>159933</wp:posOffset>
                </wp:positionV>
                <wp:extent cx="1036088" cy="184163"/>
                <wp:effectExtent l="0" t="0" r="5715" b="6350"/>
                <wp:wrapNone/>
                <wp:docPr id="1298659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088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79648B" w14:textId="77777777" w:rsidR="0053732F" w:rsidRPr="00D40140" w:rsidRDefault="0053732F" w:rsidP="0053732F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5B08F" id="_x0000_s1128" type="#_x0000_t202" style="position:absolute;left:0;text-align:left;margin-left:142.95pt;margin-top:12.6pt;width:81.6pt;height:14.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" filled="f" stroked="f" strokeweight=".5pt">
                <v:textbox inset=".1mm,.1mm,.1mm,.1mm">
                  <w:txbxContent>
                    <w:p w14:paraId="7279648B" w14:textId="77777777" w:rsidR="0053732F" w:rsidRPr="00D40140" w:rsidRDefault="0053732F" w:rsidP="0053732F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369" w:rsidRPr="001E6943">
        <w:t xml:space="preserve">Termin realizacji czynności zawodowych: od </w:t>
      </w:r>
      <w:r w:rsidR="00B25369" w:rsidRPr="001E6943">
        <w:tab/>
        <w:t xml:space="preserve"> / </w:t>
      </w:r>
      <w:r w:rsidR="00B25369" w:rsidRPr="001E6943">
        <w:tab/>
        <w:t xml:space="preserve"> / </w:t>
      </w:r>
      <w:r w:rsidR="00B25369" w:rsidRPr="001E6943">
        <w:tab/>
        <w:t xml:space="preserve"> do </w:t>
      </w:r>
      <w:r w:rsidR="00B25369" w:rsidRPr="001E6943">
        <w:tab/>
        <w:t xml:space="preserve"> / </w:t>
      </w:r>
      <w:r w:rsidR="00B25369" w:rsidRPr="001E6943">
        <w:tab/>
        <w:t xml:space="preserve"> / </w:t>
      </w:r>
      <w:r w:rsidR="00B25369" w:rsidRPr="001E6943">
        <w:tab/>
      </w:r>
    </w:p>
    <w:p w14:paraId="1B3BFED7" w14:textId="1A619664" w:rsidR="00B25369" w:rsidRPr="001E6943" w:rsidRDefault="00B25369" w:rsidP="00906037">
      <w:pPr>
        <w:pStyle w:val="06TEKSTWACIWY"/>
        <w:tabs>
          <w:tab w:val="right" w:leader="dot" w:pos="4536"/>
        </w:tabs>
        <w:spacing w:line="276" w:lineRule="auto"/>
      </w:pPr>
      <w:r w:rsidRPr="001E6943">
        <w:t xml:space="preserve">Zrealizowana liczba godzin: </w:t>
      </w:r>
      <w:r w:rsidRPr="001E6943">
        <w:tab/>
      </w:r>
    </w:p>
    <w:p w14:paraId="52DDCEDF" w14:textId="38328520" w:rsidR="00B25369" w:rsidRPr="001E6943" w:rsidRDefault="00B25369" w:rsidP="000B3865">
      <w:pPr>
        <w:pStyle w:val="06TEKSTWACIWY"/>
        <w:spacing w:before="480" w:line="276" w:lineRule="auto"/>
      </w:pPr>
      <w:r w:rsidRPr="001E6943">
        <w:t>Forma realizowania czynności zawodowych</w:t>
      </w:r>
    </w:p>
    <w:p w14:paraId="27247EE5" w14:textId="31CF8974" w:rsidR="00B25369" w:rsidRPr="001E6943" w:rsidRDefault="00B25369" w:rsidP="000B3865">
      <w:pPr>
        <w:pStyle w:val="06TEKSTWACIWY"/>
        <w:spacing w:line="276" w:lineRule="auto"/>
      </w:pPr>
      <w:r w:rsidRPr="001E6943">
        <w:rPr>
          <w:i/>
          <w:iCs/>
        </w:rPr>
        <w:t>(do wniosku należy dołączyć umowę i zakres obowiązków, które są związane z profilem i kierunkiem studiów oraz odpowiadają efektom uczenia się przypisanym do praktyk)</w:t>
      </w:r>
      <w:r w:rsidRPr="001E6943">
        <w:t>:</w:t>
      </w:r>
    </w:p>
    <w:p w14:paraId="7D190B35" w14:textId="39B6A4C0" w:rsidR="00A01893" w:rsidRPr="001E6943" w:rsidRDefault="00A01893" w:rsidP="000B3865">
      <w:pPr>
        <w:pStyle w:val="07listawypunktowana"/>
        <w:spacing w:line="276" w:lineRule="auto"/>
      </w:pPr>
      <w:r w:rsidRPr="001E6943">
        <w:t>w ramach zatrudnienia</w:t>
      </w:r>
    </w:p>
    <w:p w14:paraId="2831F23B" w14:textId="5716234A" w:rsidR="00A01893" w:rsidRPr="001E6943" w:rsidRDefault="00A01893" w:rsidP="000B3865">
      <w:pPr>
        <w:pStyle w:val="07listawypunktowana"/>
        <w:spacing w:line="276" w:lineRule="auto"/>
      </w:pPr>
      <w:r w:rsidRPr="001E6943">
        <w:t>w ramach stażu</w:t>
      </w:r>
    </w:p>
    <w:p w14:paraId="583CD8A6" w14:textId="4E4FE9B2" w:rsidR="00A01893" w:rsidRPr="001E6943" w:rsidRDefault="00A01893" w:rsidP="000B3865">
      <w:pPr>
        <w:pStyle w:val="07listawypunktowana"/>
        <w:spacing w:line="276" w:lineRule="auto"/>
      </w:pPr>
      <w:r w:rsidRPr="001E6943">
        <w:t>w ramach wolontariatu</w:t>
      </w:r>
    </w:p>
    <w:p w14:paraId="47460882" w14:textId="77777777" w:rsidR="000C7C3C" w:rsidRPr="001E6943" w:rsidRDefault="00806F7B" w:rsidP="000B3865">
      <w:pPr>
        <w:pStyle w:val="03nagwekgwnywdokumencie"/>
        <w:spacing w:before="960" w:after="0" w:line="276" w:lineRule="auto"/>
        <w:jc w:val="left"/>
        <w:rPr>
          <w:spacing w:val="30"/>
          <w:sz w:val="28"/>
          <w:szCs w:val="24"/>
        </w:rPr>
      </w:pPr>
      <w:r w:rsidRPr="001E6943">
        <w:rPr>
          <w:spacing w:val="30"/>
          <w:sz w:val="28"/>
          <w:szCs w:val="24"/>
        </w:rPr>
        <w:t>OCENA EFEKTÓW UCZENIA SIĘ PRAKTYKANTA</w:t>
      </w:r>
    </w:p>
    <w:p w14:paraId="35C1E62A" w14:textId="5996A29C" w:rsidR="000C7C3C" w:rsidRPr="001E6943" w:rsidRDefault="000C7C3C" w:rsidP="000B3865">
      <w:pPr>
        <w:pStyle w:val="03nagwekgwnywdokumencie"/>
        <w:spacing w:before="0" w:line="276" w:lineRule="auto"/>
        <w:jc w:val="left"/>
        <w:rPr>
          <w:sz w:val="28"/>
          <w:szCs w:val="24"/>
        </w:rPr>
      </w:pPr>
      <w:r w:rsidRPr="001E6943">
        <w:rPr>
          <w:sz w:val="28"/>
          <w:szCs w:val="24"/>
        </w:rPr>
        <w:t>(wypełnia pełnomocnik dziekana ds. praktyk):</w:t>
      </w:r>
    </w:p>
    <w:p w14:paraId="3EAE1AC4" w14:textId="2D5DC841" w:rsidR="00B25369" w:rsidRPr="001E6943" w:rsidRDefault="000C7C3C" w:rsidP="000B3865">
      <w:pPr>
        <w:pStyle w:val="06TEKSTWACIWY"/>
        <w:tabs>
          <w:tab w:val="left" w:pos="3686"/>
        </w:tabs>
        <w:spacing w:line="276" w:lineRule="auto"/>
      </w:pPr>
      <w:r w:rsidRPr="001E6943">
        <w:rPr>
          <w:b/>
          <w:bCs/>
        </w:rPr>
        <w:t>5</w:t>
      </w:r>
      <w:r w:rsidRPr="001E6943">
        <w:t xml:space="preserve"> – wysoki poziom przygotowania</w:t>
      </w:r>
      <w:r w:rsidRPr="001E6943">
        <w:tab/>
      </w:r>
      <w:r w:rsidRPr="001E6943">
        <w:rPr>
          <w:b/>
          <w:bCs/>
        </w:rPr>
        <w:t>4</w:t>
      </w:r>
      <w:r w:rsidRPr="001E6943">
        <w:t xml:space="preserve"> – odpowiada oczekiwaniom</w:t>
      </w:r>
    </w:p>
    <w:p w14:paraId="3FD39729" w14:textId="335AC73A" w:rsidR="005F5F90" w:rsidRPr="001E6943" w:rsidRDefault="000C7C3C" w:rsidP="005F5F90">
      <w:pPr>
        <w:pStyle w:val="06TEKSTWACIWY"/>
        <w:tabs>
          <w:tab w:val="left" w:pos="1843"/>
        </w:tabs>
        <w:spacing w:line="276" w:lineRule="auto"/>
      </w:pPr>
      <w:r w:rsidRPr="001E6943">
        <w:rPr>
          <w:b/>
          <w:bCs/>
        </w:rPr>
        <w:t>3</w:t>
      </w:r>
      <w:r w:rsidRPr="001E6943">
        <w:t xml:space="preserve"> – dostateczny</w:t>
      </w:r>
      <w:r w:rsidRPr="001E6943">
        <w:tab/>
      </w:r>
      <w:r w:rsidRPr="001E6943">
        <w:rPr>
          <w:b/>
          <w:bCs/>
        </w:rPr>
        <w:t>2</w:t>
      </w:r>
      <w:r w:rsidRPr="001E6943">
        <w:t xml:space="preserve"> – poważne zastrzeżenia</w:t>
      </w:r>
      <w:r w:rsidR="005F5F90" w:rsidRPr="001E6943"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386"/>
        <w:gridCol w:w="688"/>
        <w:gridCol w:w="687"/>
        <w:gridCol w:w="687"/>
        <w:gridCol w:w="687"/>
      </w:tblGrid>
      <w:tr w:rsidR="00847652" w:rsidRPr="004A5046" w14:paraId="65D7BD63" w14:textId="77777777" w:rsidTr="00847652">
        <w:trPr>
          <w:trHeight w:val="1261"/>
          <w:jc w:val="center"/>
        </w:trPr>
        <w:tc>
          <w:tcPr>
            <w:tcW w:w="6374" w:type="dxa"/>
            <w:gridSpan w:val="2"/>
            <w:vMerge w:val="restart"/>
            <w:vAlign w:val="center"/>
          </w:tcPr>
          <w:p w14:paraId="7BFEB914" w14:textId="5EAAFE2D" w:rsidR="00847652" w:rsidRPr="001E6943" w:rsidRDefault="00847652" w:rsidP="000E672E">
            <w:pPr>
              <w:pStyle w:val="06TEKSTWACIWY"/>
              <w:jc w:val="center"/>
              <w:rPr>
                <w:b/>
                <w:bCs/>
              </w:rPr>
            </w:pPr>
            <w:r w:rsidRPr="001E6943">
              <w:rPr>
                <w:b/>
                <w:bCs/>
              </w:rPr>
              <w:lastRenderedPageBreak/>
              <w:t>Efekty uczenia się podlegające ocenie</w:t>
            </w:r>
            <w:r w:rsidRPr="001E6943">
              <w:rPr>
                <w:b/>
                <w:bCs/>
              </w:rPr>
              <w:br/>
              <w:t>(zgodne z programem praktyk)</w:t>
            </w:r>
          </w:p>
        </w:tc>
        <w:tc>
          <w:tcPr>
            <w:tcW w:w="0" w:type="auto"/>
            <w:gridSpan w:val="4"/>
            <w:vAlign w:val="center"/>
          </w:tcPr>
          <w:p w14:paraId="4D76E90F" w14:textId="205BB6E4" w:rsidR="00847652" w:rsidRPr="001E6943" w:rsidRDefault="00847652" w:rsidP="000E672E">
            <w:pPr>
              <w:pStyle w:val="06TEKSTWACIWY"/>
              <w:jc w:val="center"/>
            </w:pPr>
            <w:r w:rsidRPr="001E6943">
              <w:t>Ocena stopnia osiągnięcia</w:t>
            </w:r>
            <w:r w:rsidRPr="001E6943">
              <w:br/>
              <w:t>przez studenta założonych</w:t>
            </w:r>
            <w:r w:rsidRPr="001E6943">
              <w:br/>
              <w:t>efektów uczenia się</w:t>
            </w:r>
          </w:p>
        </w:tc>
      </w:tr>
      <w:tr w:rsidR="00847652" w:rsidRPr="001E6943" w14:paraId="61794A87" w14:textId="77777777" w:rsidTr="00847652">
        <w:trPr>
          <w:trHeight w:val="280"/>
          <w:jc w:val="center"/>
        </w:trPr>
        <w:tc>
          <w:tcPr>
            <w:tcW w:w="6374" w:type="dxa"/>
            <w:gridSpan w:val="2"/>
            <w:vMerge/>
            <w:vAlign w:val="center"/>
          </w:tcPr>
          <w:p w14:paraId="279A2E24" w14:textId="77777777" w:rsidR="00847652" w:rsidRPr="001E6943" w:rsidRDefault="00847652" w:rsidP="000E672E">
            <w:pPr>
              <w:pStyle w:val="06TEKSTWACIWY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E0B42F8" w14:textId="2AA5916E" w:rsidR="00847652" w:rsidRPr="001E6943" w:rsidRDefault="00847652" w:rsidP="000E672E">
            <w:pPr>
              <w:pStyle w:val="06TEKSTWACIWY"/>
              <w:jc w:val="center"/>
            </w:pPr>
            <w:r w:rsidRPr="001E6943">
              <w:t>2</w:t>
            </w:r>
          </w:p>
        </w:tc>
        <w:tc>
          <w:tcPr>
            <w:tcW w:w="0" w:type="auto"/>
            <w:vAlign w:val="center"/>
          </w:tcPr>
          <w:p w14:paraId="3114F518" w14:textId="2CC8F158" w:rsidR="00847652" w:rsidRPr="001E6943" w:rsidRDefault="00847652" w:rsidP="000E672E">
            <w:pPr>
              <w:pStyle w:val="06TEKSTWACIWY"/>
              <w:jc w:val="center"/>
            </w:pPr>
            <w:r w:rsidRPr="001E6943">
              <w:t>3</w:t>
            </w:r>
          </w:p>
        </w:tc>
        <w:tc>
          <w:tcPr>
            <w:tcW w:w="0" w:type="auto"/>
            <w:vAlign w:val="center"/>
          </w:tcPr>
          <w:p w14:paraId="0C0B5AC3" w14:textId="33DF8247" w:rsidR="00847652" w:rsidRPr="001E6943" w:rsidRDefault="00847652" w:rsidP="000E672E">
            <w:pPr>
              <w:pStyle w:val="06TEKSTWACIWY"/>
              <w:jc w:val="center"/>
            </w:pPr>
            <w:r w:rsidRPr="001E6943">
              <w:t>4</w:t>
            </w:r>
          </w:p>
        </w:tc>
        <w:tc>
          <w:tcPr>
            <w:tcW w:w="0" w:type="auto"/>
            <w:vAlign w:val="center"/>
          </w:tcPr>
          <w:p w14:paraId="60E8E3D5" w14:textId="2095B84F" w:rsidR="00847652" w:rsidRPr="001E6943" w:rsidRDefault="00847652" w:rsidP="000E672E">
            <w:pPr>
              <w:pStyle w:val="06TEKSTWACIWY"/>
              <w:jc w:val="center"/>
            </w:pPr>
            <w:r w:rsidRPr="001E6943">
              <w:t>5</w:t>
            </w:r>
          </w:p>
        </w:tc>
      </w:tr>
      <w:tr w:rsidR="00847652" w:rsidRPr="001E6943" w14:paraId="429F8466" w14:textId="77777777" w:rsidTr="00847652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2089701C" w14:textId="101C6DD1" w:rsidR="00847652" w:rsidRPr="001E6943" w:rsidRDefault="00847652" w:rsidP="00847652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WIEDZA</w:t>
            </w:r>
          </w:p>
        </w:tc>
        <w:tc>
          <w:tcPr>
            <w:tcW w:w="5386" w:type="dxa"/>
          </w:tcPr>
          <w:p w14:paraId="539EA049" w14:textId="5A0D3CC3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0778009E" w14:textId="2858FA48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1BC56B0" w14:textId="00C53398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15654A2" w14:textId="004C0E1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7F9BB9E" w14:textId="2ACC725C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54945DE0" w14:textId="77777777" w:rsidTr="00847652">
        <w:trPr>
          <w:jc w:val="center"/>
        </w:trPr>
        <w:tc>
          <w:tcPr>
            <w:tcW w:w="988" w:type="dxa"/>
            <w:vMerge/>
          </w:tcPr>
          <w:p w14:paraId="7CA71B63" w14:textId="77777777" w:rsidR="00847652" w:rsidRPr="001E6943" w:rsidRDefault="00847652" w:rsidP="000E672E">
            <w:pPr>
              <w:pStyle w:val="06TEKSTWACIWY"/>
              <w:rPr>
                <w:sz w:val="21"/>
                <w:szCs w:val="21"/>
              </w:rPr>
            </w:pPr>
          </w:p>
        </w:tc>
        <w:tc>
          <w:tcPr>
            <w:tcW w:w="5386" w:type="dxa"/>
          </w:tcPr>
          <w:p w14:paraId="31D2991B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7748691D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FF5623D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3C69CCB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57A0166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1F49AB1B" w14:textId="77777777" w:rsidTr="00847652">
        <w:trPr>
          <w:jc w:val="center"/>
        </w:trPr>
        <w:tc>
          <w:tcPr>
            <w:tcW w:w="988" w:type="dxa"/>
            <w:vMerge/>
          </w:tcPr>
          <w:p w14:paraId="5AE24093" w14:textId="77777777" w:rsidR="00847652" w:rsidRPr="001E6943" w:rsidRDefault="00847652" w:rsidP="000E672E">
            <w:pPr>
              <w:pStyle w:val="06TEKSTWACIWY"/>
              <w:rPr>
                <w:sz w:val="21"/>
                <w:szCs w:val="21"/>
              </w:rPr>
            </w:pPr>
          </w:p>
        </w:tc>
        <w:tc>
          <w:tcPr>
            <w:tcW w:w="5386" w:type="dxa"/>
          </w:tcPr>
          <w:p w14:paraId="34D43E51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4D676704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12E7EA22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660DE07C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3D69CF7C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0443E7C6" w14:textId="77777777" w:rsidTr="00847652">
        <w:trPr>
          <w:jc w:val="center"/>
        </w:trPr>
        <w:tc>
          <w:tcPr>
            <w:tcW w:w="988" w:type="dxa"/>
            <w:vMerge/>
          </w:tcPr>
          <w:p w14:paraId="6835E33A" w14:textId="77777777" w:rsidR="00847652" w:rsidRPr="001E6943" w:rsidRDefault="00847652" w:rsidP="000E672E">
            <w:pPr>
              <w:pStyle w:val="06TEKSTWACIWY"/>
              <w:rPr>
                <w:sz w:val="21"/>
                <w:szCs w:val="21"/>
              </w:rPr>
            </w:pPr>
          </w:p>
        </w:tc>
        <w:tc>
          <w:tcPr>
            <w:tcW w:w="5386" w:type="dxa"/>
          </w:tcPr>
          <w:p w14:paraId="765B1FA7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20DA45FA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0BB487B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BD88D8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1DBA044E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4F24F217" w14:textId="77777777" w:rsidTr="00847652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3C1F5CB0" w14:textId="07DC1B17" w:rsidR="00847652" w:rsidRPr="001E6943" w:rsidRDefault="00847652" w:rsidP="00847652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UMIEJĘTNOŚCI</w:t>
            </w:r>
          </w:p>
        </w:tc>
        <w:tc>
          <w:tcPr>
            <w:tcW w:w="5386" w:type="dxa"/>
          </w:tcPr>
          <w:p w14:paraId="1A33A9E6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4B09ADDA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4D5F611B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F1D2BA3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D1FFC74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25A968F0" w14:textId="77777777" w:rsidTr="00847652">
        <w:trPr>
          <w:jc w:val="center"/>
        </w:trPr>
        <w:tc>
          <w:tcPr>
            <w:tcW w:w="988" w:type="dxa"/>
            <w:vMerge/>
            <w:vAlign w:val="center"/>
          </w:tcPr>
          <w:p w14:paraId="57683140" w14:textId="77777777" w:rsidR="00847652" w:rsidRPr="001E6943" w:rsidRDefault="00847652" w:rsidP="00847652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</w:tcPr>
          <w:p w14:paraId="5336365F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61D0B759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1F16AD32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43FF252A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E419978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63E1CEB2" w14:textId="77777777" w:rsidTr="00847652">
        <w:trPr>
          <w:jc w:val="center"/>
        </w:trPr>
        <w:tc>
          <w:tcPr>
            <w:tcW w:w="988" w:type="dxa"/>
            <w:vMerge/>
            <w:vAlign w:val="center"/>
          </w:tcPr>
          <w:p w14:paraId="6F2B7894" w14:textId="77777777" w:rsidR="00847652" w:rsidRPr="001E6943" w:rsidRDefault="00847652" w:rsidP="00847652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</w:tcPr>
          <w:p w14:paraId="71BDCB36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1929C3CA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248E8E2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21B116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13775418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787C2D0B" w14:textId="77777777" w:rsidTr="00847652">
        <w:trPr>
          <w:jc w:val="center"/>
        </w:trPr>
        <w:tc>
          <w:tcPr>
            <w:tcW w:w="988" w:type="dxa"/>
            <w:vMerge/>
            <w:vAlign w:val="center"/>
          </w:tcPr>
          <w:p w14:paraId="68C3626C" w14:textId="77777777" w:rsidR="00847652" w:rsidRPr="001E6943" w:rsidRDefault="00847652" w:rsidP="00847652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</w:tcPr>
          <w:p w14:paraId="2AA3A852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637D188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1229223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364D312A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4A63FA0A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0A02D163" w14:textId="77777777" w:rsidTr="00847652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4ED8EFEA" w14:textId="0CF4524F" w:rsidR="00847652" w:rsidRPr="001E6943" w:rsidRDefault="00847652" w:rsidP="00847652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KOMPETENCJE</w:t>
            </w:r>
            <w:r w:rsidRPr="001E6943">
              <w:rPr>
                <w:b/>
                <w:bCs/>
                <w:sz w:val="21"/>
                <w:szCs w:val="21"/>
              </w:rPr>
              <w:br/>
              <w:t>SPOŁECZNE</w:t>
            </w:r>
          </w:p>
        </w:tc>
        <w:tc>
          <w:tcPr>
            <w:tcW w:w="5386" w:type="dxa"/>
          </w:tcPr>
          <w:p w14:paraId="7378B3A7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78911117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049901F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12ADD56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47A119E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7765DCB2" w14:textId="77777777" w:rsidTr="00847652">
        <w:trPr>
          <w:jc w:val="center"/>
        </w:trPr>
        <w:tc>
          <w:tcPr>
            <w:tcW w:w="988" w:type="dxa"/>
            <w:vMerge/>
          </w:tcPr>
          <w:p w14:paraId="29278787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6C87013C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124747AC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395421D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01627F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0D07982E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18292269" w14:textId="77777777" w:rsidTr="00847652">
        <w:trPr>
          <w:jc w:val="center"/>
        </w:trPr>
        <w:tc>
          <w:tcPr>
            <w:tcW w:w="988" w:type="dxa"/>
            <w:vMerge/>
          </w:tcPr>
          <w:p w14:paraId="19D09D84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73378660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342AFE4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0697E6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1A22E706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48058E19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55920C9B" w14:textId="77777777" w:rsidTr="00847652">
        <w:trPr>
          <w:jc w:val="center"/>
        </w:trPr>
        <w:tc>
          <w:tcPr>
            <w:tcW w:w="988" w:type="dxa"/>
            <w:vMerge/>
          </w:tcPr>
          <w:p w14:paraId="7D19DB00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63F38C6E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115F345A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0C6812C0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0FA4101E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40B0380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43C9B9C4" w14:textId="77777777" w:rsidTr="00847652">
        <w:trPr>
          <w:jc w:val="center"/>
        </w:trPr>
        <w:tc>
          <w:tcPr>
            <w:tcW w:w="988" w:type="dxa"/>
            <w:vMerge/>
          </w:tcPr>
          <w:p w14:paraId="5EFA7E9B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4AD7FA84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5AB27D9B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0C89937B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14EB85F1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A7E2121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20749D75" w14:textId="77777777" w:rsidTr="00847652">
        <w:trPr>
          <w:jc w:val="center"/>
        </w:trPr>
        <w:tc>
          <w:tcPr>
            <w:tcW w:w="988" w:type="dxa"/>
            <w:vMerge/>
          </w:tcPr>
          <w:p w14:paraId="2CE878AF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6D6A9B4D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2DD4CEFC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581576AE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4A76E8F2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4ED36FCB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5E91E3B6" w14:textId="77777777" w:rsidTr="00847652">
        <w:trPr>
          <w:jc w:val="center"/>
        </w:trPr>
        <w:tc>
          <w:tcPr>
            <w:tcW w:w="988" w:type="dxa"/>
            <w:vMerge/>
          </w:tcPr>
          <w:p w14:paraId="34C95BC2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2BD1FB8B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31ABC3B6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57FEA25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37465CCB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216298F0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  <w:tr w:rsidR="00847652" w:rsidRPr="001E6943" w14:paraId="4AB5B046" w14:textId="77777777" w:rsidTr="00847652">
        <w:trPr>
          <w:jc w:val="center"/>
        </w:trPr>
        <w:tc>
          <w:tcPr>
            <w:tcW w:w="988" w:type="dxa"/>
            <w:vMerge/>
          </w:tcPr>
          <w:p w14:paraId="1DD9A39F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5386" w:type="dxa"/>
          </w:tcPr>
          <w:p w14:paraId="4166D0D2" w14:textId="77777777" w:rsidR="00847652" w:rsidRPr="001E6943" w:rsidRDefault="00847652" w:rsidP="000E672E">
            <w:pPr>
              <w:pStyle w:val="06TEKSTWACIWY"/>
            </w:pPr>
          </w:p>
        </w:tc>
        <w:tc>
          <w:tcPr>
            <w:tcW w:w="0" w:type="auto"/>
            <w:vAlign w:val="center"/>
          </w:tcPr>
          <w:p w14:paraId="2065DBC3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7EAC88A6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3C034D14" w14:textId="77777777" w:rsidR="00847652" w:rsidRPr="001E6943" w:rsidRDefault="00847652" w:rsidP="000E672E">
            <w:pPr>
              <w:pStyle w:val="06TEKSTWACIWY"/>
              <w:jc w:val="center"/>
            </w:pPr>
          </w:p>
        </w:tc>
        <w:tc>
          <w:tcPr>
            <w:tcW w:w="0" w:type="auto"/>
            <w:vAlign w:val="center"/>
          </w:tcPr>
          <w:p w14:paraId="65B0CD02" w14:textId="77777777" w:rsidR="00847652" w:rsidRPr="001E6943" w:rsidRDefault="00847652" w:rsidP="000E672E">
            <w:pPr>
              <w:pStyle w:val="06TEKSTWACIWY"/>
              <w:jc w:val="center"/>
            </w:pPr>
          </w:p>
        </w:tc>
      </w:tr>
    </w:tbl>
    <w:p w14:paraId="684CF0C9" w14:textId="5AD48155" w:rsidR="00775FB8" w:rsidRPr="001E6943" w:rsidRDefault="00B6769D" w:rsidP="005F5F90">
      <w:pPr>
        <w:pStyle w:val="03nagwekgwnywdokumencie"/>
        <w:spacing w:before="480" w:line="276" w:lineRule="auto"/>
        <w:rPr>
          <w:spacing w:val="30"/>
          <w:sz w:val="28"/>
          <w:szCs w:val="24"/>
        </w:rPr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80C947F" wp14:editId="3979EE09">
                <wp:simplePos x="0" y="0"/>
                <wp:positionH relativeFrom="margin">
                  <wp:posOffset>0</wp:posOffset>
                </wp:positionH>
                <wp:positionV relativeFrom="paragraph">
                  <wp:posOffset>661670</wp:posOffset>
                </wp:positionV>
                <wp:extent cx="5979885" cy="184163"/>
                <wp:effectExtent l="0" t="0" r="1905" b="6350"/>
                <wp:wrapNone/>
                <wp:docPr id="5167980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15">
                        <w:txbxContent>
                          <w:p w14:paraId="2E4144E5" w14:textId="77777777" w:rsidR="00B6769D" w:rsidRPr="00D40140" w:rsidRDefault="00B6769D" w:rsidP="00B6769D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C947F" id="_x0000_s1129" type="#_x0000_t202" style="position:absolute;left:0;text-align:left;margin-left:0;margin-top:52.1pt;width:470.85pt;height:14.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" filled="f" stroked="f" strokeweight=".5pt">
                <v:textbox style="mso-next-textbox:#_x0000_s1130" inset=".1mm,.1mm,.1mm,.1mm">
                  <w:txbxContent>
                    <w:p w14:paraId="2E4144E5" w14:textId="77777777" w:rsidR="00B6769D" w:rsidRPr="00D40140" w:rsidRDefault="00B6769D" w:rsidP="00B6769D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5FB8" w:rsidRPr="001E6943">
        <w:rPr>
          <w:spacing w:val="30"/>
          <w:sz w:val="28"/>
          <w:szCs w:val="24"/>
        </w:rPr>
        <w:t>UWAGI PEŁNOMOCNIKA DZIEKANA ds. PRAKTYK:</w:t>
      </w:r>
    </w:p>
    <w:p w14:paraId="62C2A20C" w14:textId="1AAC0A02" w:rsidR="00B25369" w:rsidRPr="001E6943" w:rsidRDefault="00B6769D" w:rsidP="00775FB8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BB88DB8" wp14:editId="15AD987A">
                <wp:simplePos x="0" y="0"/>
                <wp:positionH relativeFrom="margin">
                  <wp:posOffset>3175</wp:posOffset>
                </wp:positionH>
                <wp:positionV relativeFrom="paragraph">
                  <wp:posOffset>175895</wp:posOffset>
                </wp:positionV>
                <wp:extent cx="5979885" cy="184163"/>
                <wp:effectExtent l="0" t="0" r="1905" b="6350"/>
                <wp:wrapNone/>
                <wp:docPr id="3881431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5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88DB8" id="_x0000_s1130" type="#_x0000_t202" style="position:absolute;left:0;text-align:left;margin-left:.25pt;margin-top:13.85pt;width:470.85pt;height:14.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" filled="f" stroked="f" strokeweight=".5pt">
                <v:textbox style="mso-next-textbox:#_x0000_s1131" inset=".1mm,.1mm,.1mm,.1mm">
                  <w:txbxContent/>
                </v:textbox>
                <w10:wrap anchorx="margin"/>
              </v:shape>
            </w:pict>
          </mc:Fallback>
        </mc:AlternateContent>
      </w:r>
      <w:r w:rsidR="00775FB8" w:rsidRPr="001E6943">
        <w:tab/>
      </w:r>
    </w:p>
    <w:p w14:paraId="38FF98F9" w14:textId="30165DA8" w:rsidR="00B25369" w:rsidRPr="001E6943" w:rsidRDefault="00B6769D" w:rsidP="00775FB8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253CFEA" wp14:editId="3FBF458E">
                <wp:simplePos x="0" y="0"/>
                <wp:positionH relativeFrom="margin">
                  <wp:posOffset>3175</wp:posOffset>
                </wp:positionH>
                <wp:positionV relativeFrom="paragraph">
                  <wp:posOffset>175260</wp:posOffset>
                </wp:positionV>
                <wp:extent cx="5979885" cy="184163"/>
                <wp:effectExtent l="0" t="0" r="1905" b="6350"/>
                <wp:wrapNone/>
                <wp:docPr id="209521269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5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3CFEA" id="_x0000_s1131" type="#_x0000_t202" style="position:absolute;left:0;text-align:left;margin-left:.25pt;margin-top:13.8pt;width:470.85pt;height:14.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" filled="f" stroked="f" strokeweight=".5pt">
                <v:textbox style="mso-next-textbox:#_x0000_s1132" inset=".1mm,.1mm,.1mm,.1mm">
                  <w:txbxContent/>
                </v:textbox>
                <w10:wrap anchorx="margin"/>
              </v:shape>
            </w:pict>
          </mc:Fallback>
        </mc:AlternateContent>
      </w:r>
      <w:r w:rsidR="00775FB8" w:rsidRPr="001E6943">
        <w:tab/>
      </w:r>
    </w:p>
    <w:p w14:paraId="48CA626C" w14:textId="39A924C1" w:rsidR="00B25369" w:rsidRPr="001E6943" w:rsidRDefault="00B6769D" w:rsidP="00775FB8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0DF6A54" wp14:editId="27DC2C22">
                <wp:simplePos x="0" y="0"/>
                <wp:positionH relativeFrom="margin">
                  <wp:posOffset>3175</wp:posOffset>
                </wp:positionH>
                <wp:positionV relativeFrom="paragraph">
                  <wp:posOffset>179705</wp:posOffset>
                </wp:positionV>
                <wp:extent cx="5979885" cy="184163"/>
                <wp:effectExtent l="0" t="0" r="1905" b="6350"/>
                <wp:wrapNone/>
                <wp:docPr id="14545984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5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F6A54" id="_x0000_s1132" type="#_x0000_t202" style="position:absolute;left:0;text-align:left;margin-left:.25pt;margin-top:14.15pt;width:470.85pt;height:14.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" filled="f" stroked="f" strokeweight=".5pt">
                <v:textbox style="mso-next-textbox:#_x0000_s1133" inset=".1mm,.1mm,.1mm,.1mm">
                  <w:txbxContent/>
                </v:textbox>
                <w10:wrap anchorx="margin"/>
              </v:shape>
            </w:pict>
          </mc:Fallback>
        </mc:AlternateContent>
      </w:r>
      <w:r w:rsidR="00775FB8" w:rsidRPr="001E6943">
        <w:tab/>
      </w:r>
    </w:p>
    <w:p w14:paraId="728C2913" w14:textId="5C171A69" w:rsidR="00B25369" w:rsidRPr="001E6943" w:rsidRDefault="00B6769D" w:rsidP="00775FB8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C77E5A3" wp14:editId="4495DC22">
                <wp:simplePos x="0" y="0"/>
                <wp:positionH relativeFrom="margin">
                  <wp:posOffset>3175</wp:posOffset>
                </wp:positionH>
                <wp:positionV relativeFrom="paragraph">
                  <wp:posOffset>184150</wp:posOffset>
                </wp:positionV>
                <wp:extent cx="5979885" cy="184163"/>
                <wp:effectExtent l="0" t="0" r="1905" b="6350"/>
                <wp:wrapNone/>
                <wp:docPr id="20654145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5" seq="4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7E5A3" id="_x0000_s1133" type="#_x0000_t202" style="position:absolute;left:0;text-align:left;margin-left:.25pt;margin-top:14.5pt;width:470.85pt;height:14.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" filled="f" stroked="f" strokeweight=".5pt">
                <v:textbox style="mso-next-textbox:#_x0000_s1134" inset=".1mm,.1mm,.1mm,.1mm">
                  <w:txbxContent/>
                </v:textbox>
                <w10:wrap anchorx="margin"/>
              </v:shape>
            </w:pict>
          </mc:Fallback>
        </mc:AlternateContent>
      </w:r>
      <w:r w:rsidR="00775FB8" w:rsidRPr="001E6943">
        <w:tab/>
      </w:r>
    </w:p>
    <w:p w14:paraId="46DC1749" w14:textId="7D5D1E75" w:rsidR="00B25369" w:rsidRPr="001E6943" w:rsidRDefault="00B6769D" w:rsidP="00775FB8">
      <w:pPr>
        <w:pStyle w:val="06TEKSTWACIWY"/>
        <w:tabs>
          <w:tab w:val="right" w:leader="dot" w:pos="9406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610924D" wp14:editId="442ADEA4">
                <wp:simplePos x="0" y="0"/>
                <wp:positionH relativeFrom="margin">
                  <wp:posOffset>3175</wp:posOffset>
                </wp:positionH>
                <wp:positionV relativeFrom="paragraph">
                  <wp:posOffset>167640</wp:posOffset>
                </wp:positionV>
                <wp:extent cx="5979885" cy="184163"/>
                <wp:effectExtent l="0" t="0" r="1905" b="6350"/>
                <wp:wrapNone/>
                <wp:docPr id="131295005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885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5" seq="5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0924D" id="_x0000_s1134" type="#_x0000_t202" style="position:absolute;left:0;text-align:left;margin-left:.25pt;margin-top:13.2pt;width:470.85pt;height:14.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775FB8" w:rsidRPr="001E6943">
        <w:tab/>
      </w:r>
    </w:p>
    <w:p w14:paraId="445022E9" w14:textId="05A9F791" w:rsidR="00B25369" w:rsidRPr="001E6943" w:rsidRDefault="00775FB8" w:rsidP="00775FB8">
      <w:pPr>
        <w:pStyle w:val="06TEKSTWACIWY"/>
        <w:tabs>
          <w:tab w:val="right" w:leader="dot" w:pos="9406"/>
        </w:tabs>
        <w:spacing w:line="276" w:lineRule="auto"/>
      </w:pPr>
      <w:r w:rsidRPr="001E6943">
        <w:tab/>
      </w:r>
    </w:p>
    <w:p w14:paraId="29552921" w14:textId="27D08B27" w:rsidR="00223B28" w:rsidRPr="001E6943" w:rsidRDefault="00A834BE" w:rsidP="005F5F90">
      <w:pPr>
        <w:pStyle w:val="03nagwekgwnywdokumencie"/>
        <w:spacing w:before="480" w:line="276" w:lineRule="auto"/>
        <w:rPr>
          <w:spacing w:val="30"/>
          <w:sz w:val="28"/>
          <w:szCs w:val="24"/>
        </w:rPr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70D391F" wp14:editId="6497C659">
                <wp:simplePos x="0" y="0"/>
                <wp:positionH relativeFrom="margin">
                  <wp:posOffset>5060738</wp:posOffset>
                </wp:positionH>
                <wp:positionV relativeFrom="paragraph">
                  <wp:posOffset>891480</wp:posOffset>
                </wp:positionV>
                <wp:extent cx="774096" cy="184163"/>
                <wp:effectExtent l="0" t="0" r="635" b="6350"/>
                <wp:wrapNone/>
                <wp:docPr id="116681996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96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65DCE" w14:textId="77777777" w:rsidR="00A834BE" w:rsidRPr="00D40140" w:rsidRDefault="00A834BE" w:rsidP="00A834B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D391F" id="_x0000_s1135" type="#_x0000_t202" style="position:absolute;left:0;text-align:left;margin-left:398.5pt;margin-top:70.2pt;width:60.95pt;height:14.5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" filled="f" stroked="f" strokeweight=".5pt">
                <v:textbox inset=".1mm,.1mm,.1mm,.1mm">
                  <w:txbxContent>
                    <w:p w14:paraId="59965DCE" w14:textId="77777777" w:rsidR="00A834BE" w:rsidRPr="00D40140" w:rsidRDefault="00A834BE" w:rsidP="00A834B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DEDB482" wp14:editId="007E562B">
                <wp:simplePos x="0" y="0"/>
                <wp:positionH relativeFrom="margin">
                  <wp:posOffset>3256129</wp:posOffset>
                </wp:positionH>
                <wp:positionV relativeFrom="paragraph">
                  <wp:posOffset>891480</wp:posOffset>
                </wp:positionV>
                <wp:extent cx="692180" cy="184163"/>
                <wp:effectExtent l="0" t="0" r="6350" b="6350"/>
                <wp:wrapNone/>
                <wp:docPr id="147125553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180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5D1C86" w14:textId="77777777" w:rsidR="00A834BE" w:rsidRPr="00D40140" w:rsidRDefault="00A834BE" w:rsidP="00A834B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DB482" id="_x0000_s1136" type="#_x0000_t202" style="position:absolute;left:0;text-align:left;margin-left:256.4pt;margin-top:70.2pt;width:54.5pt;height:14.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" filled="f" stroked="f" strokeweight=".5pt">
                <v:textbox inset=".1mm,.1mm,.1mm,.1mm">
                  <w:txbxContent>
                    <w:p w14:paraId="7D5D1C86" w14:textId="77777777" w:rsidR="00A834BE" w:rsidRPr="00D40140" w:rsidRDefault="00A834BE" w:rsidP="00A834B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23F22B4" wp14:editId="3308559E">
                <wp:simplePos x="0" y="0"/>
                <wp:positionH relativeFrom="margin">
                  <wp:posOffset>4838</wp:posOffset>
                </wp:positionH>
                <wp:positionV relativeFrom="paragraph">
                  <wp:posOffset>893234</wp:posOffset>
                </wp:positionV>
                <wp:extent cx="1036088" cy="184163"/>
                <wp:effectExtent l="0" t="0" r="5715" b="6350"/>
                <wp:wrapNone/>
                <wp:docPr id="198392248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088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93060" w14:textId="77777777" w:rsidR="00A834BE" w:rsidRPr="00D40140" w:rsidRDefault="00A834BE" w:rsidP="00A834B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F22B4" id="_x0000_s1137" type="#_x0000_t202" style="position:absolute;left:0;text-align:left;margin-left:.4pt;margin-top:70.35pt;width:81.6pt;height:14.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" filled="f" stroked="f" strokeweight=".5pt">
                <v:textbox inset=".1mm,.1mm,.1mm,.1mm">
                  <w:txbxContent>
                    <w:p w14:paraId="12793060" w14:textId="77777777" w:rsidR="00A834BE" w:rsidRPr="00D40140" w:rsidRDefault="00A834BE" w:rsidP="00A834B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91218" w:rsidRPr="001E6943">
        <w:rPr>
          <w:spacing w:val="30"/>
          <w:sz w:val="28"/>
          <w:szCs w:val="24"/>
        </w:rPr>
        <w:t>ZALICZENIE PRAKTYKI PRZEZ</w:t>
      </w:r>
      <w:r w:rsidR="00291218" w:rsidRPr="001E6943">
        <w:rPr>
          <w:spacing w:val="30"/>
          <w:sz w:val="28"/>
          <w:szCs w:val="24"/>
        </w:rPr>
        <w:br/>
        <w:t>PEŁNOMOCNIKA DZIEKANA ds. PRAKTYK:</w:t>
      </w:r>
    </w:p>
    <w:p w14:paraId="3EAA14CB" w14:textId="0BE0192C" w:rsidR="00B25369" w:rsidRPr="001E6943" w:rsidRDefault="00A834BE" w:rsidP="00F83721">
      <w:pPr>
        <w:pStyle w:val="06TEKSTWACIWY"/>
        <w:tabs>
          <w:tab w:val="left" w:leader="dot" w:pos="1701"/>
          <w:tab w:val="left" w:leader="dot" w:pos="6237"/>
          <w:tab w:val="left" w:leader="dot" w:pos="9214"/>
        </w:tabs>
        <w:spacing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FC90E85" wp14:editId="0FA70192">
                <wp:simplePos x="0" y="0"/>
                <wp:positionH relativeFrom="margin">
                  <wp:posOffset>5060738</wp:posOffset>
                </wp:positionH>
                <wp:positionV relativeFrom="paragraph">
                  <wp:posOffset>181459</wp:posOffset>
                </wp:positionV>
                <wp:extent cx="798286" cy="184163"/>
                <wp:effectExtent l="0" t="0" r="1905" b="6350"/>
                <wp:wrapNone/>
                <wp:docPr id="179962727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286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CF4A8" w14:textId="77777777" w:rsidR="00A834BE" w:rsidRPr="00D40140" w:rsidRDefault="00A834BE" w:rsidP="00A834B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90E85" id="_x0000_s1138" type="#_x0000_t202" style="position:absolute;left:0;text-align:left;margin-left:398.5pt;margin-top:14.3pt;width:62.85pt;height:14.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" filled="f" stroked="f" strokeweight=".5pt">
                <v:textbox inset=".1mm,.1mm,.1mm,.1mm">
                  <w:txbxContent>
                    <w:p w14:paraId="486CF4A8" w14:textId="77777777" w:rsidR="00A834BE" w:rsidRPr="00D40140" w:rsidRDefault="00A834BE" w:rsidP="00A834B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548013F" wp14:editId="1454A0CC">
                <wp:simplePos x="0" y="0"/>
                <wp:positionH relativeFrom="margin">
                  <wp:posOffset>3377081</wp:posOffset>
                </wp:positionH>
                <wp:positionV relativeFrom="paragraph">
                  <wp:posOffset>181459</wp:posOffset>
                </wp:positionV>
                <wp:extent cx="571198" cy="184163"/>
                <wp:effectExtent l="0" t="0" r="635" b="6350"/>
                <wp:wrapNone/>
                <wp:docPr id="172255433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98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19F1AB" w14:textId="77777777" w:rsidR="00A834BE" w:rsidRPr="00D40140" w:rsidRDefault="00A834BE" w:rsidP="00A834B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8013F" id="_x0000_s1139" type="#_x0000_t202" style="position:absolute;left:0;text-align:left;margin-left:265.9pt;margin-top:14.3pt;width:45pt;height:14.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" filled="f" stroked="f" strokeweight=".5pt">
                <v:textbox inset=".1mm,.1mm,.1mm,.1mm">
                  <w:txbxContent>
                    <w:p w14:paraId="4019F1AB" w14:textId="77777777" w:rsidR="00A834BE" w:rsidRPr="00D40140" w:rsidRDefault="00A834BE" w:rsidP="00A834B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F128C59" wp14:editId="49A02C42">
                <wp:simplePos x="0" y="0"/>
                <wp:positionH relativeFrom="margin">
                  <wp:posOffset>6864</wp:posOffset>
                </wp:positionH>
                <wp:positionV relativeFrom="paragraph">
                  <wp:posOffset>183303</wp:posOffset>
                </wp:positionV>
                <wp:extent cx="1036088" cy="184163"/>
                <wp:effectExtent l="0" t="0" r="5715" b="6350"/>
                <wp:wrapNone/>
                <wp:docPr id="12190777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088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81081" w14:textId="77777777" w:rsidR="00A834BE" w:rsidRPr="00D40140" w:rsidRDefault="00A834BE" w:rsidP="00A834BE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28C59" id="_x0000_s1140" type="#_x0000_t202" style="position:absolute;left:0;text-align:left;margin-left:.55pt;margin-top:14.45pt;width:81.6pt;height:14.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" filled="f" stroked="f" strokeweight=".5pt">
                <v:textbox inset=".1mm,.1mm,.1mm,.1mm">
                  <w:txbxContent>
                    <w:p w14:paraId="35A81081" w14:textId="77777777" w:rsidR="00A834BE" w:rsidRPr="00D40140" w:rsidRDefault="00A834BE" w:rsidP="00A834BE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83721" w:rsidRPr="001E6943">
        <w:tab/>
        <w:t xml:space="preserve"> praktykę kierunkową w wymiarze </w:t>
      </w:r>
      <w:r w:rsidR="00F83721" w:rsidRPr="001E6943">
        <w:tab/>
        <w:t xml:space="preserve"> godzin na ocenę </w:t>
      </w:r>
      <w:proofErr w:type="gramStart"/>
      <w:r w:rsidR="00F83721" w:rsidRPr="001E6943">
        <w:tab/>
        <w:t xml:space="preserve"> .</w:t>
      </w:r>
      <w:proofErr w:type="gramEnd"/>
    </w:p>
    <w:p w14:paraId="6C78046F" w14:textId="248CEE3A" w:rsidR="00F83721" w:rsidRPr="001E6943" w:rsidRDefault="00F83721" w:rsidP="00F83721">
      <w:pPr>
        <w:pStyle w:val="06TEKSTWACIWY"/>
        <w:tabs>
          <w:tab w:val="left" w:leader="dot" w:pos="1701"/>
          <w:tab w:val="left" w:leader="dot" w:pos="6237"/>
          <w:tab w:val="left" w:leader="dot" w:pos="9214"/>
        </w:tabs>
        <w:spacing w:line="276" w:lineRule="auto"/>
      </w:pPr>
      <w:r w:rsidRPr="001E6943">
        <w:tab/>
        <w:t xml:space="preserve"> praktykę pedagogiczną w wymiarze </w:t>
      </w:r>
      <w:r w:rsidRPr="001E6943">
        <w:tab/>
        <w:t xml:space="preserve"> godzin na ocenę </w:t>
      </w:r>
      <w:proofErr w:type="gramStart"/>
      <w:r w:rsidRPr="001E6943">
        <w:tab/>
        <w:t xml:space="preserve"> .</w:t>
      </w:r>
      <w:proofErr w:type="gramEnd"/>
    </w:p>
    <w:p w14:paraId="1710A989" w14:textId="2F32622F" w:rsidR="00B25369" w:rsidRPr="001E6943" w:rsidRDefault="009361E3" w:rsidP="005F5F90">
      <w:pPr>
        <w:pStyle w:val="06TEKSTWACIWY"/>
        <w:tabs>
          <w:tab w:val="left" w:pos="567"/>
          <w:tab w:val="left" w:leader="dot" w:pos="3969"/>
          <w:tab w:val="left" w:pos="5103"/>
          <w:tab w:val="left" w:leader="dot" w:pos="8789"/>
        </w:tabs>
        <w:spacing w:before="840" w:line="276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FF6756B" wp14:editId="761F95D2">
                <wp:simplePos x="0" y="0"/>
                <wp:positionH relativeFrom="margin">
                  <wp:posOffset>411329</wp:posOffset>
                </wp:positionH>
                <wp:positionV relativeFrom="paragraph">
                  <wp:posOffset>504583</wp:posOffset>
                </wp:positionV>
                <wp:extent cx="2075543" cy="184163"/>
                <wp:effectExtent l="0" t="0" r="0" b="6350"/>
                <wp:wrapNone/>
                <wp:docPr id="50767677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5543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1DFE3" w14:textId="77777777" w:rsidR="009361E3" w:rsidRPr="00D40140" w:rsidRDefault="009361E3" w:rsidP="009361E3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6756B" id="_x0000_s1141" type="#_x0000_t202" style="position:absolute;left:0;text-align:left;margin-left:32.4pt;margin-top:39.75pt;width:163.45pt;height:14.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" filled="f" stroked="f" strokeweight=".5pt">
                <v:textbox inset=".1mm,.1mm,.1mm,.1mm">
                  <w:txbxContent>
                    <w:p w14:paraId="39B1DFE3" w14:textId="77777777" w:rsidR="009361E3" w:rsidRPr="00D40140" w:rsidRDefault="009361E3" w:rsidP="009361E3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5F90" w:rsidRPr="001E6943">
        <w:tab/>
      </w:r>
      <w:r w:rsidR="005F5F90" w:rsidRPr="001E6943">
        <w:tab/>
      </w:r>
      <w:r w:rsidR="005F5F90" w:rsidRPr="001E6943">
        <w:tab/>
      </w:r>
      <w:r w:rsidR="005F5F90" w:rsidRPr="001E6943">
        <w:tab/>
      </w:r>
    </w:p>
    <w:p w14:paraId="5077D3C7" w14:textId="22C90323" w:rsidR="00D76B46" w:rsidRDefault="005F5F90" w:rsidP="004A5046">
      <w:pPr>
        <w:pStyle w:val="06TEKSTWACIWY"/>
        <w:tabs>
          <w:tab w:val="center" w:pos="2268"/>
          <w:tab w:val="center" w:pos="6946"/>
        </w:tabs>
        <w:spacing w:line="276" w:lineRule="auto"/>
      </w:pPr>
      <w:r w:rsidRPr="001E6943">
        <w:rPr>
          <w:i/>
          <w:iCs/>
          <w:sz w:val="16"/>
          <w:szCs w:val="16"/>
        </w:rPr>
        <w:tab/>
        <w:t>data</w:t>
      </w:r>
      <w:r w:rsidRPr="001E6943">
        <w:rPr>
          <w:i/>
          <w:iCs/>
          <w:sz w:val="16"/>
          <w:szCs w:val="16"/>
        </w:rPr>
        <w:tab/>
        <w:t>podpis i pieczęć pełnomocnika dziekana ds. praktyk</w:t>
      </w:r>
    </w:p>
    <w:sectPr w:rsidR="00D76B46" w:rsidSect="000E1E1B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E62C62" w14:textId="77777777" w:rsidR="006C677E" w:rsidRDefault="006C677E" w:rsidP="00132E6F">
      <w:pPr>
        <w:spacing w:after="0" w:line="240" w:lineRule="auto"/>
      </w:pPr>
      <w:r>
        <w:separator/>
      </w:r>
    </w:p>
  </w:endnote>
  <w:endnote w:type="continuationSeparator" w:id="0">
    <w:p w14:paraId="69D22976" w14:textId="77777777" w:rsidR="006C677E" w:rsidRDefault="006C677E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A0357D" w14:textId="77777777" w:rsidR="006C677E" w:rsidRDefault="006C677E" w:rsidP="00132E6F">
      <w:pPr>
        <w:spacing w:after="0" w:line="240" w:lineRule="auto"/>
      </w:pPr>
      <w:r>
        <w:separator/>
      </w:r>
    </w:p>
  </w:footnote>
  <w:footnote w:type="continuationSeparator" w:id="0">
    <w:p w14:paraId="6D3FB8F8" w14:textId="77777777" w:rsidR="006C677E" w:rsidRDefault="006C677E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A5046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C677E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230</Words>
  <Characters>1522</Characters>
  <Application>Microsoft Office Word</Application>
  <DocSecurity>0</DocSecurity>
  <Lines>108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216</cp:revision>
  <cp:lastPrinted>2026-09-03T19:35:00Z</cp:lastPrinted>
  <dcterms:created xsi:type="dcterms:W3CDTF">2013-12-23T23:15:00Z</dcterms:created>
  <dcterms:modified xsi:type="dcterms:W3CDTF">2026-09-08T19:53:00Z</dcterms:modified>
  <cp:category/>
</cp:coreProperties>
</file>